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needs a sustained fundraising advantage to increase her popularity and define herself to voters</w:t>
      </w:r>
    </w:p>
    <w:p>
      <w:pPr>
        <w:spacing w:after="80"/>
      </w:pPr>
      <w:r>
        <w:rPr>
          <w:b/>
          <w:i w:val="0"/>
          <w:smallCaps w:val="0"/>
          <w:strike w:val="0"/>
          <w:sz w:val="26"/>
          <w:u w:val="none"/>
        </w:rPr>
        <w:t>Brennan 24</w:t>
      </w:r>
    </w:p>
    <w:p>
      <w:pPr>
        <w:spacing w:after="60"/>
      </w:pPr>
      <w:r>
        <w:rPr>
          <w:b w:val="0"/>
          <w:i w:val="0"/>
          <w:smallCaps w:val="0"/>
          <w:strike w:val="0"/>
          <w:sz w:val="16"/>
          <w:u w:val="none"/>
        </w:rPr>
        <w:t>[(Chris, Elections Columnist for USA Today.) “Kamala Harris has historic donation momentum. She’ll need it to fight Trump.”, USA Today, 7-25-24, https://www.usatoday.com/story/opinion/columnist/2024/07/25/harris-campaign-funds-beat-trump-favorability/74514710007/]//LR</w:t>
      </w:r>
    </w:p>
    <w:p>
      <w:pPr>
        <w:spacing w:after="60"/>
      </w:pPr>
      <w:r>
        <w:rPr>
          <w:b w:val="0"/>
          <w:i w:val="0"/>
          <w:smallCaps w:val="0"/>
          <w:strike w:val="0"/>
          <w:sz w:val="16"/>
          <w:u w:val="none"/>
        </w:rPr>
        <w:t xml:space="preserve">Using money as a gauge for political viability, </w:t>
      </w:r>
      <w:r>
        <w:rPr>
          <w:b w:val="0"/>
          <w:i w:val="0"/>
          <w:smallCaps w:val="0"/>
          <w:strike w:val="0"/>
          <w:sz w:val="22"/>
          <w:u w:val="single"/>
        </w:rPr>
        <w:t xml:space="preserve">Vice President Kamala </w:t>
      </w:r>
      <w:r>
        <w:rPr>
          <w:b w:val="0"/>
          <w:i w:val="0"/>
          <w:smallCaps w:val="0"/>
          <w:strike w:val="0"/>
          <w:sz w:val="22"/>
          <w:highlight w:val="cyan"/>
          <w:u w:val="single"/>
        </w:rPr>
        <w:t>Harris</w:t>
      </w:r>
      <w:r>
        <w:rPr>
          <w:b w:val="0"/>
          <w:i w:val="0"/>
          <w:smallCaps w:val="0"/>
          <w:strike w:val="0"/>
          <w:sz w:val="22"/>
          <w:u w:val="single"/>
        </w:rPr>
        <w:t xml:space="preserve"> clearly enjoyed a </w:t>
      </w:r>
      <w:r>
        <w:rPr>
          <w:b/>
          <w:i w:val="0"/>
          <w:smallCaps w:val="0"/>
          <w:strike w:val="0"/>
          <w:sz w:val="22"/>
          <w:u w:val="single"/>
        </w:rPr>
        <w:t>successful first few days</w:t>
      </w:r>
      <w:r>
        <w:rPr>
          <w:b w:val="0"/>
          <w:i w:val="0"/>
          <w:smallCaps w:val="0"/>
          <w:strike w:val="0"/>
          <w:sz w:val="16"/>
          <w:u w:val="none"/>
        </w:rPr>
        <w:t xml:space="preserve"> as the Democratic Party's presumptive nominee to replace President Joe Biden. The campaign she inherited Sunday, along with the Democratic National Committee and the party's joint fundraising committees, </w:t>
      </w:r>
      <w:r>
        <w:rPr>
          <w:b w:val="0"/>
          <w:i w:val="0"/>
          <w:smallCaps w:val="0"/>
          <w:strike w:val="0"/>
          <w:sz w:val="22"/>
          <w:highlight w:val="cyan"/>
          <w:u w:val="single"/>
        </w:rPr>
        <w:t>hauled in</w:t>
      </w:r>
      <w:r>
        <w:rPr>
          <w:b w:val="0"/>
          <w:i w:val="0"/>
          <w:smallCaps w:val="0"/>
          <w:strike w:val="0"/>
          <w:sz w:val="22"/>
          <w:u w:val="single"/>
        </w:rPr>
        <w:t xml:space="preserve"> </w:t>
      </w:r>
      <w:r>
        <w:rPr>
          <w:b w:val="0"/>
          <w:i w:val="0"/>
          <w:smallCaps w:val="0"/>
          <w:strike w:val="0"/>
          <w:sz w:val="22"/>
          <w:u w:val="single"/>
        </w:rPr>
        <w:t xml:space="preserve">a </w:t>
      </w:r>
      <w:r>
        <w:rPr>
          <w:b/>
          <w:i w:val="0"/>
          <w:smallCaps w:val="0"/>
          <w:strike w:val="0"/>
          <w:sz w:val="22"/>
          <w:u w:val="single"/>
        </w:rPr>
        <w:t>record-setting</w:t>
      </w:r>
      <w:r>
        <w:rPr>
          <w:b w:val="0"/>
          <w:i w:val="0"/>
          <w:smallCaps w:val="0"/>
          <w:strike w:val="0"/>
          <w:sz w:val="22"/>
          <w:u w:val="single"/>
        </w:rPr>
        <w:t xml:space="preserve"> $</w:t>
      </w:r>
      <w:r>
        <w:rPr>
          <w:b w:val="0"/>
          <w:i w:val="0"/>
          <w:smallCaps w:val="0"/>
          <w:strike w:val="0"/>
          <w:sz w:val="22"/>
          <w:highlight w:val="cyan"/>
          <w:u w:val="single"/>
        </w:rPr>
        <w:t>100 million</w:t>
      </w:r>
      <w:r>
        <w:rPr>
          <w:b w:val="0"/>
          <w:i w:val="0"/>
          <w:smallCaps w:val="0"/>
          <w:strike w:val="0"/>
          <w:sz w:val="22"/>
          <w:highlight w:val="cyan"/>
          <w:u w:val="single"/>
        </w:rPr>
        <w:t xml:space="preserve"> in less than 48 hours</w:t>
      </w:r>
      <w:r>
        <w:rPr>
          <w:b w:val="0"/>
          <w:i w:val="0"/>
          <w:smallCaps w:val="0"/>
          <w:strike w:val="0"/>
          <w:sz w:val="16"/>
          <w:u w:val="none"/>
        </w:rPr>
        <w:t xml:space="preserve"> after Biden </w:t>
      </w:r>
      <w:r>
        <w:rPr>
          <w:b w:val="0"/>
          <w:i w:val="0"/>
          <w:smallCaps w:val="0"/>
          <w:strike w:val="0"/>
          <w:sz w:val="16"/>
          <w:u w:val="none"/>
        </w:rPr>
        <w:t>dropped his bid for a second term</w:t>
      </w:r>
      <w:r>
        <w:rPr>
          <w:b w:val="0"/>
          <w:i w:val="0"/>
          <w:smallCaps w:val="0"/>
          <w:strike w:val="0"/>
          <w:sz w:val="16"/>
          <w:u w:val="none"/>
        </w:rPr>
        <w:t xml:space="preserve"> and endorsed Harris. That probably looks like game-changing money. But campaign cash is just one measure of performance in presidential politics. Polls tracking a candidate's favorability with voters also impact the outcome. Here, </w:t>
      </w:r>
      <w:r>
        <w:rPr>
          <w:b w:val="0"/>
          <w:i w:val="0"/>
          <w:smallCaps w:val="0"/>
          <w:strike w:val="0"/>
          <w:sz w:val="22"/>
          <w:u w:val="single"/>
        </w:rPr>
        <w:t xml:space="preserve">Harris has a </w:t>
      </w:r>
      <w:r>
        <w:rPr>
          <w:b w:val="0"/>
          <w:i w:val="0"/>
          <w:smallCaps w:val="0"/>
          <w:strike w:val="0"/>
          <w:sz w:val="22"/>
          <w:highlight w:val="cyan"/>
          <w:u w:val="single"/>
        </w:rPr>
        <w:t>serious problem,</w:t>
      </w:r>
      <w:r>
        <w:rPr>
          <w:b w:val="0"/>
          <w:i w:val="0"/>
          <w:smallCaps w:val="0"/>
          <w:strike w:val="0"/>
          <w:sz w:val="22"/>
          <w:u w:val="single"/>
        </w:rPr>
        <w:t xml:space="preserve"> with </w:t>
      </w:r>
      <w:r>
        <w:rPr>
          <w:b/>
          <w:i w:val="0"/>
          <w:smallCaps w:val="0"/>
          <w:strike w:val="0"/>
          <w:sz w:val="22"/>
          <w:highlight w:val="cyan"/>
          <w:u w:val="single"/>
        </w:rPr>
        <w:t>echoes of Hillary Clinton</w:t>
      </w:r>
      <w:r>
        <w:rPr>
          <w:b/>
          <w:i w:val="0"/>
          <w:smallCaps w:val="0"/>
          <w:strike w:val="0"/>
          <w:sz w:val="22"/>
          <w:u w:val="single"/>
        </w:rPr>
        <w:t>'s</w:t>
      </w:r>
      <w:r>
        <w:rPr>
          <w:b w:val="0"/>
          <w:i w:val="0"/>
          <w:smallCaps w:val="0"/>
          <w:strike w:val="0"/>
          <w:sz w:val="22"/>
          <w:u w:val="single"/>
        </w:rPr>
        <w:t xml:space="preserve"> 2016 loss</w:t>
      </w:r>
      <w:r>
        <w:rPr>
          <w:b w:val="0"/>
          <w:i w:val="0"/>
          <w:smallCaps w:val="0"/>
          <w:strike w:val="0"/>
          <w:sz w:val="16"/>
          <w:u w:val="none"/>
        </w:rPr>
        <w:t xml:space="preserve"> for president against Donald Trump. </w:t>
      </w:r>
      <w:r>
        <w:rPr>
          <w:b w:val="0"/>
          <w:i w:val="0"/>
          <w:smallCaps w:val="0"/>
          <w:strike w:val="0"/>
          <w:sz w:val="22"/>
          <w:u w:val="single"/>
        </w:rPr>
        <w:t xml:space="preserve">Harris will </w:t>
      </w:r>
      <w:r>
        <w:rPr>
          <w:b w:val="0"/>
          <w:i w:val="0"/>
          <w:smallCaps w:val="0"/>
          <w:strike w:val="0"/>
          <w:sz w:val="22"/>
          <w:highlight w:val="cyan"/>
          <w:u w:val="single"/>
        </w:rPr>
        <w:t>need all that money and much more to address it</w:t>
      </w:r>
      <w:r>
        <w:rPr>
          <w:b w:val="0"/>
          <w:i w:val="0"/>
          <w:smallCaps w:val="0"/>
          <w:strike w:val="0"/>
          <w:sz w:val="22"/>
          <w:u w:val="single"/>
        </w:rPr>
        <w:t xml:space="preserve">. </w:t>
      </w:r>
      <w:r>
        <w:rPr>
          <w:b w:val="0"/>
          <w:i w:val="0"/>
          <w:smallCaps w:val="0"/>
          <w:strike w:val="0"/>
          <w:sz w:val="16"/>
          <w:u w:val="none"/>
        </w:rPr>
        <w:t xml:space="preserve">Kamala Harris can use those donations to tell voters her story Don't get me wrong ‒ </w:t>
      </w:r>
      <w:r>
        <w:rPr>
          <w:b w:val="0"/>
          <w:i w:val="0"/>
          <w:smallCaps w:val="0"/>
          <w:strike w:val="0"/>
          <w:sz w:val="16"/>
          <w:u w:val="none"/>
        </w:rPr>
        <w:t>$81 million in the first 24 hours</w:t>
      </w:r>
      <w:r>
        <w:rPr>
          <w:b w:val="0"/>
          <w:i w:val="0"/>
          <w:smallCaps w:val="0"/>
          <w:strike w:val="0"/>
          <w:sz w:val="16"/>
          <w:u w:val="none"/>
        </w:rPr>
        <w:t xml:space="preserve">, plus the </w:t>
      </w:r>
      <w:r>
        <w:rPr>
          <w:b w:val="0"/>
          <w:i w:val="0"/>
          <w:smallCaps w:val="0"/>
          <w:strike w:val="0"/>
          <w:sz w:val="16"/>
          <w:u w:val="none"/>
        </w:rPr>
        <w:t>second-day</w:t>
      </w:r>
      <w:r>
        <w:rPr>
          <w:b w:val="0"/>
          <w:i w:val="0"/>
          <w:smallCaps w:val="0"/>
          <w:strike w:val="0"/>
          <w:sz w:val="16"/>
          <w:u w:val="none"/>
        </w:rPr>
        <w:t xml:space="preserve"> take, was exactly the kind of splashy arrival Harris needed to trumpet her ascendance to the top of the ticket. It drew headlines and analysis because more than half of the 888,000 donors in those 24 hours were </w:t>
      </w:r>
      <w:r>
        <w:rPr>
          <w:b w:val="0"/>
          <w:i w:val="0"/>
          <w:smallCaps w:val="0"/>
          <w:strike w:val="0"/>
          <w:sz w:val="16"/>
          <w:u w:val="none"/>
        </w:rPr>
        <w:t>making their first contribution this year</w:t>
      </w:r>
      <w:r>
        <w:rPr>
          <w:b w:val="0"/>
          <w:i w:val="0"/>
          <w:smallCaps w:val="0"/>
          <w:strike w:val="0"/>
          <w:sz w:val="16"/>
          <w:u w:val="none"/>
        </w:rPr>
        <w:t xml:space="preserve">. Add that to the </w:t>
      </w:r>
      <w:r>
        <w:rPr>
          <w:b w:val="0"/>
          <w:i w:val="0"/>
          <w:smallCaps w:val="0"/>
          <w:strike w:val="0"/>
          <w:sz w:val="16"/>
          <w:u w:val="none"/>
        </w:rPr>
        <w:t>$96 million in the campaign account</w:t>
      </w:r>
      <w:r>
        <w:rPr>
          <w:b w:val="0"/>
          <w:i w:val="0"/>
          <w:smallCaps w:val="0"/>
          <w:strike w:val="0"/>
          <w:sz w:val="16"/>
          <w:u w:val="none"/>
        </w:rPr>
        <w:t xml:space="preserve">, as of June 30, that Biden handed her as she took over the presidential campaign. No wonder </w:t>
      </w:r>
      <w:r>
        <w:rPr>
          <w:b w:val="0"/>
          <w:i w:val="0"/>
          <w:smallCaps w:val="0"/>
          <w:strike w:val="0"/>
          <w:sz w:val="16"/>
          <w:u w:val="none"/>
        </w:rPr>
        <w:t>a majority of</w:t>
      </w:r>
      <w:r>
        <w:rPr>
          <w:b w:val="0"/>
          <w:i w:val="0"/>
          <w:smallCaps w:val="0"/>
          <w:strike w:val="0"/>
          <w:sz w:val="16"/>
          <w:u w:val="none"/>
        </w:rPr>
        <w:t xml:space="preserve"> DNC delegates </w:t>
      </w:r>
      <w:r>
        <w:rPr>
          <w:b w:val="0"/>
          <w:i w:val="0"/>
          <w:smallCaps w:val="0"/>
          <w:strike w:val="0"/>
          <w:sz w:val="16"/>
          <w:u w:val="none"/>
        </w:rPr>
        <w:t>pledged their support for Harris</w:t>
      </w:r>
      <w:r>
        <w:rPr>
          <w:b w:val="0"/>
          <w:i w:val="0"/>
          <w:smallCaps w:val="0"/>
          <w:strike w:val="0"/>
          <w:sz w:val="16"/>
          <w:u w:val="none"/>
        </w:rPr>
        <w:t xml:space="preserve">, boxing out any would-be rivals who might have challenged her for the nomination. </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u w:val="single"/>
        </w:rPr>
        <w:t>the first Black, South Asian and female vice president</w:t>
      </w:r>
      <w:r>
        <w:rPr>
          <w:b w:val="0"/>
          <w:i w:val="0"/>
          <w:smallCaps w:val="0"/>
          <w:strike w:val="0"/>
          <w:sz w:val="22"/>
          <w:u w:val="single"/>
        </w:rPr>
        <w:t xml:space="preserve"> </w:t>
      </w:r>
      <w:r>
        <w:rPr>
          <w:b w:val="0"/>
          <w:i w:val="0"/>
          <w:smallCaps w:val="0"/>
          <w:strike w:val="0"/>
          <w:sz w:val="22"/>
          <w:u w:val="single"/>
        </w:rPr>
        <w:t>of the United States</w:t>
      </w:r>
      <w:r>
        <w:rPr>
          <w:b w:val="0"/>
          <w:i w:val="0"/>
          <w:smallCaps w:val="0"/>
          <w:strike w:val="0"/>
          <w:sz w:val="22"/>
          <w:u w:val="single"/>
        </w:rPr>
        <w:t xml:space="preserve">, </w:t>
      </w:r>
      <w:r>
        <w:rPr>
          <w:b w:val="0"/>
          <w:i w:val="0"/>
          <w:smallCaps w:val="0"/>
          <w:strike w:val="0"/>
          <w:sz w:val="22"/>
          <w:highlight w:val="cyan"/>
          <w:u w:val="single"/>
        </w:rPr>
        <w:t xml:space="preserve">can use that money to </w:t>
      </w:r>
      <w:r>
        <w:rPr>
          <w:b/>
          <w:i w:val="0"/>
          <w:smallCaps w:val="0"/>
          <w:strike w:val="0"/>
          <w:sz w:val="22"/>
          <w:highlight w:val="cyan"/>
          <w:u w:val="single"/>
        </w:rPr>
        <w:t>define herself to voters</w:t>
      </w:r>
      <w:r>
        <w:rPr>
          <w:b w:val="0"/>
          <w:i w:val="0"/>
          <w:smallCaps w:val="0"/>
          <w:strike w:val="0"/>
          <w:sz w:val="16"/>
          <w:u w:val="none"/>
        </w:rPr>
        <w:t xml:space="preserve">, to tell them the story of how she got here and where she wants to go with them. </w:t>
      </w:r>
      <w:r>
        <w:rPr>
          <w:b w:val="0"/>
          <w:i w:val="0"/>
          <w:smallCaps w:val="0"/>
          <w:strike w:val="0"/>
          <w:sz w:val="22"/>
          <w:highlight w:val="cyan"/>
          <w:u w:val="single"/>
        </w:rPr>
        <w:t>Trump</w:t>
      </w:r>
      <w:r>
        <w:rPr>
          <w:b w:val="0"/>
          <w:i w:val="0"/>
          <w:smallCaps w:val="0"/>
          <w:strike w:val="0"/>
          <w:sz w:val="22"/>
          <w:u w:val="single"/>
        </w:rPr>
        <w:t xml:space="preserve"> is now reconfiguring his campaign apparatus to face Harris, and his super PAC allies are </w:t>
      </w:r>
      <w:r>
        <w:rPr>
          <w:b w:val="0"/>
          <w:i w:val="0"/>
          <w:smallCaps w:val="0"/>
          <w:strike w:val="0"/>
          <w:sz w:val="22"/>
          <w:highlight w:val="cyan"/>
          <w:u w:val="single"/>
        </w:rPr>
        <w:t>already spending big</w:t>
      </w:r>
      <w:r>
        <w:rPr>
          <w:b w:val="0"/>
          <w:i w:val="0"/>
          <w:smallCaps w:val="0"/>
          <w:strike w:val="0"/>
          <w:sz w:val="22"/>
          <w:u w:val="single"/>
        </w:rPr>
        <w:t xml:space="preserve"> bucks </w:t>
      </w:r>
      <w:r>
        <w:rPr>
          <w:b w:val="0"/>
          <w:i w:val="0"/>
          <w:smallCaps w:val="0"/>
          <w:strike w:val="0"/>
          <w:sz w:val="22"/>
          <w:u w:val="single"/>
        </w:rPr>
        <w:t xml:space="preserve">to </w:t>
      </w:r>
      <w:r>
        <w:rPr>
          <w:b w:val="0"/>
          <w:i w:val="0"/>
          <w:smallCaps w:val="0"/>
          <w:strike w:val="0"/>
          <w:sz w:val="22"/>
          <w:highlight w:val="cyan"/>
          <w:u w:val="single"/>
        </w:rPr>
        <w:t>define her as</w:t>
      </w:r>
      <w:r>
        <w:rPr>
          <w:b w:val="0"/>
          <w:i w:val="0"/>
          <w:smallCaps w:val="0"/>
          <w:strike w:val="0"/>
          <w:sz w:val="22"/>
          <w:u w:val="single"/>
        </w:rPr>
        <w:t xml:space="preserve"> </w:t>
      </w:r>
      <w:r>
        <w:rPr>
          <w:b/>
          <w:i w:val="0"/>
          <w:smallCaps w:val="0"/>
          <w:strike w:val="0"/>
          <w:sz w:val="22"/>
          <w:u w:val="single"/>
        </w:rPr>
        <w:t>too risky</w:t>
      </w:r>
      <w:r>
        <w:rPr>
          <w:b/>
          <w:i w:val="0"/>
          <w:smallCaps w:val="0"/>
          <w:strike w:val="0"/>
          <w:sz w:val="22"/>
          <w:u w:val="single"/>
        </w:rPr>
        <w:t xml:space="preserve">, </w:t>
      </w:r>
      <w:r>
        <w:rPr>
          <w:b/>
          <w:i w:val="0"/>
          <w:smallCaps w:val="0"/>
          <w:strike w:val="0"/>
          <w:sz w:val="22"/>
          <w:highlight w:val="cyan"/>
          <w:u w:val="single"/>
        </w:rPr>
        <w:t>too liberal</w:t>
      </w:r>
      <w:r>
        <w:rPr>
          <w:b/>
          <w:i w:val="0"/>
          <w:smallCaps w:val="0"/>
          <w:strike w:val="0"/>
          <w:sz w:val="22"/>
          <w:u w:val="single"/>
        </w:rPr>
        <w:t>,</w:t>
      </w:r>
      <w:r>
        <w:rPr>
          <w:b w:val="0"/>
          <w:i w:val="0"/>
          <w:smallCaps w:val="0"/>
          <w:strike w:val="0"/>
          <w:sz w:val="22"/>
          <w:u w:val="single"/>
        </w:rPr>
        <w:t xml:space="preserve"> too whatever to elevate as president. </w:t>
      </w:r>
      <w:r>
        <w:rPr>
          <w:b w:val="0"/>
          <w:i w:val="0"/>
          <w:smallCaps w:val="0"/>
          <w:strike w:val="0"/>
          <w:sz w:val="16"/>
          <w:u w:val="none"/>
        </w:rPr>
        <w:t xml:space="preserve">Here, Trump finds some favorable conditions for that message. Remembering Hillary Clinton's campaign in 2016 Gallup hasn't tested </w:t>
      </w:r>
      <w:r>
        <w:rPr>
          <w:b w:val="0"/>
          <w:i w:val="0"/>
          <w:smallCaps w:val="0"/>
          <w:strike w:val="0"/>
          <w:sz w:val="22"/>
          <w:highlight w:val="cyan"/>
          <w:u w:val="single"/>
        </w:rPr>
        <w:t>Harris' favorability</w:t>
      </w:r>
      <w:r>
        <w:rPr>
          <w:b w:val="0"/>
          <w:i w:val="0"/>
          <w:smallCaps w:val="0"/>
          <w:strike w:val="0"/>
          <w:sz w:val="22"/>
          <w:u w:val="single"/>
        </w:rPr>
        <w:t xml:space="preserve"> rating</w:t>
      </w:r>
      <w:r>
        <w:rPr>
          <w:b w:val="0"/>
          <w:i w:val="0"/>
          <w:smallCaps w:val="0"/>
          <w:strike w:val="0"/>
          <w:sz w:val="16"/>
          <w:u w:val="none"/>
        </w:rPr>
        <w:t xml:space="preserve"> since she took over the campaign. But </w:t>
      </w:r>
      <w:r>
        <w:rPr>
          <w:b w:val="0"/>
          <w:i w:val="0"/>
          <w:smallCaps w:val="0"/>
          <w:strike w:val="0"/>
          <w:sz w:val="16"/>
          <w:u w:val="none"/>
        </w:rPr>
        <w:t>a survey from June 3 to June 23</w:t>
      </w:r>
      <w:r>
        <w:rPr>
          <w:b w:val="0"/>
          <w:i w:val="0"/>
          <w:smallCaps w:val="0"/>
          <w:strike w:val="0"/>
          <w:sz w:val="16"/>
          <w:u w:val="none"/>
        </w:rPr>
        <w:t xml:space="preserve"> found she had a </w:t>
      </w:r>
      <w:r>
        <w:rPr>
          <w:b w:val="0"/>
          <w:i w:val="0"/>
          <w:smallCaps w:val="0"/>
          <w:strike w:val="0"/>
          <w:sz w:val="22"/>
          <w:u w:val="single"/>
        </w:rPr>
        <w:t xml:space="preserve">favorable rating of </w:t>
      </w:r>
      <w:r>
        <w:rPr>
          <w:b w:val="0"/>
          <w:i w:val="0"/>
          <w:smallCaps w:val="0"/>
          <w:strike w:val="0"/>
          <w:sz w:val="22"/>
          <w:highlight w:val="cyan"/>
          <w:u w:val="single"/>
        </w:rPr>
        <w:t>34%</w:t>
      </w:r>
      <w:r>
        <w:rPr>
          <w:b w:val="0"/>
          <w:i w:val="0"/>
          <w:smallCaps w:val="0"/>
          <w:strike w:val="0"/>
          <w:sz w:val="22"/>
          <w:u w:val="single"/>
        </w:rPr>
        <w:t xml:space="preserve"> and an </w:t>
      </w:r>
      <w:r>
        <w:rPr>
          <w:b/>
          <w:i w:val="0"/>
          <w:smallCaps w:val="0"/>
          <w:strike w:val="0"/>
          <w:sz w:val="22"/>
          <w:u w:val="single"/>
        </w:rPr>
        <w:t>unfavorable rating</w:t>
      </w:r>
      <w:r>
        <w:rPr>
          <w:b w:val="0"/>
          <w:i w:val="0"/>
          <w:smallCaps w:val="0"/>
          <w:strike w:val="0"/>
          <w:sz w:val="22"/>
          <w:u w:val="single"/>
        </w:rPr>
        <w:t xml:space="preserve"> of 57%. </w:t>
      </w:r>
      <w:r>
        <w:rPr>
          <w:b w:val="0"/>
          <w:i w:val="0"/>
          <w:smallCaps w:val="0"/>
          <w:strike w:val="0"/>
          <w:sz w:val="16"/>
          <w:u w:val="none"/>
        </w:rPr>
        <w:t xml:space="preserve">Compare that with Hillary Clinton, a former U.S. secretary of State, while she was running for president in late July 2016. </w:t>
      </w:r>
      <w:r>
        <w:rPr>
          <w:b w:val="0"/>
          <w:i w:val="0"/>
          <w:smallCaps w:val="0"/>
          <w:strike w:val="0"/>
          <w:sz w:val="22"/>
          <w:highlight w:val="cyan"/>
          <w:u w:val="single"/>
        </w:rPr>
        <w:t>Clinton</w:t>
      </w:r>
      <w:r>
        <w:rPr>
          <w:b w:val="0"/>
          <w:i w:val="0"/>
          <w:smallCaps w:val="0"/>
          <w:strike w:val="0"/>
          <w:sz w:val="22"/>
          <w:u w:val="single"/>
        </w:rPr>
        <w:t xml:space="preserve"> had a </w:t>
      </w:r>
      <w:r>
        <w:rPr>
          <w:b w:val="0"/>
          <w:i w:val="0"/>
          <w:smallCaps w:val="0"/>
          <w:strike w:val="0"/>
          <w:sz w:val="22"/>
          <w:highlight w:val="cyan"/>
          <w:u w:val="single"/>
        </w:rPr>
        <w:t>favorable</w:t>
      </w:r>
      <w:r>
        <w:rPr>
          <w:b w:val="0"/>
          <w:i w:val="0"/>
          <w:smallCaps w:val="0"/>
          <w:strike w:val="0"/>
          <w:sz w:val="22"/>
          <w:u w:val="single"/>
        </w:rPr>
        <w:t xml:space="preserve"> rating of </w:t>
      </w:r>
      <w:r>
        <w:rPr>
          <w:b w:val="0"/>
          <w:i w:val="0"/>
          <w:smallCaps w:val="0"/>
          <w:strike w:val="0"/>
          <w:sz w:val="22"/>
          <w:highlight w:val="cyan"/>
          <w:u w:val="single"/>
        </w:rPr>
        <w:t>39%</w:t>
      </w:r>
      <w:r>
        <w:rPr>
          <w:b w:val="0"/>
          <w:i w:val="0"/>
          <w:smallCaps w:val="0"/>
          <w:strike w:val="0"/>
          <w:sz w:val="22"/>
          <w:u w:val="single"/>
        </w:rPr>
        <w:t xml:space="preserve"> then and an unfavorable rating of 56%. </w:t>
      </w:r>
      <w:r>
        <w:rPr>
          <w:b w:val="0"/>
          <w:i w:val="0"/>
          <w:smallCaps w:val="0"/>
          <w:strike w:val="0"/>
          <w:sz w:val="22"/>
          <w:highlight w:val="cyan"/>
          <w:u w:val="single"/>
        </w:rPr>
        <w:t>Trump</w:t>
      </w:r>
      <w:r>
        <w:rPr>
          <w:b w:val="0"/>
          <w:i w:val="0"/>
          <w:smallCaps w:val="0"/>
          <w:strike w:val="0"/>
          <w:sz w:val="22"/>
          <w:u w:val="single"/>
        </w:rPr>
        <w:t xml:space="preserve"> at the same time in July 2016 had a favorable rating of 35% and an unfavorable rating of 60%. </w:t>
      </w:r>
      <w:r>
        <w:rPr>
          <w:b/>
          <w:i w:val="0"/>
          <w:smallCaps w:val="0"/>
          <w:strike w:val="0"/>
          <w:sz w:val="22"/>
          <w:u w:val="single"/>
        </w:rPr>
        <w:t xml:space="preserve">He </w:t>
      </w:r>
      <w:r>
        <w:rPr>
          <w:b/>
          <w:i w:val="0"/>
          <w:smallCaps w:val="0"/>
          <w:strike w:val="0"/>
          <w:sz w:val="22"/>
          <w:highlight w:val="cyan"/>
          <w:u w:val="single"/>
        </w:rPr>
        <w:t>has improved</w:t>
      </w:r>
      <w:r>
        <w:rPr>
          <w:b w:val="0"/>
          <w:i w:val="0"/>
          <w:smallCaps w:val="0"/>
          <w:strike w:val="0"/>
          <w:sz w:val="22"/>
          <w:u w:val="single"/>
        </w:rPr>
        <w:t xml:space="preserve"> since then. Gallup's survey last month put him at </w:t>
      </w:r>
      <w:r>
        <w:rPr>
          <w:b w:val="0"/>
          <w:i w:val="0"/>
          <w:smallCaps w:val="0"/>
          <w:strike w:val="0"/>
          <w:sz w:val="22"/>
          <w:highlight w:val="cyan"/>
          <w:u w:val="single"/>
        </w:rPr>
        <w:t>46% favorable</w:t>
      </w:r>
      <w:r>
        <w:rPr>
          <w:b w:val="0"/>
          <w:i w:val="0"/>
          <w:smallCaps w:val="0"/>
          <w:strike w:val="0"/>
          <w:sz w:val="22"/>
          <w:u w:val="single"/>
        </w:rPr>
        <w:t xml:space="preserve"> and 52% unfavorable. </w:t>
      </w:r>
      <w:r>
        <w:rPr>
          <w:b w:val="0"/>
          <w:i w:val="0"/>
          <w:smallCaps w:val="0"/>
          <w:strike w:val="0"/>
          <w:sz w:val="16"/>
          <w:u w:val="none"/>
        </w:rPr>
        <w:t xml:space="preserve">Gallup's numbers are in the ballpark with an average polling on Harris and Trump for favorability compiled by RealClearPolitics, </w:t>
      </w:r>
      <w:r>
        <w:rPr>
          <w:b w:val="0"/>
          <w:i w:val="0"/>
          <w:smallCaps w:val="0"/>
          <w:strike w:val="0"/>
          <w:sz w:val="16"/>
          <w:u w:val="none"/>
        </w:rPr>
        <w:t>showing her at 39.4% favorable and 51.7% unfavorable</w:t>
      </w:r>
      <w:r>
        <w:rPr>
          <w:b w:val="0"/>
          <w:i w:val="0"/>
          <w:smallCaps w:val="0"/>
          <w:strike w:val="0"/>
          <w:sz w:val="16"/>
          <w:u w:val="none"/>
        </w:rPr>
        <w:t xml:space="preserve">. Trump comes in at </w:t>
      </w:r>
      <w:r>
        <w:rPr>
          <w:b w:val="0"/>
          <w:i w:val="0"/>
          <w:smallCaps w:val="0"/>
          <w:strike w:val="0"/>
          <w:sz w:val="16"/>
          <w:u w:val="none"/>
        </w:rPr>
        <w:t>43.5% favorable and 53.1% unfavorable</w:t>
      </w:r>
      <w:r>
        <w:rPr>
          <w:b w:val="0"/>
          <w:i w:val="0"/>
          <w:smallCaps w:val="0"/>
          <w:strike w:val="0"/>
          <w:sz w:val="16"/>
          <w:u w:val="none"/>
        </w:rPr>
        <w:t xml:space="preserve">. It's </w:t>
      </w:r>
      <w:r>
        <w:rPr>
          <w:b w:val="0"/>
          <w:i w:val="0"/>
          <w:smallCaps w:val="0"/>
          <w:strike w:val="0"/>
          <w:sz w:val="22"/>
          <w:u w:val="single"/>
        </w:rPr>
        <w:t xml:space="preserve">never a good time to have a </w:t>
      </w:r>
      <w:r>
        <w:rPr>
          <w:b w:val="0"/>
          <w:i w:val="0"/>
          <w:smallCaps w:val="0"/>
          <w:strike w:val="0"/>
          <w:sz w:val="22"/>
          <w:highlight w:val="cyan"/>
          <w:u w:val="single"/>
        </w:rPr>
        <w:t xml:space="preserve">majority of </w:t>
      </w:r>
      <w:r>
        <w:rPr>
          <w:b/>
          <w:i w:val="0"/>
          <w:smallCaps w:val="0"/>
          <w:strike w:val="0"/>
          <w:sz w:val="22"/>
          <w:highlight w:val="cyan"/>
          <w:u w:val="single"/>
        </w:rPr>
        <w:t>American</w:t>
      </w:r>
      <w:r>
        <w:rPr>
          <w:b/>
          <w:i w:val="0"/>
          <w:smallCaps w:val="0"/>
          <w:strike w:val="0"/>
          <w:sz w:val="22"/>
          <w:u w:val="single"/>
        </w:rPr>
        <w:t xml:space="preserve"> voters </w:t>
      </w:r>
      <w:r>
        <w:rPr>
          <w:b/>
          <w:i w:val="0"/>
          <w:smallCaps w:val="0"/>
          <w:strike w:val="0"/>
          <w:sz w:val="22"/>
          <w:highlight w:val="cyan"/>
          <w:u w:val="single"/>
        </w:rPr>
        <w:t>disliking</w:t>
      </w:r>
      <w:r>
        <w:rPr>
          <w:b/>
          <w:i w:val="0"/>
          <w:smallCaps w:val="0"/>
          <w:strike w:val="0"/>
          <w:sz w:val="22"/>
          <w:u w:val="single"/>
        </w:rPr>
        <w:t xml:space="preserve"> you</w:t>
      </w:r>
      <w:r>
        <w:rPr>
          <w:b w:val="0"/>
          <w:i w:val="0"/>
          <w:smallCaps w:val="0"/>
          <w:strike w:val="0"/>
          <w:sz w:val="16"/>
          <w:u w:val="none"/>
        </w:rPr>
        <w:t xml:space="preserve">. It's especially inconvenient while launching a campaign for president. Kamala Harris and Donald Trump are entering 'uncharted territory' </w:t>
      </w:r>
      <w:r>
        <w:rPr>
          <w:b w:val="0"/>
          <w:i w:val="0"/>
          <w:smallCaps w:val="0"/>
          <w:strike w:val="0"/>
          <w:sz w:val="22"/>
          <w:highlight w:val="cyan"/>
          <w:u w:val="single"/>
        </w:rPr>
        <w:t>Harris has a</w:t>
      </w:r>
      <w:r>
        <w:rPr>
          <w:b w:val="0"/>
          <w:i w:val="0"/>
          <w:smallCaps w:val="0"/>
          <w:strike w:val="0"/>
          <w:sz w:val="22"/>
          <w:u w:val="single"/>
        </w:rPr>
        <w:t xml:space="preserve"> strong </w:t>
      </w:r>
      <w:r>
        <w:rPr>
          <w:b w:val="0"/>
          <w:i w:val="0"/>
          <w:smallCaps w:val="0"/>
          <w:strike w:val="0"/>
          <w:sz w:val="22"/>
          <w:highlight w:val="cyan"/>
          <w:u w:val="single"/>
        </w:rPr>
        <w:t>chance of shifting those numbers</w:t>
      </w:r>
      <w:r>
        <w:rPr>
          <w:b w:val="0"/>
          <w:i w:val="0"/>
          <w:smallCaps w:val="0"/>
          <w:strike w:val="0"/>
          <w:sz w:val="22"/>
          <w:u w:val="single"/>
        </w:rPr>
        <w:t xml:space="preserve"> in her favor in the next four weeks. And Trump knows it. </w:t>
      </w:r>
      <w:r>
        <w:rPr>
          <w:b w:val="0"/>
          <w:i w:val="0"/>
          <w:smallCaps w:val="0"/>
          <w:strike w:val="0"/>
          <w:sz w:val="16"/>
          <w:u w:val="none"/>
        </w:rPr>
        <w:t xml:space="preserve">Harris is </w:t>
      </w:r>
      <w:r>
        <w:rPr>
          <w:b w:val="0"/>
          <w:i w:val="0"/>
          <w:smallCaps w:val="0"/>
          <w:strike w:val="0"/>
          <w:sz w:val="22"/>
          <w:u w:val="single"/>
        </w:rPr>
        <w:t xml:space="preserve">likely to enjoy a </w:t>
      </w:r>
      <w:r>
        <w:rPr>
          <w:b/>
          <w:i w:val="0"/>
          <w:smallCaps w:val="0"/>
          <w:strike w:val="0"/>
          <w:sz w:val="22"/>
          <w:u w:val="single"/>
        </w:rPr>
        <w:t xml:space="preserve">triple </w:t>
      </w:r>
      <w:r>
        <w:rPr>
          <w:b/>
          <w:i w:val="0"/>
          <w:smallCaps w:val="0"/>
          <w:strike w:val="0"/>
          <w:sz w:val="22"/>
          <w:highlight w:val="cyan"/>
          <w:u w:val="single"/>
        </w:rPr>
        <w:t>bump in popularity</w:t>
      </w:r>
      <w:r>
        <w:rPr>
          <w:b w:val="0"/>
          <w:i w:val="0"/>
          <w:smallCaps w:val="0"/>
          <w:strike w:val="0"/>
          <w:sz w:val="22"/>
          <w:u w:val="single"/>
        </w:rPr>
        <w:t xml:space="preserve"> in that time, first by </w:t>
      </w:r>
      <w:r>
        <w:rPr>
          <w:b w:val="0"/>
          <w:i w:val="0"/>
          <w:smallCaps w:val="0"/>
          <w:strike w:val="0"/>
          <w:sz w:val="22"/>
          <w:highlight w:val="cyan"/>
          <w:u w:val="single"/>
        </w:rPr>
        <w:t>selecting</w:t>
      </w:r>
      <w:r>
        <w:rPr>
          <w:b w:val="0"/>
          <w:i w:val="0"/>
          <w:smallCaps w:val="0"/>
          <w:strike w:val="0"/>
          <w:sz w:val="22"/>
          <w:u w:val="single"/>
        </w:rPr>
        <w:t xml:space="preserve"> a running mate for </w:t>
      </w:r>
      <w:r>
        <w:rPr>
          <w:b w:val="0"/>
          <w:i w:val="0"/>
          <w:smallCaps w:val="0"/>
          <w:strike w:val="0"/>
          <w:sz w:val="22"/>
          <w:highlight w:val="cyan"/>
          <w:u w:val="single"/>
        </w:rPr>
        <w:t>vice president</w:t>
      </w:r>
      <w:r>
        <w:rPr>
          <w:b w:val="0"/>
          <w:i w:val="0"/>
          <w:smallCaps w:val="0"/>
          <w:strike w:val="0"/>
          <w:sz w:val="22"/>
          <w:u w:val="single"/>
        </w:rPr>
        <w:t xml:space="preserve">, then in </w:t>
      </w:r>
      <w:r>
        <w:rPr>
          <w:b w:val="0"/>
          <w:i w:val="0"/>
          <w:smallCaps w:val="0"/>
          <w:strike w:val="0"/>
          <w:sz w:val="22"/>
          <w:highlight w:val="cyan"/>
          <w:u w:val="single"/>
        </w:rPr>
        <w:t>pre-convention voting</w:t>
      </w:r>
      <w:r>
        <w:rPr>
          <w:b w:val="0"/>
          <w:i w:val="0"/>
          <w:smallCaps w:val="0"/>
          <w:strike w:val="0"/>
          <w:sz w:val="22"/>
          <w:u w:val="single"/>
        </w:rPr>
        <w:t xml:space="preserve"> to officially make her the nominee, and finally with her </w:t>
      </w:r>
      <w:r>
        <w:rPr>
          <w:b w:val="0"/>
          <w:i w:val="0"/>
          <w:smallCaps w:val="0"/>
          <w:strike w:val="0"/>
          <w:sz w:val="22"/>
          <w:highlight w:val="cyan"/>
          <w:u w:val="single"/>
        </w:rPr>
        <w:t>acceptance speech</w:t>
      </w:r>
      <w:r>
        <w:rPr>
          <w:b w:val="0"/>
          <w:i w:val="0"/>
          <w:smallCaps w:val="0"/>
          <w:strike w:val="0"/>
          <w:sz w:val="22"/>
          <w:u w:val="single"/>
        </w:rPr>
        <w:t xml:space="preserve"> at the </w:t>
      </w:r>
      <w:r>
        <w:rPr>
          <w:b w:val="0"/>
          <w:i w:val="0"/>
          <w:smallCaps w:val="0"/>
          <w:strike w:val="0"/>
          <w:sz w:val="22"/>
          <w:u w:val="single"/>
        </w:rPr>
        <w:t>Democratic National Convention in Chicago</w:t>
      </w:r>
      <w:r>
        <w:rPr>
          <w:b w:val="0"/>
          <w:i w:val="0"/>
          <w:smallCaps w:val="0"/>
          <w:strike w:val="0"/>
          <w:sz w:val="22"/>
          <w:u w:val="single"/>
        </w:rPr>
        <w:t xml:space="preserve"> next month. </w:t>
      </w:r>
      <w:r>
        <w:rPr>
          <w:b w:val="0"/>
          <w:i w:val="0"/>
          <w:smallCaps w:val="0"/>
          <w:strike w:val="0"/>
          <w:sz w:val="16"/>
          <w:u w:val="none"/>
        </w:rPr>
        <w:t xml:space="preserve">Trump's campaign on Tuesday </w:t>
      </w:r>
      <w:r>
        <w:rPr>
          <w:b w:val="0"/>
          <w:i w:val="0"/>
          <w:smallCaps w:val="0"/>
          <w:strike w:val="0"/>
          <w:sz w:val="16"/>
          <w:u w:val="none"/>
        </w:rPr>
        <w:t>released a memo from its pollster</w:t>
      </w:r>
      <w:r>
        <w:rPr>
          <w:b w:val="0"/>
          <w:i w:val="0"/>
          <w:smallCaps w:val="0"/>
          <w:strike w:val="0"/>
          <w:sz w:val="16"/>
          <w:u w:val="none"/>
        </w:rPr>
        <w:t xml:space="preserve">, Tony Fabrizio, who called all this "totally uncharted territory" with "no modern historical parallel." Fabrizio predicted a "Harris honeymoon," with polling showing her "gaining on or even leading" Trump. </w:t>
      </w:r>
      <w:r>
        <w:rPr>
          <w:b w:val="0"/>
          <w:i w:val="0"/>
          <w:smallCaps w:val="0"/>
          <w:strike w:val="0"/>
          <w:sz w:val="16"/>
          <w:u w:val="none"/>
        </w:rPr>
        <w:t xml:space="preserve">MAGA's Republican </w:t>
      </w:r>
      <w:r>
        <w:rPr>
          <w:b w:val="0"/>
          <w:i w:val="0"/>
          <w:smallCaps w:val="0"/>
          <w:strike w:val="0"/>
          <w:sz w:val="16"/>
          <w:u w:val="none"/>
        </w:rPr>
        <w:t>takeover:If</w:t>
      </w:r>
      <w:r>
        <w:rPr>
          <w:b w:val="0"/>
          <w:i w:val="0"/>
          <w:smallCaps w:val="0"/>
          <w:strike w:val="0"/>
          <w:sz w:val="16"/>
          <w:u w:val="none"/>
        </w:rPr>
        <w:t xml:space="preserve"> we learned one thing from the RNC, it's that the GOP is no longer conservative</w:t>
      </w:r>
      <w:r>
        <w:rPr>
          <w:b w:val="0"/>
          <w:i w:val="0"/>
          <w:smallCaps w:val="0"/>
          <w:strike w:val="0"/>
          <w:sz w:val="16"/>
          <w:u w:val="none"/>
        </w:rPr>
        <w:t xml:space="preserve"> Right on cue: A Reuters/Ipsos national poll conducted Monday and Tuesday </w:t>
      </w:r>
      <w:r>
        <w:rPr>
          <w:b w:val="0"/>
          <w:i w:val="0"/>
          <w:smallCaps w:val="0"/>
          <w:strike w:val="0"/>
          <w:sz w:val="16"/>
          <w:u w:val="none"/>
        </w:rPr>
        <w:t>showed Harris leading Trump</w:t>
      </w:r>
      <w:r>
        <w:rPr>
          <w:b w:val="0"/>
          <w:i w:val="0"/>
          <w:smallCaps w:val="0"/>
          <w:strike w:val="0"/>
          <w:sz w:val="16"/>
          <w:u w:val="none"/>
        </w:rPr>
        <w:t xml:space="preserve"> 44% to 42% among registered voters. The poll </w:t>
      </w:r>
      <w:r>
        <w:rPr>
          <w:b w:val="0"/>
          <w:i w:val="0"/>
          <w:smallCaps w:val="0"/>
          <w:strike w:val="0"/>
          <w:sz w:val="16"/>
          <w:u w:val="none"/>
        </w:rPr>
        <w:t>has a margin of error</w:t>
      </w:r>
      <w:r>
        <w:rPr>
          <w:b w:val="0"/>
          <w:i w:val="0"/>
          <w:smallCaps w:val="0"/>
          <w:strike w:val="0"/>
          <w:sz w:val="16"/>
          <w:u w:val="none"/>
        </w:rPr>
        <w:t xml:space="preserve"> of +/-3 percentage points. But for all his talk of "unchartered territory," Fabrizio insisted in his memo that "</w:t>
      </w:r>
      <w:r>
        <w:rPr>
          <w:b w:val="0"/>
          <w:i w:val="0"/>
          <w:smallCaps w:val="0"/>
          <w:strike w:val="0"/>
          <w:sz w:val="16"/>
          <w:u w:val="none"/>
        </w:rPr>
        <w:t>the fundamentals of the race stay the same</w:t>
      </w:r>
      <w:r>
        <w:rPr>
          <w:b w:val="0"/>
          <w:i w:val="0"/>
          <w:smallCaps w:val="0"/>
          <w:strike w:val="0"/>
          <w:sz w:val="16"/>
          <w:u w:val="none"/>
        </w:rPr>
        <w:t xml:space="preserve">" because Trump will link Harris to all the issues he would have campaigned on against Biden – the economy, crime, immigration and foreign policy. Biden's fundraising problems foretold where things are now Campaign contributions and polling data were key factors in Biden's decision to leave the race. Both went in the tank for him after his calamitous debate performance against Trump last month. Major donors stopped giving as post-debate polling showed </w:t>
      </w:r>
      <w:r>
        <w:rPr>
          <w:b w:val="0"/>
          <w:i w:val="0"/>
          <w:smallCaps w:val="0"/>
          <w:strike w:val="0"/>
          <w:sz w:val="16"/>
          <w:u w:val="none"/>
        </w:rPr>
        <w:t>Biden being edged by Trump</w:t>
      </w:r>
      <w:r>
        <w:rPr>
          <w:b w:val="0"/>
          <w:i w:val="0"/>
          <w:smallCaps w:val="0"/>
          <w:strike w:val="0"/>
          <w:sz w:val="16"/>
          <w:u w:val="none"/>
        </w:rPr>
        <w:t xml:space="preserve">, who picked up momentum after </w:t>
      </w:r>
      <w:r>
        <w:rPr>
          <w:b w:val="0"/>
          <w:i w:val="0"/>
          <w:smallCaps w:val="0"/>
          <w:strike w:val="0"/>
          <w:sz w:val="16"/>
          <w:u w:val="none"/>
        </w:rPr>
        <w:t>surviving an attempted assassination</w:t>
      </w:r>
      <w:r>
        <w:rPr>
          <w:b w:val="0"/>
          <w:i w:val="0"/>
          <w:smallCaps w:val="0"/>
          <w:strike w:val="0"/>
          <w:sz w:val="16"/>
          <w:u w:val="none"/>
        </w:rPr>
        <w:t xml:space="preserve"> and then overseeing </w:t>
      </w:r>
      <w:r>
        <w:rPr>
          <w:b w:val="0"/>
          <w:i w:val="0"/>
          <w:smallCaps w:val="0"/>
          <w:strike w:val="0"/>
          <w:sz w:val="16"/>
          <w:u w:val="none"/>
        </w:rPr>
        <w:t>the Republican National Convention in Milwaukee</w:t>
      </w:r>
      <w:r>
        <w:rPr>
          <w:b w:val="0"/>
          <w:i w:val="0"/>
          <w:smallCaps w:val="0"/>
          <w:strike w:val="0"/>
          <w:sz w:val="16"/>
          <w:u w:val="none"/>
        </w:rPr>
        <w:t xml:space="preserve"> Biden's attempts to claw back in prime-time television interviews </w:t>
      </w:r>
      <w:r>
        <w:rPr>
          <w:b w:val="0"/>
          <w:i w:val="0"/>
          <w:smallCaps w:val="0"/>
          <w:strike w:val="0"/>
          <w:sz w:val="16"/>
          <w:u w:val="none"/>
        </w:rPr>
        <w:t>with ABC News</w:t>
      </w:r>
      <w:r>
        <w:rPr>
          <w:b w:val="0"/>
          <w:i w:val="0"/>
          <w:smallCaps w:val="0"/>
          <w:strike w:val="0"/>
          <w:sz w:val="16"/>
          <w:u w:val="none"/>
        </w:rPr>
        <w:t xml:space="preserve"> and </w:t>
      </w:r>
      <w:r>
        <w:rPr>
          <w:b w:val="0"/>
          <w:i w:val="0"/>
          <w:smallCaps w:val="0"/>
          <w:strike w:val="0"/>
          <w:sz w:val="16"/>
          <w:u w:val="none"/>
        </w:rPr>
        <w:t>then NBC News</w:t>
      </w:r>
      <w:r>
        <w:rPr>
          <w:b w:val="0"/>
          <w:i w:val="0"/>
          <w:smallCaps w:val="0"/>
          <w:strike w:val="0"/>
          <w:sz w:val="16"/>
          <w:u w:val="none"/>
        </w:rPr>
        <w:t xml:space="preserve"> failed to mollify his supporters-turned-critics. A </w:t>
      </w:r>
      <w:r>
        <w:rPr>
          <w:b w:val="0"/>
          <w:i w:val="0"/>
          <w:smallCaps w:val="0"/>
          <w:strike w:val="0"/>
          <w:sz w:val="16"/>
          <w:u w:val="none"/>
        </w:rPr>
        <w:t>case of COVID-19 and the need to isolate</w:t>
      </w:r>
      <w:r>
        <w:rPr>
          <w:b w:val="0"/>
          <w:i w:val="0"/>
          <w:smallCaps w:val="0"/>
          <w:strike w:val="0"/>
          <w:sz w:val="16"/>
          <w:u w:val="none"/>
        </w:rPr>
        <w:t xml:space="preserve"> only exacerbated the president's political turmoil. Harris now </w:t>
      </w:r>
      <w:r>
        <w:rPr>
          <w:b w:val="0"/>
          <w:i w:val="0"/>
          <w:smallCaps w:val="0"/>
          <w:strike w:val="0"/>
          <w:sz w:val="16"/>
          <w:u w:val="none"/>
        </w:rPr>
        <w:t>has to</w:t>
      </w:r>
      <w:r>
        <w:rPr>
          <w:b w:val="0"/>
          <w:i w:val="0"/>
          <w:smallCaps w:val="0"/>
          <w:strike w:val="0"/>
          <w:sz w:val="16"/>
          <w:u w:val="none"/>
        </w:rPr>
        <w:t xml:space="preserve"> take this momentum and take on Trump For now, </w:t>
      </w:r>
      <w:r>
        <w:rPr>
          <w:b w:val="0"/>
          <w:i w:val="0"/>
          <w:smallCaps w:val="0"/>
          <w:strike w:val="0"/>
          <w:sz w:val="22"/>
          <w:highlight w:val="cyan"/>
          <w:u w:val="single"/>
        </w:rPr>
        <w:t xml:space="preserve">Harris can </w:t>
      </w:r>
      <w:r>
        <w:rPr>
          <w:b/>
          <w:i w:val="0"/>
          <w:smallCaps w:val="0"/>
          <w:strike w:val="0"/>
          <w:sz w:val="22"/>
          <w:highlight w:val="cyan"/>
          <w:u w:val="single"/>
        </w:rPr>
        <w:t>tout her fundraising</w:t>
      </w:r>
      <w:r>
        <w:rPr>
          <w:b w:val="0"/>
          <w:i w:val="0"/>
          <w:smallCaps w:val="0"/>
          <w:strike w:val="0"/>
          <w:sz w:val="22"/>
          <w:highlight w:val="cyan"/>
          <w:u w:val="single"/>
        </w:rPr>
        <w:t xml:space="preserve"> while hitting the campaign trail</w:t>
      </w:r>
      <w:r>
        <w:rPr>
          <w:b w:val="0"/>
          <w:i w:val="0"/>
          <w:smallCaps w:val="0"/>
          <w:strike w:val="0"/>
          <w:sz w:val="22"/>
          <w:u w:val="single"/>
        </w:rPr>
        <w:t xml:space="preserve"> to show a new burst of momentum. And that doesn't include the </w:t>
      </w:r>
      <w:r>
        <w:rPr>
          <w:b w:val="0"/>
          <w:i w:val="0"/>
          <w:smallCaps w:val="0"/>
          <w:strike w:val="0"/>
          <w:sz w:val="22"/>
          <w:highlight w:val="cyan"/>
          <w:u w:val="single"/>
        </w:rPr>
        <w:t>super PACs</w:t>
      </w:r>
      <w:r>
        <w:rPr>
          <w:b w:val="0"/>
          <w:i w:val="0"/>
          <w:smallCaps w:val="0"/>
          <w:strike w:val="0"/>
          <w:sz w:val="22"/>
          <w:u w:val="single"/>
        </w:rPr>
        <w:t xml:space="preserve"> on both sides, which </w:t>
      </w:r>
      <w:r>
        <w:rPr>
          <w:b w:val="0"/>
          <w:i w:val="0"/>
          <w:smallCaps w:val="0"/>
          <w:strike w:val="0"/>
          <w:sz w:val="22"/>
          <w:highlight w:val="cyan"/>
          <w:u w:val="single"/>
        </w:rPr>
        <w:t>could help tip the balance</w:t>
      </w:r>
      <w:r>
        <w:rPr>
          <w:b w:val="0"/>
          <w:i w:val="0"/>
          <w:smallCaps w:val="0"/>
          <w:strike w:val="0"/>
          <w:sz w:val="22"/>
          <w:u w:val="single"/>
        </w:rPr>
        <w:t xml:space="preserve"> in November. </w:t>
      </w:r>
      <w:r>
        <w:rPr>
          <w:b w:val="0"/>
          <w:i w:val="0"/>
          <w:smallCaps w:val="0"/>
          <w:strike w:val="0"/>
          <w:sz w:val="16"/>
          <w:u w:val="none"/>
        </w:rPr>
        <w:t xml:space="preserve">Politico on Monday reported that </w:t>
      </w:r>
      <w:r>
        <w:rPr>
          <w:b w:val="0"/>
          <w:i w:val="0"/>
          <w:smallCaps w:val="0"/>
          <w:strike w:val="0"/>
          <w:sz w:val="16"/>
          <w:u w:val="none"/>
        </w:rPr>
        <w:t xml:space="preserve">a </w:t>
      </w:r>
      <w:r>
        <w:rPr>
          <w:b/>
          <w:i w:val="0"/>
          <w:smallCaps w:val="0"/>
          <w:strike w:val="0"/>
          <w:sz w:val="22"/>
          <w:highlight w:val="cyan"/>
          <w:u w:val="single"/>
        </w:rPr>
        <w:t>pro-Biden super PAC</w:t>
      </w:r>
      <w:r>
        <w:rPr>
          <w:b w:val="0"/>
          <w:i w:val="0"/>
          <w:smallCaps w:val="0"/>
          <w:strike w:val="0"/>
          <w:sz w:val="22"/>
          <w:highlight w:val="cyan"/>
          <w:u w:val="single"/>
        </w:rPr>
        <w:t xml:space="preserve"> </w:t>
      </w:r>
      <w:r>
        <w:rPr>
          <w:b w:val="0"/>
          <w:i w:val="0"/>
          <w:smallCaps w:val="0"/>
          <w:strike w:val="0"/>
          <w:sz w:val="22"/>
          <w:u w:val="single"/>
        </w:rPr>
        <w:t xml:space="preserve">had received </w:t>
      </w:r>
      <w:r>
        <w:rPr>
          <w:b w:val="0"/>
          <w:i w:val="0"/>
          <w:smallCaps w:val="0"/>
          <w:strike w:val="0"/>
          <w:sz w:val="22"/>
          <w:highlight w:val="cyan"/>
          <w:u w:val="single"/>
        </w:rPr>
        <w:t>$150 million</w:t>
      </w:r>
      <w:r>
        <w:rPr>
          <w:b w:val="0"/>
          <w:i w:val="0"/>
          <w:smallCaps w:val="0"/>
          <w:strike w:val="0"/>
          <w:sz w:val="22"/>
          <w:u w:val="single"/>
        </w:rPr>
        <w:t xml:space="preserve"> in commitments</w:t>
      </w:r>
      <w:r>
        <w:rPr>
          <w:b w:val="0"/>
          <w:i w:val="0"/>
          <w:smallCaps w:val="0"/>
          <w:strike w:val="0"/>
          <w:sz w:val="22"/>
          <w:u w:val="single"/>
        </w:rPr>
        <w:t xml:space="preserve"> for contributions after Harris took over. </w:t>
      </w:r>
      <w:r>
        <w:rPr>
          <w:b w:val="0"/>
          <w:i w:val="0"/>
          <w:smallCaps w:val="0"/>
          <w:strike w:val="0"/>
          <w:sz w:val="16"/>
          <w:u w:val="none"/>
        </w:rPr>
        <w:t xml:space="preserve">A word of caution on promised money: </w:t>
      </w:r>
      <w:r>
        <w:rPr>
          <w:b w:val="0"/>
          <w:i w:val="0"/>
          <w:smallCaps w:val="0"/>
          <w:strike w:val="0"/>
          <w:sz w:val="22"/>
          <w:highlight w:val="cyan"/>
          <w:u w:val="single"/>
        </w:rPr>
        <w:t>Elon Musk</w:t>
      </w:r>
      <w:r>
        <w:rPr>
          <w:b w:val="0"/>
          <w:i w:val="0"/>
          <w:smallCaps w:val="0"/>
          <w:strike w:val="0"/>
          <w:sz w:val="22"/>
          <w:u w:val="single"/>
        </w:rPr>
        <w:t xml:space="preserve">, one of the world's richest men, last week seemingly </w:t>
      </w:r>
      <w:r>
        <w:rPr>
          <w:b w:val="0"/>
          <w:i w:val="0"/>
          <w:smallCaps w:val="0"/>
          <w:strike w:val="0"/>
          <w:sz w:val="22"/>
          <w:u w:val="single"/>
        </w:rPr>
        <w:t>confirmed on X</w:t>
      </w:r>
      <w:r>
        <w:rPr>
          <w:b w:val="0"/>
          <w:i w:val="0"/>
          <w:smallCaps w:val="0"/>
          <w:strike w:val="0"/>
          <w:sz w:val="22"/>
          <w:u w:val="single"/>
        </w:rPr>
        <w:t xml:space="preserve">, the social media site previously known as Twitter, </w:t>
      </w:r>
      <w:r>
        <w:rPr>
          <w:b w:val="0"/>
          <w:i w:val="0"/>
          <w:smallCaps w:val="0"/>
          <w:strike w:val="0"/>
          <w:sz w:val="22"/>
          <w:u w:val="single"/>
        </w:rPr>
        <w:t>a Wall Street Journal story</w:t>
      </w:r>
      <w:r>
        <w:rPr>
          <w:b w:val="0"/>
          <w:i w:val="0"/>
          <w:smallCaps w:val="0"/>
          <w:strike w:val="0"/>
          <w:sz w:val="22"/>
          <w:u w:val="single"/>
        </w:rPr>
        <w:t xml:space="preserve"> that </w:t>
      </w:r>
      <w:r>
        <w:rPr>
          <w:b w:val="0"/>
          <w:i w:val="0"/>
          <w:smallCaps w:val="0"/>
          <w:strike w:val="0"/>
          <w:sz w:val="22"/>
          <w:highlight w:val="cyan"/>
          <w:u w:val="single"/>
        </w:rPr>
        <w:t xml:space="preserve">said he would contribute </w:t>
      </w:r>
      <w:r>
        <w:rPr>
          <w:b/>
          <w:i w:val="0"/>
          <w:smallCaps w:val="0"/>
          <w:strike w:val="0"/>
          <w:sz w:val="22"/>
          <w:highlight w:val="cyan"/>
          <w:u w:val="single"/>
        </w:rPr>
        <w:t>$45 million a month</w:t>
      </w:r>
      <w:r>
        <w:rPr>
          <w:b w:val="0"/>
          <w:i w:val="0"/>
          <w:smallCaps w:val="0"/>
          <w:strike w:val="0"/>
          <w:sz w:val="22"/>
          <w:highlight w:val="cyan"/>
          <w:u w:val="single"/>
        </w:rPr>
        <w:t xml:space="preserve"> to</w:t>
      </w:r>
      <w:r>
        <w:rPr>
          <w:b w:val="0"/>
          <w:i w:val="0"/>
          <w:smallCaps w:val="0"/>
          <w:strike w:val="0"/>
          <w:sz w:val="22"/>
          <w:u w:val="single"/>
        </w:rPr>
        <w:t xml:space="preserve"> a super PAC supporting </w:t>
      </w:r>
      <w:r>
        <w:rPr>
          <w:b w:val="0"/>
          <w:i w:val="0"/>
          <w:smallCaps w:val="0"/>
          <w:strike w:val="0"/>
          <w:sz w:val="22"/>
          <w:highlight w:val="cyan"/>
          <w:u w:val="single"/>
        </w:rPr>
        <w:t>Trump</w:t>
      </w:r>
      <w:r>
        <w:rPr>
          <w:b w:val="0"/>
          <w:i w:val="0"/>
          <w:smallCaps w:val="0"/>
          <w:strike w:val="0"/>
          <w:sz w:val="22"/>
          <w:u w:val="single"/>
        </w:rPr>
        <w:t xml:space="preserve">. </w:t>
      </w:r>
      <w:r>
        <w:rPr>
          <w:b w:val="0"/>
          <w:i w:val="0"/>
          <w:smallCaps w:val="0"/>
          <w:strike w:val="0"/>
          <w:sz w:val="16"/>
          <w:u w:val="none"/>
        </w:rPr>
        <w:t xml:space="preserve">Musk, in an interview with a conservative commentator, confirmed his role in starting the political action committee but </w:t>
      </w:r>
      <w:r>
        <w:rPr>
          <w:b w:val="0"/>
          <w:i w:val="0"/>
          <w:smallCaps w:val="0"/>
          <w:strike w:val="0"/>
          <w:sz w:val="16"/>
          <w:u w:val="none"/>
        </w:rPr>
        <w:t>denied he would donate $45 million per month</w:t>
      </w:r>
      <w:r>
        <w:rPr>
          <w:b w:val="0"/>
          <w:i w:val="0"/>
          <w:smallCaps w:val="0"/>
          <w:strike w:val="0"/>
          <w:sz w:val="16"/>
          <w:u w:val="none"/>
        </w:rPr>
        <w:t xml:space="preserve">. Here, history shows that money only gets you so far. Clinton's campaign raised nearly $564 million in 2016 in her second bid for the presidency, with an additional $412 million raised by outside groups supporting her, </w:t>
      </w:r>
      <w:r>
        <w:rPr>
          <w:b w:val="0"/>
          <w:i w:val="0"/>
          <w:smallCaps w:val="0"/>
          <w:strike w:val="0"/>
          <w:sz w:val="16"/>
          <w:u w:val="none"/>
        </w:rPr>
        <w:t>according to the nonprofit OpenSecrets</w:t>
      </w:r>
      <w:r>
        <w:rPr>
          <w:b w:val="0"/>
          <w:i w:val="0"/>
          <w:smallCaps w:val="0"/>
          <w:strike w:val="0"/>
          <w:sz w:val="16"/>
          <w:u w:val="none"/>
        </w:rPr>
        <w:t xml:space="preserve">. Trump, a first-time candidate, </w:t>
      </w:r>
      <w:r>
        <w:rPr>
          <w:b w:val="0"/>
          <w:i w:val="0"/>
          <w:smallCaps w:val="0"/>
          <w:strike w:val="0"/>
          <w:sz w:val="16"/>
          <w:u w:val="none"/>
        </w:rPr>
        <w:t>raised more than $333 million</w:t>
      </w:r>
      <w:r>
        <w:rPr>
          <w:b w:val="0"/>
          <w:i w:val="0"/>
          <w:smallCaps w:val="0"/>
          <w:strike w:val="0"/>
          <w:sz w:val="16"/>
          <w:u w:val="none"/>
        </w:rPr>
        <w:t xml:space="preserve">, with outside groups kicking in $200 million. </w:t>
      </w:r>
      <w:r>
        <w:rPr>
          <w:b w:val="0"/>
          <w:i w:val="0"/>
          <w:smallCaps w:val="0"/>
          <w:strike w:val="0"/>
          <w:sz w:val="16"/>
          <w:u w:val="none"/>
        </w:rPr>
        <w:t>Clinton won the popular vote in 2016</w:t>
      </w:r>
      <w:r>
        <w:rPr>
          <w:b w:val="0"/>
          <w:i w:val="0"/>
          <w:smallCaps w:val="0"/>
          <w:strike w:val="0"/>
          <w:sz w:val="16"/>
          <w:u w:val="none"/>
        </w:rPr>
        <w:t xml:space="preserve">. But Trump won the election. </w:t>
      </w:r>
      <w:r>
        <w:rPr>
          <w:b w:val="0"/>
          <w:i w:val="0"/>
          <w:smallCaps w:val="0"/>
          <w:strike w:val="0"/>
          <w:sz w:val="22"/>
          <w:highlight w:val="cyan"/>
          <w:u w:val="single"/>
        </w:rPr>
        <w:t xml:space="preserve">Harris must now be a </w:t>
      </w:r>
      <w:r>
        <w:rPr>
          <w:b/>
          <w:i w:val="0"/>
          <w:smallCaps w:val="0"/>
          <w:strike w:val="0"/>
          <w:sz w:val="22"/>
          <w:highlight w:val="cyan"/>
          <w:u w:val="single"/>
        </w:rPr>
        <w:t>prolific fundraiser</w:t>
      </w:r>
      <w:r>
        <w:rPr>
          <w:b w:val="0"/>
          <w:i w:val="0"/>
          <w:smallCaps w:val="0"/>
          <w:strike w:val="0"/>
          <w:sz w:val="22"/>
          <w:u w:val="single"/>
        </w:rPr>
        <w:t xml:space="preserve"> while spending it wisely </w:t>
      </w:r>
      <w:r>
        <w:rPr>
          <w:b w:val="0"/>
          <w:i w:val="0"/>
          <w:smallCaps w:val="0"/>
          <w:strike w:val="0"/>
          <w:sz w:val="22"/>
          <w:highlight w:val="cyan"/>
          <w:u w:val="single"/>
        </w:rPr>
        <w:t>to define herself and Trump</w:t>
      </w:r>
      <w:r>
        <w:rPr>
          <w:b w:val="0"/>
          <w:i w:val="0"/>
          <w:smallCaps w:val="0"/>
          <w:strike w:val="0"/>
          <w:sz w:val="16"/>
          <w:u w:val="none"/>
        </w:rPr>
        <w:t xml:space="preserve"> in what has become a new and truncated campaign for the presidency. She'll need that to challenge Trump and make it clear to voters she's more than just Biden's backup. </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