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Another Trump election would kill NATO---allowing for further Russian </w:t>
      </w:r>
      <w:r>
        <w:rPr>
          <w:b/>
          <w:i w:val="0"/>
          <w:smallCaps w:val="0"/>
          <w:strike w:val="0"/>
          <w:sz w:val="26"/>
          <w:u w:val="none"/>
        </w:rPr>
        <w:t>agression</w:t>
      </w:r>
    </w:p>
    <w:p>
      <w:pPr>
        <w:spacing w:after="80"/>
      </w:pPr>
      <w:r>
        <w:rPr>
          <w:b/>
          <w:i w:val="0"/>
          <w:smallCaps w:val="0"/>
          <w:strike w:val="0"/>
          <w:u w:val="none"/>
        </w:rPr>
        <w:t xml:space="preserve">Hirsh ’24 </w:t>
      </w:r>
      <w:r>
        <w:rPr>
          <w:b w:val="0"/>
          <w:i w:val="0"/>
          <w:smallCaps w:val="0"/>
          <w:strike w:val="0"/>
          <w:sz w:val="18"/>
          <w:u w:val="none"/>
        </w:rPr>
        <w:t xml:space="preserve">[Michael Hirsh, American journalist and columnist for Foreign Policy, POLITICO, “Trump’s Plan for NATO is emerging”, </w:t>
      </w:r>
      <w:r>
        <w:rPr>
          <w:b w:val="0"/>
          <w:i w:val="0"/>
          <w:smallCaps w:val="0"/>
          <w:strike w:val="0"/>
          <w:sz w:val="18"/>
          <w:u w:val="none"/>
        </w:rPr>
        <w:t>; 7/2/2024</w:t>
      </w:r>
    </w:p>
    <w:p>
      <w:pPr>
        <w:spacing w:after="60"/>
      </w:pPr>
      <w:r>
        <w:rPr>
          <w:b w:val="0"/>
          <w:i w:val="0"/>
          <w:smallCaps w:val="0"/>
          <w:strike w:val="0"/>
          <w:color w:val="000000"/>
          <w:sz w:val="18"/>
          <w:u w:val="none"/>
        </w:rPr>
        <w:t xml:space="preserve">Donald Trump has threatened to leave NATO so many times — or has appeared to, anyway — that for many of his critics, it’s a question of when, not </w:t>
      </w:r>
      <w:r>
        <w:rPr>
          <w:b w:val="0"/>
          <w:i w:val="0"/>
          <w:smallCaps w:val="0"/>
          <w:strike w:val="0"/>
          <w:color w:val="000000"/>
          <w:sz w:val="18"/>
          <w:u w:val="none"/>
        </w:rPr>
        <w:t>whether,</w:t>
      </w:r>
      <w:r>
        <w:rPr>
          <w:b w:val="0"/>
          <w:i w:val="0"/>
          <w:smallCaps w:val="0"/>
          <w:strike w:val="0"/>
          <w:color w:val="000000"/>
          <w:sz w:val="18"/>
          <w:u w:val="none"/>
        </w:rPr>
        <w:t xml:space="preserve"> he’d ditch the 75-year-old alliance if he’s reelected president in November.</w:t>
      </w:r>
    </w:p>
    <w:p>
      <w:pPr>
        <w:spacing w:after="60"/>
      </w:pPr>
      <w:r>
        <w:rPr>
          <w:b w:val="0"/>
          <w:i w:val="0"/>
          <w:smallCaps w:val="0"/>
          <w:strike w:val="0"/>
          <w:color w:val="000000"/>
          <w:sz w:val="18"/>
          <w:u w:val="none"/>
        </w:rPr>
        <w:t xml:space="preserve">In truth, Trump would be unlikely to quit NATO outright, according to interviews with former Trump national security officials and defense experts who are likely to serve in a second Trump term. </w:t>
      </w:r>
      <w:r>
        <w:rPr>
          <w:b w:val="0"/>
          <w:i w:val="0"/>
          <w:smallCaps w:val="0"/>
          <w:strike w:val="0"/>
          <w:color w:val="000000"/>
          <w:sz w:val="22"/>
          <w:u w:val="single"/>
        </w:rPr>
        <w:t xml:space="preserve">But even if he doesn’t formally leave the organization, that </w:t>
      </w:r>
      <w:r>
        <w:rPr>
          <w:b/>
          <w:i w:val="0"/>
          <w:smallCaps w:val="0"/>
          <w:strike w:val="0"/>
          <w:color w:val="000000"/>
          <w:sz w:val="22"/>
          <w:u w:val="single"/>
        </w:rPr>
        <w:t>doesn’t mean NATO would survive a second Trump term intact.</w:t>
      </w:r>
    </w:p>
    <w:p>
      <w:pPr>
        <w:spacing w:after="60"/>
      </w:pPr>
      <w:r>
        <w:rPr>
          <w:b w:val="0"/>
          <w:i w:val="0"/>
          <w:smallCaps w:val="0"/>
          <w:strike w:val="0"/>
          <w:color w:val="000000"/>
          <w:sz w:val="18"/>
          <w:u w:val="none"/>
        </w:rPr>
        <w:t>In return for continued U.S. participation, Trump would not only expect that European countries drastically increase their spending on NATO — his main complaint when he was president — but also undertake what one defense expert familiar with the thinking inside Trump’s national-security advisory circle, Dan Caldwell, describes as a “radical reorientation” of NATO.</w:t>
      </w:r>
    </w:p>
    <w:p>
      <w:pPr>
        <w:spacing w:after="60"/>
      </w:pPr>
      <w:r>
        <w:rPr>
          <w:b w:val="0"/>
          <w:i w:val="0"/>
          <w:smallCaps w:val="0"/>
          <w:strike w:val="0"/>
          <w:color w:val="000000"/>
          <w:sz w:val="18"/>
          <w:u w:val="none"/>
        </w:rPr>
        <w:t>“We don’t really have a choice anymore,” Caldwell told POLITICO Magazine, citing rising U.S. debt, flagging military recruiting, and a defense industrial base that can’t keep up with the challenge from both Russia and China.</w:t>
      </w:r>
    </w:p>
    <w:p>
      <w:pPr>
        <w:spacing w:after="60"/>
      </w:pPr>
      <w:r>
        <w:rPr>
          <w:b w:val="0"/>
          <w:i w:val="0"/>
          <w:smallCaps w:val="0"/>
          <w:strike w:val="0"/>
          <w:color w:val="000000"/>
          <w:sz w:val="18"/>
          <w:u w:val="none"/>
        </w:rPr>
        <w:t>Neither Trump nor his campaign has yet named a new national security team or openly embraced a new agenda for NATO. The campaign did not respond to several requests for comment for this article.</w:t>
      </w:r>
    </w:p>
    <w:p>
      <w:pPr>
        <w:spacing w:after="60"/>
      </w:pPr>
      <w:r>
        <w:rPr>
          <w:b w:val="0"/>
          <w:i w:val="0"/>
          <w:smallCaps w:val="0"/>
          <w:strike w:val="0"/>
          <w:color w:val="000000"/>
          <w:sz w:val="18"/>
          <w:u w:val="none"/>
        </w:rPr>
        <w:t>But the former officials and experts who spoke for this article — some on the record and some on condition of anonymity — are engaged in an ongoing debate within Trump world over how hard to push the Europeans toward a security architecture more to Trump’s liking.</w:t>
      </w:r>
    </w:p>
    <w:p>
      <w:pPr>
        <w:spacing w:after="60"/>
      </w:pPr>
      <w:r>
        <w:rPr>
          <w:b w:val="0"/>
          <w:i w:val="0"/>
          <w:smallCaps w:val="0"/>
          <w:strike w:val="0"/>
          <w:color w:val="000000"/>
          <w:sz w:val="18"/>
          <w:u w:val="none"/>
        </w:rPr>
        <w:t>According to these officials, the U.S. would keep its nuclear umbrella over Europe during a second Trump term by maintaining its airpower and bases in Germany, England and Turkey, and its naval forces as well. Meanwhile, the bulk of infantry, armor, logistics and artillery would ultimately pass from American to European hands. Parts of this plan were floated</w:t>
      </w:r>
      <w:r>
        <w:rPr>
          <w:b w:val="0"/>
          <w:i w:val="0"/>
          <w:smallCaps w:val="0"/>
          <w:strike w:val="0"/>
          <w:color w:val="000000"/>
          <w:sz w:val="18"/>
          <w:u w:val="none"/>
        </w:rPr>
        <w:t xml:space="preserve"> </w:t>
      </w:r>
      <w:r>
        <w:rPr>
          <w:b w:val="0"/>
          <w:i w:val="0"/>
          <w:smallCaps w:val="0"/>
          <w:strike w:val="0"/>
          <w:color w:val="000000"/>
          <w:sz w:val="18"/>
          <w:u w:val="none"/>
        </w:rPr>
        <w:t>published</w:t>
      </w:r>
      <w:r>
        <w:rPr>
          <w:b w:val="0"/>
          <w:i w:val="0"/>
          <w:smallCaps w:val="0"/>
          <w:strike w:val="0"/>
          <w:color w:val="000000"/>
          <w:sz w:val="18"/>
          <w:u w:val="none"/>
        </w:rPr>
        <w:t xml:space="preserve"> in February 2023 by the Trump-affiliated Center for Renewing America, but in the months since, there’s been an emerging and more detailed consensus among Trump supporters on an outline of a new concept for NATO.</w:t>
      </w:r>
    </w:p>
    <w:p>
      <w:pPr>
        <w:spacing w:after="60"/>
      </w:pPr>
      <w:r>
        <w:rPr>
          <w:b w:val="0"/>
          <w:i w:val="0"/>
          <w:smallCaps w:val="0"/>
          <w:strike w:val="0"/>
          <w:color w:val="000000"/>
          <w:sz w:val="22"/>
          <w:u w:val="single"/>
        </w:rPr>
        <w:t xml:space="preserve">The shift they envision </w:t>
      </w:r>
      <w:r>
        <w:rPr>
          <w:b/>
          <w:i w:val="0"/>
          <w:smallCaps w:val="0"/>
          <w:strike w:val="0"/>
          <w:color w:val="000000"/>
          <w:sz w:val="22"/>
          <w:u w:val="single"/>
        </w:rPr>
        <w:t>would involve “significantly and substantially downsizing America’s security role</w:t>
      </w:r>
      <w:r>
        <w:rPr>
          <w:b w:val="0"/>
          <w:i w:val="0"/>
          <w:smallCaps w:val="0"/>
          <w:strike w:val="0"/>
          <w:color w:val="000000"/>
          <w:sz w:val="22"/>
          <w:u w:val="single"/>
        </w:rPr>
        <w:t xml:space="preserve"> — stepping back instead of being the primary provider of combat power in Europe, somebody who provides support only in times of crisis,” said Caldwell</w:t>
      </w:r>
      <w:r>
        <w:rPr>
          <w:b w:val="0"/>
          <w:i w:val="0"/>
          <w:smallCaps w:val="0"/>
          <w:strike w:val="0"/>
          <w:color w:val="000000"/>
          <w:sz w:val="22"/>
          <w:u w:val="none"/>
        </w:rPr>
        <w:t xml:space="preserve">, </w:t>
      </w:r>
      <w:r>
        <w:rPr>
          <w:b w:val="0"/>
          <w:i w:val="0"/>
          <w:smallCaps w:val="0"/>
          <w:strike w:val="0"/>
          <w:color w:val="000000"/>
          <w:sz w:val="18"/>
          <w:u w:val="none"/>
        </w:rPr>
        <w:t>who recently served as a senior advisor to Russell Vought, the former senior Trump administration official who in May was named policy director for the Republican National Convention and who is expected to play a senior role in a second Trump administration. Vought is also president of the CRA.</w:t>
      </w:r>
    </w:p>
    <w:p>
      <w:pPr>
        <w:spacing w:after="60"/>
      </w:pPr>
      <w:r>
        <w:rPr>
          <w:b w:val="0"/>
          <w:i w:val="0"/>
          <w:smallCaps w:val="0"/>
          <w:strike w:val="0"/>
          <w:color w:val="000000"/>
          <w:sz w:val="22"/>
          <w:u w:val="single"/>
        </w:rPr>
        <w:t>Another part of the emerging Trump game plan is a</w:t>
      </w:r>
      <w:r>
        <w:rPr>
          <w:b w:val="0"/>
          <w:i w:val="0"/>
          <w:smallCaps w:val="0"/>
          <w:strike w:val="0"/>
          <w:color w:val="000000"/>
          <w:sz w:val="22"/>
          <w:u w:val="single"/>
        </w:rPr>
        <w:t xml:space="preserve"> </w:t>
      </w:r>
      <w:r>
        <w:rPr>
          <w:b w:val="0"/>
          <w:i w:val="0"/>
          <w:smallCaps w:val="0"/>
          <w:strike w:val="0"/>
          <w:color w:val="000000"/>
          <w:sz w:val="22"/>
          <w:u w:val="single"/>
        </w:rPr>
        <w:t>. That idea, first</w:t>
      </w:r>
      <w:r>
        <w:rPr>
          <w:b w:val="0"/>
          <w:i w:val="0"/>
          <w:smallCaps w:val="0"/>
          <w:strike w:val="0"/>
          <w:color w:val="000000"/>
          <w:sz w:val="22"/>
          <w:u w:val="single"/>
        </w:rPr>
        <w:t xml:space="preserve"> </w:t>
      </w:r>
      <w:r>
        <w:rPr>
          <w:b w:val="0"/>
          <w:i w:val="0"/>
          <w:smallCaps w:val="0"/>
          <w:strike w:val="0"/>
          <w:color w:val="000000"/>
          <w:sz w:val="22"/>
          <w:u w:val="single"/>
        </w:rPr>
        <w:t>, retired Army Lt. Gen. Keith Kellogg, means that member countries that have not yet met the target of spending 2 percent of GDP on defense “wouldn’t enjoy the defense largess and security guarantee of the United States,</w:t>
      </w:r>
      <w:r>
        <w:rPr>
          <w:b w:val="0"/>
          <w:i w:val="0"/>
          <w:smallCaps w:val="0"/>
          <w:strike w:val="0"/>
          <w:color w:val="000000"/>
          <w:sz w:val="22"/>
          <w:u w:val="none"/>
        </w:rPr>
        <w:t>”</w:t>
      </w:r>
      <w:r>
        <w:rPr>
          <w:b w:val="0"/>
          <w:i w:val="0"/>
          <w:smallCaps w:val="0"/>
          <w:strike w:val="0"/>
          <w:color w:val="000000"/>
          <w:sz w:val="18"/>
          <w:u w:val="none"/>
        </w:rPr>
        <w:t xml:space="preserve"> according to one Trump-aligned national security expert who spoke on condition of anonymity to describe internal discussions. This could be seen to be in defiance of Article 5 of the treaty, which obliges every member to take “such action it deems necessary” to assist whoever is attacked. But members of the Trump foreign-policy brain trust noted that the language in Article 5 is flexible and does not require any member to respond with</w:t>
      </w:r>
      <w:r>
        <w:rPr>
          <w:b w:val="0"/>
          <w:i w:val="0"/>
          <w:smallCaps w:val="0"/>
          <w:strike w:val="0"/>
          <w:color w:val="000000"/>
          <w:sz w:val="18"/>
          <w:u w:val="none"/>
        </w:rPr>
        <w:t xml:space="preserve"> </w:t>
      </w:r>
      <w:r>
        <w:rPr>
          <w:b w:val="0"/>
          <w:i/>
          <w:smallCaps w:val="0"/>
          <w:strike w:val="0"/>
          <w:color w:val="000000"/>
          <w:sz w:val="18"/>
          <w:u w:val="none"/>
        </w:rPr>
        <w:t>military</w:t>
      </w:r>
      <w:r>
        <w:rPr>
          <w:b w:val="0"/>
          <w:i w:val="0"/>
          <w:smallCaps w:val="0"/>
          <w:strike w:val="0"/>
          <w:color w:val="000000"/>
          <w:sz w:val="18"/>
          <w:u w:val="none"/>
        </w:rPr>
        <w:t xml:space="preserve"> </w:t>
      </w:r>
      <w:r>
        <w:rPr>
          <w:b w:val="0"/>
          <w:i w:val="0"/>
          <w:smallCaps w:val="0"/>
          <w:strike w:val="0"/>
          <w:color w:val="000000"/>
          <w:sz w:val="18"/>
          <w:u w:val="none"/>
        </w:rPr>
        <w:t>force.</w:t>
      </w:r>
    </w:p>
    <w:p>
      <w:pPr>
        <w:spacing w:after="60"/>
      </w:pPr>
      <w:r>
        <w:rPr>
          <w:b w:val="0"/>
          <w:i w:val="0"/>
          <w:smallCaps w:val="0"/>
          <w:strike w:val="0"/>
          <w:color w:val="000000"/>
          <w:sz w:val="22"/>
          <w:u w:val="single"/>
        </w:rPr>
        <w:t>Trump has consistently expressed pique that NATO allies “</w:t>
      </w:r>
      <w:r>
        <w:rPr>
          <w:b w:val="0"/>
          <w:i w:val="0"/>
          <w:smallCaps w:val="0"/>
          <w:strike w:val="0"/>
          <w:color w:val="000000"/>
          <w:sz w:val="22"/>
          <w:u w:val="single"/>
        </w:rPr>
        <w:t>” by not meeting the 2 percent spending target. Most recently, Trump actually appeared to invite a Russian attack against NATO deadbeats, saying he’d “</w:t>
      </w:r>
      <w:r>
        <w:rPr>
          <w:b/>
          <w:i w:val="0"/>
          <w:smallCaps w:val="0"/>
          <w:strike w:val="0"/>
          <w:color w:val="000000"/>
          <w:sz w:val="22"/>
          <w:u w:val="single"/>
        </w:rPr>
        <w:t>encourage” the Russians to “</w:t>
      </w:r>
      <w:r>
        <w:rPr>
          <w:b/>
          <w:i w:val="0"/>
          <w:smallCaps w:val="0"/>
          <w:strike w:val="0"/>
          <w:color w:val="000000"/>
          <w:sz w:val="22"/>
          <w:u w:val="single"/>
        </w:rPr>
        <w:t>” with member countries that have not yet met the defense spending target</w:t>
      </w:r>
      <w:r>
        <w:rPr>
          <w:b w:val="0"/>
          <w:i w:val="0"/>
          <w:smallCaps w:val="0"/>
          <w:strike w:val="0"/>
          <w:color w:val="000000"/>
          <w:sz w:val="22"/>
          <w:u w:val="single"/>
        </w:rPr>
        <w:t xml:space="preserve"> — a decade after the NATO allies pledged to do so at their 2014 summit in Wales.</w:t>
      </w:r>
    </w:p>
    <w:p>
      <w:pPr>
        <w:spacing w:after="60"/>
      </w:pPr>
      <w:r>
        <w:rPr>
          <w:b w:val="0"/>
          <w:i w:val="0"/>
          <w:smallCaps w:val="0"/>
          <w:strike w:val="0"/>
          <w:color w:val="000000"/>
          <w:sz w:val="18"/>
          <w:u w:val="none"/>
        </w:rPr>
        <w:t>A swift resolution of the two-and-a-half-year Ukraine conflict would also likely play a key role in Trump’s plans for NATO. As part of a plan for Ukraine that has not been previously reported, the presumptive GOP nominee is mulling a deal whereby NATO commits to no further eastward expansion — specifically into Ukraine and Georgia — and negotiates with Russian President Vladimir Putin over how much Ukrainian territory Moscow can keep, according to two other Trump-aligned national security experts.</w:t>
      </w:r>
    </w:p>
    <w:p>
      <w:pPr>
        <w:spacing w:after="60"/>
      </w:pPr>
      <w:r>
        <w:rPr>
          <w:b w:val="0"/>
          <w:i w:val="0"/>
          <w:smallCaps w:val="0"/>
          <w:strike w:val="0"/>
          <w:color w:val="000000"/>
          <w:sz w:val="18"/>
          <w:u w:val="none"/>
        </w:rPr>
        <w:t>Altogether, Trump’s new approach in these areas would amount to a revolution in NATO’s affairs — one that many critics say Europe is wholly incapable of accomplishing in the foreseeable future. The U.S. is by far the largest contributor to NATO operations, spending about $860 billion on defense that represented 68 percent of the total expenditure of the NATO countries in 2023. That is well over 10 times more than that of Germany, the second largest-spending country. A substantial portion of that U.S. expenditure, which amounts to about 3.5 percent of U.S. GDP, goes to the defense of Europe though the Pentagon refuses to divulge publicly how much, says Jeremy Shapiro, research director for the European Council on Foreign Relations.</w:t>
      </w:r>
    </w:p>
    <w:p>
      <w:pPr>
        <w:spacing w:after="60"/>
      </w:pPr>
      <w:r>
        <w:rPr>
          <w:b w:val="0"/>
          <w:i w:val="0"/>
          <w:smallCaps w:val="0"/>
          <w:strike w:val="0"/>
          <w:color w:val="000000"/>
          <w:sz w:val="18"/>
          <w:u w:val="none"/>
        </w:rPr>
        <w:t>Meeting with President Joe Biden in Washington earlier this month, outgoing NATO Secretary-General Jens Stoltenberg announced that 23 of the 31 non-U.S. NATO members will now make the alliance’s 2 percent target. “That’s more than twice as many as four years ago,” Stoltenberg said. This is expected to include Germany for</w:t>
      </w:r>
      <w:r>
        <w:rPr>
          <w:b w:val="0"/>
          <w:i w:val="0"/>
          <w:smallCaps w:val="0"/>
          <w:strike w:val="0"/>
          <w:color w:val="000000"/>
          <w:sz w:val="18"/>
          <w:u w:val="none"/>
        </w:rPr>
        <w:t xml:space="preserve"> </w:t>
      </w:r>
      <w:r>
        <w:rPr>
          <w:b w:val="0"/>
          <w:i w:val="0"/>
          <w:smallCaps w:val="0"/>
          <w:strike w:val="0"/>
          <w:color w:val="000000"/>
          <w:sz w:val="18"/>
          <w:u w:val="none"/>
        </w:rPr>
        <w:t>, and that country’s hawkish defense minister, Boris Pistorius, appears eager to do better,</w:t>
      </w:r>
      <w:r>
        <w:rPr>
          <w:b w:val="0"/>
          <w:i w:val="0"/>
          <w:smallCaps w:val="0"/>
          <w:strike w:val="0"/>
          <w:color w:val="000000"/>
          <w:sz w:val="18"/>
          <w:u w:val="none"/>
        </w:rPr>
        <w:t xml:space="preserve"> </w:t>
      </w:r>
      <w:r>
        <w:rPr>
          <w:b w:val="0"/>
          <w:i w:val="0"/>
          <w:smallCaps w:val="0"/>
          <w:strike w:val="0"/>
          <w:color w:val="000000"/>
          <w:sz w:val="18"/>
          <w:u w:val="none"/>
        </w:rPr>
        <w:t xml:space="preserve"> </w:t>
      </w:r>
      <w:r>
        <w:rPr>
          <w:b w:val="0"/>
          <w:i w:val="0"/>
          <w:smallCaps w:val="0"/>
          <w:strike w:val="0"/>
          <w:color w:val="000000"/>
          <w:sz w:val="18"/>
          <w:u w:val="none"/>
        </w:rPr>
        <w:t>Germany to shoot up to 3.5 percent of GDP on defense.</w:t>
      </w:r>
    </w:p>
    <w:p>
      <w:pPr>
        <w:spacing w:after="60"/>
      </w:pPr>
      <w:r>
        <w:rPr>
          <w:b w:val="0"/>
          <w:i w:val="0"/>
          <w:smallCaps w:val="0"/>
          <w:strike w:val="0"/>
          <w:color w:val="000000"/>
          <w:sz w:val="22"/>
          <w:u w:val="single"/>
        </w:rPr>
        <w:t xml:space="preserve">But </w:t>
      </w:r>
      <w:r>
        <w:rPr>
          <w:b/>
          <w:i w:val="0"/>
          <w:smallCaps w:val="0"/>
          <w:strike w:val="0"/>
          <w:color w:val="000000"/>
          <w:sz w:val="22"/>
          <w:u w:val="single"/>
        </w:rPr>
        <w:t>even if Germany hits that mark, some Trump-aligned former defense officials say it’s still not nearly enough.</w:t>
      </w:r>
      <w:r>
        <w:rPr>
          <w:b w:val="0"/>
          <w:i w:val="0"/>
          <w:smallCaps w:val="0"/>
          <w:strike w:val="0"/>
          <w:color w:val="000000"/>
          <w:sz w:val="22"/>
          <w:u w:val="single"/>
        </w:rPr>
        <w:t xml:space="preserve"> “I’m in favor of sustaining the North Atlantic alliance, but I think the only way to do that — and I tell this to the Europeans all the time — is for them to assume a lot more of the burden,” said</w:t>
      </w:r>
      <w:r>
        <w:rPr>
          <w:b w:val="0"/>
          <w:i w:val="0"/>
          <w:smallCaps w:val="0"/>
          <w:strike w:val="0"/>
          <w:color w:val="000000"/>
          <w:sz w:val="22"/>
          <w:u w:val="single"/>
        </w:rPr>
        <w:t xml:space="preserve"> </w:t>
      </w:r>
      <w:r>
        <w:rPr>
          <w:b w:val="0"/>
          <w:i w:val="0"/>
          <w:smallCaps w:val="0"/>
          <w:strike w:val="0"/>
          <w:color w:val="000000"/>
          <w:sz w:val="22"/>
          <w:u w:val="single"/>
        </w:rPr>
        <w:t>, who led the development of Trump’s National Defense Strategy</w:t>
      </w:r>
      <w:r>
        <w:rPr>
          <w:b w:val="0"/>
          <w:i w:val="0"/>
          <w:smallCaps w:val="0"/>
          <w:strike w:val="0"/>
          <w:color w:val="000000"/>
          <w:sz w:val="22"/>
          <w:u w:val="none"/>
        </w:rPr>
        <w:t xml:space="preserve"> </w:t>
      </w:r>
      <w:r>
        <w:rPr>
          <w:b w:val="0"/>
          <w:i w:val="0"/>
          <w:smallCaps w:val="0"/>
          <w:strike w:val="0"/>
          <w:color w:val="000000"/>
          <w:sz w:val="18"/>
          <w:u w:val="none"/>
        </w:rPr>
        <w:t>as his deputy assistant defense secretary for strategy and force development and who is said to be in line for a senior national security post in a second Trump administration.</w:t>
      </w:r>
    </w:p>
    <w:p>
      <w:pPr>
        <w:spacing w:after="60"/>
      </w:pPr>
      <w:r>
        <w:rPr>
          <w:b w:val="0"/>
          <w:i w:val="0"/>
          <w:smallCaps w:val="0"/>
          <w:strike w:val="0"/>
          <w:color w:val="000000"/>
          <w:sz w:val="18"/>
          <w:u w:val="none"/>
        </w:rPr>
        <w:t>“We can’t be doing 10 times what the Germans are doing anymore, and we’ve got to be prepared to be tough with them. There’s got to be consequences,” Colby said in an interview. “We want NATO to be active, but we want it to be with the Europeans in the lead. That was the original idea. That was Dwight Eisenhower’s idea.” Only now, faced with a menacing China, the need for making such changes is far more urgent, Colby said. “The United States does not have enough military forces to go around. … We can’t break our spear in Europe against the Russians when we know the Chinese and Russians are collaborating, and the Chinese are a more dangerous and significant threat.”</w:t>
      </w:r>
    </w:p>
    <w:p>
      <w:pPr>
        <w:spacing w:after="60"/>
      </w:pPr>
      <w:r>
        <w:rPr>
          <w:b w:val="0"/>
          <w:i w:val="0"/>
          <w:smallCaps w:val="0"/>
          <w:strike w:val="0"/>
          <w:color w:val="000000"/>
          <w:sz w:val="22"/>
          <w:u w:val="single"/>
        </w:rPr>
        <w:t>Some of the Trump-aligned experts are mostly focused on the spending issue, while others want European countries to both spend more and assume far more of the military burden. Kiron Skinner, Trump’s former policy-planning chief under Secretary of State Mike Pompeo and a key player in Project 2025,</w:t>
      </w:r>
      <w:r>
        <w:rPr>
          <w:b w:val="0"/>
          <w:i w:val="0"/>
          <w:smallCaps w:val="0"/>
          <w:strike w:val="0"/>
          <w:color w:val="000000"/>
          <w:sz w:val="22"/>
          <w:u w:val="single"/>
        </w:rPr>
        <w:t xml:space="preserve"> </w:t>
      </w:r>
      <w:r>
        <w:rPr>
          <w:b w:val="0"/>
          <w:i w:val="0"/>
          <w:smallCaps w:val="0"/>
          <w:strike w:val="0"/>
          <w:color w:val="000000"/>
          <w:sz w:val="22"/>
          <w:u w:val="single"/>
        </w:rPr>
        <w:t>, emphasizes the need for more European spending as a starting point: “We need to right-size America’s role in the world in the 21st century, and that’s what I think this is about,” she said. “The U.S. is not the world’s ATM machine. NATO has a significant contribution to make in the Atlantic theater and the Indo-Pacific theater, but we need to do more strategic thinking on both sides.”</w:t>
      </w:r>
    </w:p>
    <w:p>
      <w:pPr>
        <w:spacing w:after="60"/>
      </w:pPr>
      <w:r>
        <w:rPr>
          <w:b w:val="0"/>
          <w:i w:val="0"/>
          <w:smallCaps w:val="0"/>
          <w:strike w:val="0"/>
          <w:color w:val="000000"/>
          <w:sz w:val="22"/>
          <w:u w:val="single"/>
        </w:rPr>
        <w:t>The first test of Trump’s NATO intentions, should he win another term, would be how he handles Russia’s ongoing war against Ukraine. The U.S. has stepped up its central role in NATO since the Ukraine war began, sending 20,000 additional troops to Europe (making for a total of 100,000) in addition to new air, land, maritime, cyber and space capabilities. According to the two Trump-aligned national security experts familiar with the thinking inside Trump’s inner circle, the presumptive GOP nominee is now considering making a deal with Putin on which countries could join NATO, particularly Ukraine and Georgia. Such a plan would scuttle NATO’s vague promise of future membership to Ukraine — a policy that Biden has continued, albeit without committing to a timeline.</w:t>
      </w:r>
    </w:p>
    <w:p>
      <w:pPr>
        <w:spacing w:after="60"/>
      </w:pPr>
      <w:r>
        <w:rPr>
          <w:b w:val="0"/>
          <w:i w:val="0"/>
          <w:smallCaps w:val="0"/>
          <w:strike w:val="0"/>
          <w:color w:val="000000"/>
          <w:sz w:val="18"/>
          <w:u w:val="none"/>
        </w:rPr>
        <w:t>In April,</w:t>
      </w:r>
      <w:r>
        <w:rPr>
          <w:b w:val="0"/>
          <w:i w:val="0"/>
          <w:smallCaps w:val="0"/>
          <w:strike w:val="0"/>
          <w:color w:val="000000"/>
          <w:sz w:val="18"/>
          <w:u w:val="none"/>
        </w:rPr>
        <w:t xml:space="preserve"> </w:t>
      </w:r>
      <w:r>
        <w:rPr>
          <w:b w:val="0"/>
          <w:i w:val="0"/>
          <w:smallCaps w:val="0"/>
          <w:strike w:val="0"/>
          <w:color w:val="000000"/>
          <w:sz w:val="18"/>
          <w:u w:val="none"/>
        </w:rPr>
        <w:t xml:space="preserve"> </w:t>
      </w:r>
      <w:r>
        <w:rPr>
          <w:b w:val="0"/>
          <w:i w:val="0"/>
          <w:smallCaps w:val="0"/>
          <w:strike w:val="0"/>
          <w:color w:val="000000"/>
          <w:sz w:val="18"/>
          <w:u w:val="none"/>
        </w:rPr>
        <w:t>that Trump’s tentative plan also involves pressing Ukraine to cede Crimea and the Donbas border region to Russia.</w:t>
      </w:r>
    </w:p>
    <w:p>
      <w:pPr>
        <w:spacing w:after="60"/>
      </w:pPr>
      <w:r>
        <w:rPr>
          <w:b w:val="0"/>
          <w:i w:val="0"/>
          <w:smallCaps w:val="0"/>
          <w:strike w:val="0"/>
          <w:color w:val="000000"/>
          <w:sz w:val="18"/>
          <w:u w:val="none"/>
        </w:rPr>
        <w:t>“I would expect a very quick deal to end the conflict,” said Kevin Roberts, the president of The Heritage Foundation, the influential Trump-aligned think tank that has produced Project 2025. Roberts said in an interview that he could convey no inside knowledge of Trump’s plans.</w:t>
      </w:r>
    </w:p>
    <w:p>
      <w:pPr>
        <w:spacing w:after="60"/>
      </w:pPr>
      <w:r>
        <w:rPr>
          <w:b w:val="0"/>
          <w:i w:val="0"/>
          <w:smallCaps w:val="0"/>
          <w:strike w:val="0"/>
          <w:color w:val="000000"/>
          <w:sz w:val="18"/>
          <w:u w:val="none"/>
        </w:rPr>
        <w:t>But according to one of the national security experts familiar with Trump’s thinking, speaking on condition of anonymity, Trump “would be open to something foreclosing NATO expansion and not going back to the 1991 borders for Ukraine. That would be on the table. But that doesn’t mean surrendering any other possibility, including supplying large amounts of weapons to Ukraine.”</w:t>
      </w:r>
    </w:p>
    <w:p>
      <w:pPr>
        <w:spacing w:after="60"/>
      </w:pPr>
      <w:r>
        <w:rPr>
          <w:b w:val="0"/>
          <w:i w:val="0"/>
          <w:smallCaps w:val="0"/>
          <w:strike w:val="0"/>
          <w:color w:val="000000"/>
          <w:sz w:val="18"/>
          <w:u w:val="none"/>
        </w:rPr>
        <w:t>Trump himself has not publicly detailed his plans for Ukraine, but on the campaign trail he has repeatedly vowed to end the war as one of his first tasks — “before I even arrive at the Oval Office, shortly after we win the presidency,” he declared at a June 22 rally in Philadelphia. Asked on a</w:t>
      </w:r>
      <w:r>
        <w:rPr>
          <w:b w:val="0"/>
          <w:i w:val="0"/>
          <w:smallCaps w:val="0"/>
          <w:strike w:val="0"/>
          <w:color w:val="000000"/>
          <w:sz w:val="18"/>
          <w:u w:val="none"/>
        </w:rPr>
        <w:t xml:space="preserve"> </w:t>
      </w:r>
      <w:r>
        <w:rPr>
          <w:b w:val="0"/>
          <w:i w:val="0"/>
          <w:smallCaps w:val="0"/>
          <w:strike w:val="0"/>
          <w:color w:val="000000"/>
          <w:sz w:val="18"/>
          <w:u w:val="none"/>
        </w:rPr>
        <w:t>whether</w:t>
      </w:r>
      <w:r>
        <w:rPr>
          <w:b w:val="0"/>
          <w:i w:val="0"/>
          <w:smallCaps w:val="0"/>
          <w:strike w:val="0"/>
          <w:color w:val="000000"/>
          <w:sz w:val="18"/>
          <w:u w:val="none"/>
        </w:rPr>
        <w:t xml:space="preserve"> he was willing to take NATO expansion into Ukraine off the table, Trump replied — in remarks that went largely unreported — that promising NATO membership to Ukraine had been a “mistake” and “really why this war started.” Many in the Trump camp openly prefer a non-NATO Ukraine. “NATO has already expanded well beyond what we need for an anti-hegemonic coalition” against Russia, said Colby.</w:t>
      </w:r>
    </w:p>
    <w:p>
      <w:pPr>
        <w:spacing w:after="60"/>
      </w:pPr>
      <w:r>
        <w:rPr>
          <w:b w:val="0"/>
          <w:i w:val="0"/>
          <w:smallCaps w:val="0"/>
          <w:strike w:val="0"/>
          <w:color w:val="000000"/>
          <w:sz w:val="18"/>
          <w:u w:val="none"/>
        </w:rPr>
        <w:t>On June 14, Putin said Russia would be ready to negotiate an end to the war if Ukraine renounced any ambition to</w:t>
      </w:r>
      <w:r>
        <w:rPr>
          <w:b w:val="0"/>
          <w:i w:val="0"/>
          <w:smallCaps w:val="0"/>
          <w:strike w:val="0"/>
          <w:color w:val="000000"/>
          <w:sz w:val="18"/>
          <w:u w:val="none"/>
        </w:rPr>
        <w:t xml:space="preserve"> </w:t>
      </w:r>
      <w:r>
        <w:rPr>
          <w:b w:val="0"/>
          <w:i w:val="0"/>
          <w:smallCaps w:val="0"/>
          <w:strike w:val="0"/>
          <w:color w:val="000000"/>
          <w:sz w:val="18"/>
          <w:u w:val="none"/>
        </w:rPr>
        <w:t xml:space="preserve"> </w:t>
      </w:r>
      <w:r>
        <w:rPr>
          <w:b w:val="0"/>
          <w:i w:val="0"/>
          <w:smallCaps w:val="0"/>
          <w:strike w:val="0"/>
          <w:color w:val="000000"/>
          <w:sz w:val="18"/>
          <w:u w:val="none"/>
        </w:rPr>
        <w:t>and withdrew troops from the</w:t>
      </w:r>
      <w:r>
        <w:rPr>
          <w:b w:val="0"/>
          <w:i w:val="0"/>
          <w:smallCaps w:val="0"/>
          <w:strike w:val="0"/>
          <w:color w:val="000000"/>
          <w:sz w:val="18"/>
          <w:u w:val="none"/>
        </w:rPr>
        <w:t xml:space="preserve"> </w:t>
      </w:r>
      <w:r>
        <w:rPr>
          <w:b w:val="0"/>
          <w:i w:val="0"/>
          <w:smallCaps w:val="0"/>
          <w:strike w:val="0"/>
          <w:color w:val="000000"/>
          <w:sz w:val="18"/>
          <w:u w:val="none"/>
        </w:rPr>
        <w:t>.</w:t>
      </w:r>
      <w:r>
        <w:rPr>
          <w:b w:val="0"/>
          <w:i w:val="0"/>
          <w:smallCaps w:val="0"/>
          <w:strike w:val="0"/>
          <w:color w:val="000000"/>
          <w:sz w:val="18"/>
          <w:u w:val="none"/>
        </w:rPr>
        <w:t xml:space="preserve"> </w:t>
      </w:r>
      <w:r>
        <w:rPr>
          <w:b w:val="0"/>
          <w:i w:val="0"/>
          <w:smallCaps w:val="0"/>
          <w:strike w:val="0"/>
          <w:color w:val="000000"/>
          <w:sz w:val="18"/>
          <w:u w:val="none"/>
        </w:rPr>
        <w:t>with</w:t>
      </w:r>
      <w:r>
        <w:rPr>
          <w:b w:val="0"/>
          <w:i w:val="0"/>
          <w:smallCaps w:val="0"/>
          <w:strike w:val="0"/>
          <w:color w:val="000000"/>
          <w:sz w:val="18"/>
          <w:u w:val="none"/>
        </w:rPr>
        <w:t xml:space="preserve"> Biden if such terms were acceptable, Trump replied, “No, they’re not acceptable. But look, this is a war that never should have started.”</w:t>
      </w:r>
    </w:p>
    <w:p>
      <w:pPr>
        <w:spacing w:after="60"/>
      </w:pPr>
      <w:r>
        <w:rPr>
          <w:b w:val="0"/>
          <w:i w:val="0"/>
          <w:smallCaps w:val="0"/>
          <w:strike w:val="0"/>
          <w:color w:val="000000"/>
          <w:sz w:val="22"/>
          <w:u w:val="single"/>
        </w:rPr>
        <w:t xml:space="preserve">Critics say </w:t>
      </w:r>
      <w:r>
        <w:rPr>
          <w:b/>
          <w:i w:val="0"/>
          <w:smallCaps w:val="0"/>
          <w:strike w:val="0"/>
          <w:color w:val="000000"/>
          <w:sz w:val="22"/>
          <w:u w:val="single"/>
        </w:rPr>
        <w:t>pressuring Ukraine to surrender territory would only vindicate Putin’s horrific and murderous land grab. But Trump has made it clear he has as little love for Ukraine as he does for NATO,</w:t>
      </w:r>
      <w:r>
        <w:rPr>
          <w:b w:val="0"/>
          <w:i w:val="0"/>
          <w:smallCaps w:val="0"/>
          <w:strike w:val="0"/>
          <w:color w:val="000000"/>
          <w:sz w:val="22"/>
          <w:u w:val="single"/>
        </w:rPr>
        <w:t xml:space="preserve"> telling House Speaker Mike Johnson during his visit to Capitol Hill in June that Ukraine is “never going to be there for us” and “we should pay OUR TROOPS more instead of sending $60b to Ukraine,” according to a tweet from Republican Rep. Matt Gaetz. Another GOP representative, Don Bacon, told reporters in recounting the same conversation that Trump was dismissive of Kyiv’s goal of driving out the Russians, which has been Biden’s unstinting policy. “He’s like, if Ukraine wins, what will be the benefit?” Bacon said.</w:t>
      </w:r>
    </w:p>
    <w:p>
      <w:pPr>
        <w:spacing w:after="60"/>
      </w:pPr>
      <w:r>
        <w:rPr>
          <w:b w:val="0"/>
          <w:i w:val="0"/>
          <w:smallCaps w:val="0"/>
          <w:strike w:val="0"/>
          <w:color w:val="000000"/>
          <w:sz w:val="22"/>
          <w:u w:val="single"/>
        </w:rPr>
        <w:t>The biggest issue with Trump’s</w:t>
      </w:r>
      <w:r>
        <w:rPr>
          <w:b w:val="0"/>
          <w:i w:val="0"/>
          <w:smallCaps w:val="0"/>
          <w:strike w:val="0"/>
          <w:color w:val="000000"/>
          <w:sz w:val="22"/>
          <w:u w:val="single"/>
        </w:rPr>
        <w:t xml:space="preserve"> </w:t>
      </w:r>
      <w:r>
        <w:rPr>
          <w:b w:val="0"/>
          <w:i w:val="0"/>
          <w:smallCaps w:val="0"/>
          <w:strike w:val="0"/>
          <w:color w:val="000000"/>
          <w:sz w:val="22"/>
          <w:u w:val="single"/>
        </w:rPr>
        <w:t xml:space="preserve">emerging approach to NATO may be that the </w:t>
      </w:r>
      <w:r>
        <w:rPr>
          <w:b/>
          <w:i w:val="0"/>
          <w:smallCaps w:val="0"/>
          <w:strike w:val="0"/>
          <w:color w:val="000000"/>
          <w:sz w:val="22"/>
          <w:u w:val="single"/>
        </w:rPr>
        <w:t>European nations are plainly not prepared to fill a dramatically expanded military role anytime soon — despite their tentative plans for “Trump-proofing” NATO by pledging more spending, experts say.</w:t>
      </w:r>
      <w:r>
        <w:rPr>
          <w:b w:val="0"/>
          <w:i w:val="0"/>
          <w:smallCaps w:val="0"/>
          <w:strike w:val="0"/>
          <w:color w:val="000000"/>
          <w:sz w:val="22"/>
          <w:u w:val="single"/>
        </w:rPr>
        <w:t xml:space="preserve"> But they may have little choice since Trump would have more leverage to demand what he wants from Europe this time around because the U.S. is still supplying the lion’s share of military aid to Ukraine, and </w:t>
      </w:r>
      <w:r>
        <w:rPr>
          <w:b/>
          <w:i w:val="0"/>
          <w:smallCaps w:val="0"/>
          <w:strike w:val="0"/>
          <w:color w:val="000000"/>
          <w:sz w:val="22"/>
          <w:u w:val="single"/>
        </w:rPr>
        <w:t>Europe is weaker economically and more dependent on U.S. energy supplies than ever before.</w:t>
      </w:r>
    </w:p>
    <w:p>
      <w:pPr>
        <w:spacing w:after="60"/>
      </w:pPr>
      <w:r>
        <w:rPr>
          <w:b/>
          <w:i w:val="0"/>
          <w:smallCaps w:val="0"/>
          <w:strike w:val="0"/>
          <w:color w:val="000000"/>
          <w:sz w:val="22"/>
          <w:u w:val="single"/>
        </w:rPr>
        <w:t>European leaders are in denial, many U.S. critics say. “They don’t really have any idea of how to replace the United States</w:t>
      </w:r>
      <w:r>
        <w:rPr>
          <w:b w:val="0"/>
          <w:i w:val="0"/>
          <w:smallCaps w:val="0"/>
          <w:strike w:val="0"/>
          <w:color w:val="000000"/>
          <w:sz w:val="22"/>
          <w:u w:val="single"/>
        </w:rPr>
        <w:t>,” says Shapiro of the European Council on Foreign Relations. Fitful efforts by French President Emmanuel Macron to push for more independence from the U.S. defense umbrella have fallen flat. Stoltenberg, in the final months of his 10-year term as NATO’s secretary-general, has taken to arguing that Americans ought to be satisfied that European defense is helping to sustain the U.S. defense industry. “They’ve decided to have abiding faith that the U.S. will be there,” said Shapiro. “It seems to me that’s not really a plan, it’s the hope you have in the absence of a plan.”</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