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is the greatest hope at stopping the Gaza conflict</w:t>
      </w:r>
    </w:p>
    <w:p>
      <w:pPr>
        <w:spacing w:after="80"/>
      </w:pPr>
      <w:r>
        <w:rPr>
          <w:b w:val="0"/>
          <w:i w:val="0"/>
          <w:smallCaps w:val="0"/>
          <w:strike w:val="0"/>
          <w:u w:val="none"/>
        </w:rPr>
        <w:t>Y.L.</w:t>
      </w:r>
      <w:r>
        <w:rPr>
          <w:b/>
          <w:i w:val="0"/>
          <w:smallCaps w:val="0"/>
          <w:strike w:val="0"/>
          <w:sz w:val="26"/>
          <w:u w:val="none"/>
        </w:rPr>
        <w:t xml:space="preserve"> </w:t>
      </w:r>
      <w:r>
        <w:rPr>
          <w:b/>
          <w:i w:val="0"/>
          <w:smallCaps w:val="0"/>
          <w:strike w:val="0"/>
          <w:sz w:val="26"/>
          <w:u w:val="none"/>
        </w:rPr>
        <w:t>Al-Sheikh</w:t>
      </w:r>
      <w:r>
        <w:rPr>
          <w:b/>
          <w:i w:val="0"/>
          <w:smallCaps w:val="0"/>
          <w:strike w:val="0"/>
          <w:sz w:val="26"/>
          <w:u w:val="none"/>
        </w:rPr>
        <w:t xml:space="preserve"> and </w:t>
      </w:r>
      <w:r>
        <w:rPr>
          <w:b w:val="0"/>
          <w:i w:val="0"/>
          <w:smallCaps w:val="0"/>
          <w:strike w:val="0"/>
          <w:u w:val="none"/>
        </w:rPr>
        <w:t>Nickan</w:t>
      </w:r>
      <w:r>
        <w:rPr>
          <w:b/>
          <w:i w:val="0"/>
          <w:smallCaps w:val="0"/>
          <w:strike w:val="0"/>
          <w:sz w:val="26"/>
          <w:u w:val="none"/>
        </w:rPr>
        <w:t xml:space="preserve"> </w:t>
      </w:r>
      <w:r>
        <w:rPr>
          <w:b/>
          <w:i w:val="0"/>
          <w:smallCaps w:val="0"/>
          <w:strike w:val="0"/>
          <w:sz w:val="26"/>
          <w:u w:val="none"/>
        </w:rPr>
        <w:t>Fayyazi</w:t>
      </w:r>
      <w:r>
        <w:rPr>
          <w:b/>
          <w:i w:val="0"/>
          <w:smallCaps w:val="0"/>
          <w:strike w:val="0"/>
          <w:sz w:val="26"/>
          <w:u w:val="none"/>
        </w:rPr>
        <w:t>, 24’,</w:t>
      </w:r>
      <w:r>
        <w:rPr>
          <w:b w:val="0"/>
          <w:i w:val="0"/>
          <w:smallCaps w:val="0"/>
          <w:strike w:val="0"/>
          <w:u w:val="none"/>
        </w:rPr>
        <w:t xml:space="preserve"> (Journalists for The Nation, "Kamala Harris Will Shift on Gaza Only if We Make Her", The Nation, July 26 2024, https://www.thenation.com/article/activism/kamala-harris-gaza-policy-pressure//ACM!</w:t>
      </w:r>
    </w:p>
    <w:p>
      <w:pPr>
        <w:spacing w:after="60"/>
      </w:pPr>
      <w:r>
        <w:rPr>
          <w:b w:val="0"/>
          <w:i w:val="0"/>
          <w:smallCaps w:val="0"/>
          <w:strike w:val="0"/>
          <w:sz w:val="16"/>
          <w:u w:val="none"/>
        </w:rPr>
        <w:t>Vice President Kamala</w:t>
      </w:r>
      <w:r>
        <w:rPr>
          <w:b w:val="0"/>
          <w:i w:val="0"/>
          <w:smallCaps w:val="0"/>
          <w:strike w:val="0"/>
          <w:u w:val="none"/>
        </w:rPr>
        <w:t xml:space="preserve"> </w:t>
      </w:r>
      <w:r>
        <w:rPr>
          <w:b w:val="0"/>
          <w:i w:val="0"/>
          <w:smallCaps w:val="0"/>
          <w:strike w:val="0"/>
          <w:highlight w:val="cyan"/>
          <w:u w:val="single"/>
        </w:rPr>
        <w:t>Harris’s</w:t>
      </w:r>
      <w:r>
        <w:rPr>
          <w:b w:val="0"/>
          <w:i w:val="0"/>
          <w:smallCaps w:val="0"/>
          <w:strike w:val="0"/>
          <w:u w:val="single"/>
        </w:rPr>
        <w:t xml:space="preserve"> sudden </w:t>
      </w:r>
      <w:r>
        <w:rPr>
          <w:b w:val="0"/>
          <w:i w:val="0"/>
          <w:smallCaps w:val="0"/>
          <w:strike w:val="0"/>
          <w:highlight w:val="cyan"/>
          <w:u w:val="single"/>
        </w:rPr>
        <w:t>ascension to</w:t>
      </w:r>
      <w:r>
        <w:rPr>
          <w:b w:val="0"/>
          <w:i w:val="0"/>
          <w:smallCaps w:val="0"/>
          <w:strike w:val="0"/>
          <w:u w:val="single"/>
        </w:rPr>
        <w:t xml:space="preserve"> the top of the </w:t>
      </w:r>
      <w:r>
        <w:rPr>
          <w:b w:val="0"/>
          <w:i w:val="0"/>
          <w:smallCaps w:val="0"/>
          <w:strike w:val="0"/>
          <w:highlight w:val="cyan"/>
          <w:u w:val="single"/>
        </w:rPr>
        <w:t>Democratic</w:t>
      </w:r>
      <w:r>
        <w:rPr>
          <w:b w:val="0"/>
          <w:i w:val="0"/>
          <w:smallCaps w:val="0"/>
          <w:strike w:val="0"/>
          <w:u w:val="single"/>
        </w:rPr>
        <w:t xml:space="preserve"> presidential </w:t>
      </w:r>
      <w:r>
        <w:rPr>
          <w:b w:val="0"/>
          <w:i w:val="0"/>
          <w:smallCaps w:val="0"/>
          <w:strike w:val="0"/>
          <w:highlight w:val="cyan"/>
          <w:u w:val="single"/>
        </w:rPr>
        <w:t>ticket</w:t>
      </w:r>
      <w:r>
        <w:rPr>
          <w:b w:val="0"/>
          <w:i w:val="0"/>
          <w:smallCaps w:val="0"/>
          <w:strike w:val="0"/>
          <w:u w:val="single"/>
        </w:rPr>
        <w:t xml:space="preserve"> has not only </w:t>
      </w:r>
      <w:r>
        <w:rPr>
          <w:b w:val="0"/>
          <w:i w:val="0"/>
          <w:smallCaps w:val="0"/>
          <w:strike w:val="0"/>
          <w:highlight w:val="cyan"/>
          <w:u w:val="single"/>
        </w:rPr>
        <w:t>transformed</w:t>
      </w:r>
      <w:r>
        <w:rPr>
          <w:b w:val="0"/>
          <w:i w:val="0"/>
          <w:smallCaps w:val="0"/>
          <w:strike w:val="0"/>
          <w:u w:val="single"/>
        </w:rPr>
        <w:t xml:space="preserve"> the 2024 </w:t>
      </w:r>
      <w:r>
        <w:rPr>
          <w:b w:val="0"/>
          <w:i w:val="0"/>
          <w:smallCaps w:val="0"/>
          <w:strike w:val="0"/>
          <w:highlight w:val="cyan"/>
          <w:u w:val="single"/>
        </w:rPr>
        <w:t>election</w:t>
      </w:r>
      <w:r>
        <w:rPr>
          <w:b w:val="0"/>
          <w:i w:val="0"/>
          <w:smallCaps w:val="0"/>
          <w:strike w:val="0"/>
          <w:u w:val="single"/>
        </w:rPr>
        <w:t xml:space="preserve">. It has also </w:t>
      </w:r>
      <w:r>
        <w:rPr>
          <w:b w:val="0"/>
          <w:i w:val="0"/>
          <w:smallCaps w:val="0"/>
          <w:strike w:val="0"/>
          <w:highlight w:val="cyan"/>
          <w:u w:val="single"/>
        </w:rPr>
        <w:t>provided</w:t>
      </w:r>
      <w:r>
        <w:rPr>
          <w:b w:val="0"/>
          <w:i w:val="0"/>
          <w:smallCaps w:val="0"/>
          <w:strike w:val="0"/>
          <w:u w:val="single"/>
        </w:rPr>
        <w:t xml:space="preserve"> the biggest </w:t>
      </w:r>
      <w:r>
        <w:rPr>
          <w:b w:val="0"/>
          <w:i w:val="0"/>
          <w:smallCaps w:val="0"/>
          <w:strike w:val="0"/>
          <w:highlight w:val="cyan"/>
          <w:u w:val="single"/>
        </w:rPr>
        <w:t>opportunity</w:t>
      </w:r>
      <w:r>
        <w:rPr>
          <w:b w:val="0"/>
          <w:i w:val="0"/>
          <w:smallCaps w:val="0"/>
          <w:strike w:val="0"/>
          <w:u w:val="single"/>
        </w:rPr>
        <w:t xml:space="preserve"> in months to get Democrats </w:t>
      </w:r>
      <w:r>
        <w:rPr>
          <w:b w:val="0"/>
          <w:i w:val="0"/>
          <w:smallCaps w:val="0"/>
          <w:strike w:val="0"/>
          <w:highlight w:val="cyan"/>
          <w:u w:val="single"/>
        </w:rPr>
        <w:t>to change</w:t>
      </w:r>
      <w:r>
        <w:rPr>
          <w:b w:val="0"/>
          <w:i w:val="0"/>
          <w:smallCaps w:val="0"/>
          <w:strike w:val="0"/>
          <w:u w:val="single"/>
        </w:rPr>
        <w:t xml:space="preserve"> their cruel and discredited a</w:t>
      </w:r>
      <w:r>
        <w:rPr>
          <w:b w:val="0"/>
          <w:i w:val="0"/>
          <w:smallCaps w:val="0"/>
          <w:strike w:val="0"/>
          <w:highlight w:val="cyan"/>
          <w:u w:val="single"/>
        </w:rPr>
        <w:t>pproach to</w:t>
      </w:r>
      <w:r>
        <w:rPr>
          <w:b w:val="0"/>
          <w:i w:val="0"/>
          <w:smallCaps w:val="0"/>
          <w:strike w:val="0"/>
          <w:u w:val="single"/>
        </w:rPr>
        <w:t xml:space="preserve"> the war in </w:t>
      </w:r>
      <w:r>
        <w:rPr>
          <w:b w:val="0"/>
          <w:i w:val="0"/>
          <w:smallCaps w:val="0"/>
          <w:strike w:val="0"/>
          <w:highlight w:val="cyan"/>
          <w:u w:val="single"/>
        </w:rPr>
        <w:t>Gaza.</w:t>
      </w:r>
    </w:p>
    <w:p>
      <w:pPr>
        <w:spacing w:after="60"/>
      </w:pPr>
      <w:r>
        <w:rPr>
          <w:b w:val="0"/>
          <w:i w:val="0"/>
          <w:smallCaps w:val="0"/>
          <w:strike w:val="0"/>
          <w:sz w:val="16"/>
          <w:u w:val="none"/>
        </w:rPr>
        <w:t>In light of</w:t>
      </w:r>
      <w:r>
        <w:rPr>
          <w:b w:val="0"/>
          <w:i w:val="0"/>
          <w:smallCaps w:val="0"/>
          <w:strike w:val="0"/>
          <w:sz w:val="16"/>
          <w:u w:val="none"/>
        </w:rPr>
        <w:t xml:space="preserve"> such an unprecedented moment</w:t>
      </w:r>
      <w:r>
        <w:rPr>
          <w:b w:val="0"/>
          <w:i w:val="0"/>
          <w:smallCaps w:val="0"/>
          <w:strike w:val="0"/>
          <w:u w:val="none"/>
        </w:rPr>
        <w:t xml:space="preserve">, </w:t>
      </w:r>
      <w:r>
        <w:rPr>
          <w:b w:val="0"/>
          <w:i w:val="0"/>
          <w:smallCaps w:val="0"/>
          <w:strike w:val="0"/>
          <w:highlight w:val="cyan"/>
          <w:u w:val="single"/>
        </w:rPr>
        <w:t>with</w:t>
      </w:r>
      <w:r>
        <w:rPr>
          <w:b w:val="0"/>
          <w:i w:val="0"/>
          <w:smallCaps w:val="0"/>
          <w:strike w:val="0"/>
          <w:u w:val="single"/>
        </w:rPr>
        <w:t xml:space="preserve"> the </w:t>
      </w:r>
      <w:r>
        <w:rPr>
          <w:b w:val="0"/>
          <w:i w:val="0"/>
          <w:smallCaps w:val="0"/>
          <w:strike w:val="0"/>
          <w:highlight w:val="cyan"/>
          <w:u w:val="single"/>
        </w:rPr>
        <w:t>war still raging</w:t>
      </w:r>
      <w:r>
        <w:rPr>
          <w:b w:val="0"/>
          <w:i w:val="0"/>
          <w:smallCaps w:val="0"/>
          <w:strike w:val="0"/>
          <w:u w:val="single"/>
        </w:rPr>
        <w:t xml:space="preserve"> and the </w:t>
      </w:r>
      <w:r>
        <w:rPr>
          <w:b w:val="0"/>
          <w:i w:val="0"/>
          <w:smallCaps w:val="0"/>
          <w:strike w:val="0"/>
          <w:highlight w:val="cyan"/>
          <w:u w:val="single"/>
        </w:rPr>
        <w:t>prospects of regional escalation in</w:t>
      </w:r>
      <w:r>
        <w:rPr>
          <w:b w:val="0"/>
          <w:i w:val="0"/>
          <w:smallCaps w:val="0"/>
          <w:strike w:val="0"/>
          <w:u w:val="single"/>
        </w:rPr>
        <w:t xml:space="preserve"> the </w:t>
      </w:r>
      <w:r>
        <w:rPr>
          <w:b w:val="0"/>
          <w:i w:val="0"/>
          <w:smallCaps w:val="0"/>
          <w:strike w:val="0"/>
          <w:highlight w:val="cyan"/>
          <w:u w:val="single"/>
        </w:rPr>
        <w:t>Middle East</w:t>
      </w:r>
      <w:r>
        <w:rPr>
          <w:b w:val="0"/>
          <w:i w:val="0"/>
          <w:smallCaps w:val="0"/>
          <w:strike w:val="0"/>
          <w:u w:val="single"/>
        </w:rPr>
        <w:t xml:space="preserve"> as </w:t>
      </w:r>
      <w:r>
        <w:rPr>
          <w:b w:val="0"/>
          <w:i w:val="0"/>
          <w:smallCaps w:val="0"/>
          <w:strike w:val="0"/>
          <w:highlight w:val="cyan"/>
          <w:u w:val="single"/>
        </w:rPr>
        <w:t>high</w:t>
      </w:r>
      <w:r>
        <w:rPr>
          <w:b w:val="0"/>
          <w:i w:val="0"/>
          <w:smallCaps w:val="0"/>
          <w:strike w:val="0"/>
          <w:u w:val="single"/>
        </w:rPr>
        <w:t xml:space="preserve"> as they’ve ever been, the </w:t>
      </w:r>
      <w:r>
        <w:rPr>
          <w:b w:val="0"/>
          <w:i w:val="0"/>
          <w:smallCaps w:val="0"/>
          <w:strike w:val="0"/>
          <w:highlight w:val="cyan"/>
          <w:u w:val="single"/>
        </w:rPr>
        <w:t>need for</w:t>
      </w:r>
      <w:r>
        <w:rPr>
          <w:b w:val="0"/>
          <w:i w:val="0"/>
          <w:smallCaps w:val="0"/>
          <w:strike w:val="0"/>
          <w:u w:val="single"/>
        </w:rPr>
        <w:t xml:space="preserve"> a </w:t>
      </w:r>
      <w:r>
        <w:rPr>
          <w:b w:val="0"/>
          <w:i w:val="0"/>
          <w:smallCaps w:val="0"/>
          <w:strike w:val="0"/>
          <w:highlight w:val="cyan"/>
          <w:u w:val="single"/>
        </w:rPr>
        <w:t>comprehensive reset</w:t>
      </w:r>
      <w:r>
        <w:rPr>
          <w:b w:val="0"/>
          <w:i w:val="0"/>
          <w:smallCaps w:val="0"/>
          <w:strike w:val="0"/>
          <w:u w:val="single"/>
        </w:rPr>
        <w:t xml:space="preserve"> on the Democratic Party’s policy toward the Palestinian struggle for self-determination and freedom </w:t>
      </w:r>
      <w:r>
        <w:rPr>
          <w:b w:val="0"/>
          <w:i w:val="0"/>
          <w:smallCaps w:val="0"/>
          <w:strike w:val="0"/>
          <w:highlight w:val="cyan"/>
          <w:u w:val="single"/>
        </w:rPr>
        <w:t>is paramount</w:t>
      </w:r>
      <w:r>
        <w:rPr>
          <w:b w:val="0"/>
          <w:i w:val="0"/>
          <w:smallCaps w:val="0"/>
          <w:strike w:val="0"/>
          <w:sz w:val="16"/>
          <w:u w:val="single"/>
        </w:rPr>
        <w:t>.</w:t>
      </w:r>
      <w:r>
        <w:rPr>
          <w:b w:val="0"/>
          <w:i w:val="0"/>
          <w:smallCaps w:val="0"/>
          <w:strike w:val="0"/>
          <w:sz w:val="16"/>
          <w:u w:val="none"/>
        </w:rPr>
        <w:t xml:space="preserve"> It is clear what anyone who cares about this issue must demand right now: that Harris tells the American public and the world that Israel can no longer occupy Palestinian land and impose apartheid on millions while enjoying US support and protection from accountability. But we must be equally clear that Harris will not do any of these things without sustained, relentless political pressure from the movement for Palestine.</w:t>
      </w:r>
    </w:p>
    <w:p>
      <w:pPr>
        <w:spacing w:after="60"/>
      </w:pPr>
      <w:r>
        <w:rPr>
          <w:b w:val="0"/>
          <w:i w:val="0"/>
          <w:smallCaps w:val="0"/>
          <w:strike w:val="0"/>
          <w:u w:val="none"/>
        </w:rPr>
        <w:t xml:space="preserve">The last </w:t>
      </w:r>
      <w:r>
        <w:rPr>
          <w:b w:val="0"/>
          <w:i w:val="0"/>
          <w:smallCaps w:val="0"/>
          <w:strike w:val="0"/>
          <w:highlight w:val="cyan"/>
          <w:u w:val="single"/>
        </w:rPr>
        <w:t>10 months of destruction</w:t>
      </w:r>
      <w:r>
        <w:rPr>
          <w:b w:val="0"/>
          <w:i w:val="0"/>
          <w:smallCaps w:val="0"/>
          <w:strike w:val="0"/>
          <w:u w:val="single"/>
        </w:rPr>
        <w:t xml:space="preserve"> and carnage, in which the Israelis have </w:t>
      </w:r>
      <w:r>
        <w:rPr>
          <w:b w:val="0"/>
          <w:i w:val="0"/>
          <w:smallCaps w:val="0"/>
          <w:strike w:val="0"/>
          <w:highlight w:val="cyan"/>
          <w:u w:val="single"/>
        </w:rPr>
        <w:t>killed</w:t>
      </w:r>
      <w:r>
        <w:rPr>
          <w:b w:val="0"/>
          <w:i w:val="0"/>
          <w:smallCaps w:val="0"/>
          <w:strike w:val="0"/>
          <w:u w:val="single"/>
        </w:rPr>
        <w:t xml:space="preserve"> more than </w:t>
      </w:r>
      <w:r>
        <w:rPr>
          <w:b w:val="0"/>
          <w:i w:val="0"/>
          <w:smallCaps w:val="0"/>
          <w:strike w:val="0"/>
          <w:highlight w:val="cyan"/>
          <w:u w:val="single"/>
        </w:rPr>
        <w:t>40,000</w:t>
      </w:r>
      <w:r>
        <w:rPr>
          <w:b w:val="0"/>
          <w:i w:val="0"/>
          <w:smallCaps w:val="0"/>
          <w:strike w:val="0"/>
          <w:u w:val="single"/>
        </w:rPr>
        <w:t xml:space="preserve"> civilians and </w:t>
      </w:r>
      <w:r>
        <w:rPr>
          <w:b w:val="0"/>
          <w:i w:val="0"/>
          <w:smallCaps w:val="0"/>
          <w:strike w:val="0"/>
          <w:highlight w:val="cyan"/>
          <w:u w:val="single"/>
        </w:rPr>
        <w:t>displaced 2 million</w:t>
      </w:r>
      <w:r>
        <w:rPr>
          <w:b w:val="0"/>
          <w:i w:val="0"/>
          <w:smallCaps w:val="0"/>
          <w:strike w:val="0"/>
          <w:u w:val="single"/>
        </w:rPr>
        <w:t xml:space="preserve"> more, have been a </w:t>
      </w:r>
      <w:r>
        <w:rPr>
          <w:b w:val="0"/>
          <w:i w:val="0"/>
          <w:smallCaps w:val="0"/>
          <w:strike w:val="0"/>
          <w:highlight w:val="cyan"/>
          <w:u w:val="single"/>
        </w:rPr>
        <w:t>humanitarian catastrophe</w:t>
      </w:r>
      <w:r>
        <w:rPr>
          <w:b w:val="0"/>
          <w:i w:val="0"/>
          <w:smallCaps w:val="0"/>
          <w:strike w:val="0"/>
          <w:u w:val="single"/>
        </w:rPr>
        <w:t xml:space="preserve">. They have also been </w:t>
      </w:r>
      <w:r>
        <w:rPr>
          <w:b w:val="0"/>
          <w:i w:val="0"/>
          <w:smallCaps w:val="0"/>
          <w:strike w:val="0"/>
          <w:highlight w:val="cyan"/>
          <w:u w:val="single"/>
        </w:rPr>
        <w:t>a</w:t>
      </w:r>
      <w:r>
        <w:rPr>
          <w:b w:val="0"/>
          <w:i w:val="0"/>
          <w:smallCaps w:val="0"/>
          <w:strike w:val="0"/>
          <w:u w:val="single"/>
        </w:rPr>
        <w:t xml:space="preserve"> </w:t>
      </w:r>
      <w:r>
        <w:rPr>
          <w:b w:val="0"/>
          <w:i w:val="0"/>
          <w:smallCaps w:val="0"/>
          <w:strike w:val="0"/>
          <w:highlight w:val="cyan"/>
          <w:u w:val="single"/>
        </w:rPr>
        <w:t>political disaster for</w:t>
      </w:r>
      <w:r>
        <w:rPr>
          <w:b w:val="0"/>
          <w:i w:val="0"/>
          <w:smallCaps w:val="0"/>
          <w:strike w:val="0"/>
          <w:u w:val="single"/>
        </w:rPr>
        <w:t xml:space="preserve"> the </w:t>
      </w:r>
      <w:r>
        <w:rPr>
          <w:b w:val="0"/>
          <w:i w:val="0"/>
          <w:smallCaps w:val="0"/>
          <w:strike w:val="0"/>
          <w:highlight w:val="cyan"/>
          <w:u w:val="single"/>
        </w:rPr>
        <w:t>Democrats.</w:t>
      </w:r>
      <w:r>
        <w:rPr>
          <w:b w:val="0"/>
          <w:i w:val="0"/>
          <w:smallCaps w:val="0"/>
          <w:strike w:val="0"/>
          <w:u w:val="single"/>
        </w:rPr>
        <w:t xml:space="preserve"> Poll after poll shows that the </w:t>
      </w:r>
      <w:r>
        <w:rPr>
          <w:b w:val="0"/>
          <w:i w:val="0"/>
          <w:smallCaps w:val="0"/>
          <w:strike w:val="0"/>
          <w:highlight w:val="cyan"/>
          <w:u w:val="single"/>
        </w:rPr>
        <w:t>demand for</w:t>
      </w:r>
      <w:r>
        <w:rPr>
          <w:b w:val="0"/>
          <w:i w:val="0"/>
          <w:smallCaps w:val="0"/>
          <w:strike w:val="0"/>
          <w:u w:val="single"/>
        </w:rPr>
        <w:t xml:space="preserve"> a </w:t>
      </w:r>
      <w:r>
        <w:rPr>
          <w:b w:val="0"/>
          <w:i w:val="0"/>
          <w:smallCaps w:val="0"/>
          <w:strike w:val="0"/>
          <w:highlight w:val="cyan"/>
          <w:u w:val="single"/>
        </w:rPr>
        <w:t>ceasefire is mainstream</w:t>
      </w:r>
      <w:r>
        <w:rPr>
          <w:b w:val="0"/>
          <w:i w:val="0"/>
          <w:smallCaps w:val="0"/>
          <w:strike w:val="0"/>
          <w:u w:val="single"/>
        </w:rPr>
        <w:t xml:space="preserve">, with </w:t>
      </w:r>
      <w:r>
        <w:rPr>
          <w:b w:val="0"/>
          <w:i w:val="0"/>
          <w:smallCaps w:val="0"/>
          <w:strike w:val="0"/>
          <w:highlight w:val="cyan"/>
          <w:u w:val="single"/>
        </w:rPr>
        <w:t xml:space="preserve">voters </w:t>
      </w:r>
      <w:r>
        <w:rPr>
          <w:b w:val="0"/>
          <w:i w:val="0"/>
          <w:smallCaps w:val="0"/>
          <w:strike w:val="0"/>
          <w:highlight w:val="cyan"/>
          <w:u w:val="single"/>
        </w:rPr>
        <w:t xml:space="preserve"> to cast</w:t>
      </w:r>
      <w:r>
        <w:rPr>
          <w:b w:val="0"/>
          <w:i w:val="0"/>
          <w:smallCaps w:val="0"/>
          <w:strike w:val="0"/>
          <w:u w:val="single"/>
        </w:rPr>
        <w:t xml:space="preserve"> a </w:t>
      </w:r>
      <w:r>
        <w:rPr>
          <w:b w:val="0"/>
          <w:i w:val="0"/>
          <w:smallCaps w:val="0"/>
          <w:strike w:val="0"/>
          <w:highlight w:val="cyan"/>
          <w:u w:val="single"/>
        </w:rPr>
        <w:t>ballot for</w:t>
      </w:r>
      <w:r>
        <w:rPr>
          <w:b w:val="0"/>
          <w:i w:val="0"/>
          <w:smallCaps w:val="0"/>
          <w:strike w:val="0"/>
          <w:u w:val="single"/>
        </w:rPr>
        <w:t xml:space="preserve"> a Democrat who expresses </w:t>
      </w:r>
      <w:r>
        <w:rPr>
          <w:b w:val="0"/>
          <w:i w:val="0"/>
          <w:smallCaps w:val="0"/>
          <w:strike w:val="0"/>
          <w:highlight w:val="cyan"/>
          <w:u w:val="single"/>
        </w:rPr>
        <w:t>clear support</w:t>
      </w:r>
      <w:r>
        <w:rPr>
          <w:b w:val="0"/>
          <w:i w:val="0"/>
          <w:smallCaps w:val="0"/>
          <w:strike w:val="0"/>
          <w:u w:val="single"/>
        </w:rPr>
        <w:t xml:space="preserve"> for one </w:t>
      </w:r>
      <w:r>
        <w:rPr>
          <w:b w:val="0"/>
          <w:i w:val="0"/>
          <w:smallCaps w:val="0"/>
          <w:strike w:val="0"/>
          <w:highlight w:val="cyan"/>
          <w:u w:val="single"/>
        </w:rPr>
        <w:t>than</w:t>
      </w:r>
      <w:r>
        <w:rPr>
          <w:b w:val="0"/>
          <w:i w:val="0"/>
          <w:smallCaps w:val="0"/>
          <w:strike w:val="0"/>
          <w:u w:val="single"/>
        </w:rPr>
        <w:t xml:space="preserve"> a Democrat </w:t>
      </w:r>
      <w:r>
        <w:rPr>
          <w:b w:val="0"/>
          <w:i w:val="0"/>
          <w:smallCaps w:val="0"/>
          <w:strike w:val="0"/>
          <w:highlight w:val="cyan"/>
          <w:u w:val="single"/>
        </w:rPr>
        <w:t>who mirrors</w:t>
      </w:r>
      <w:r>
        <w:rPr>
          <w:b w:val="0"/>
          <w:i w:val="0"/>
          <w:smallCaps w:val="0"/>
          <w:strike w:val="0"/>
          <w:u w:val="single"/>
        </w:rPr>
        <w:t xml:space="preserve"> the </w:t>
      </w:r>
      <w:r>
        <w:rPr>
          <w:b w:val="0"/>
          <w:i w:val="0"/>
          <w:smallCaps w:val="0"/>
          <w:strike w:val="0"/>
          <w:highlight w:val="cyan"/>
          <w:u w:val="single"/>
        </w:rPr>
        <w:t>Republican</w:t>
      </w:r>
      <w:r>
        <w:rPr>
          <w:b w:val="0"/>
          <w:i w:val="0"/>
          <w:smallCaps w:val="0"/>
          <w:strike w:val="0"/>
          <w:u w:val="single"/>
        </w:rPr>
        <w:t xml:space="preserve"> on the issue. </w:t>
      </w:r>
      <w:r>
        <w:rPr>
          <w:b w:val="0"/>
          <w:i w:val="0"/>
          <w:smallCaps w:val="0"/>
          <w:strike w:val="0"/>
          <w:highlight w:val="cyan"/>
          <w:u w:val="single"/>
        </w:rPr>
        <w:t xml:space="preserve">More than </w:t>
      </w:r>
      <w:r>
        <w:rPr>
          <w:b w:val="0"/>
          <w:i w:val="0"/>
          <w:smallCaps w:val="0"/>
          <w:strike w:val="0"/>
          <w:u w:val="single"/>
        </w:rPr>
        <w:t xml:space="preserve"> </w:t>
      </w:r>
      <w:r>
        <w:rPr>
          <w:b w:val="0"/>
          <w:i w:val="0"/>
          <w:smallCaps w:val="0"/>
          <w:strike w:val="0"/>
          <w:highlight w:val="cyan"/>
          <w:u w:val="single"/>
        </w:rPr>
        <w:t>who expressed</w:t>
      </w:r>
      <w:r>
        <w:rPr>
          <w:b w:val="0"/>
          <w:i w:val="0"/>
          <w:smallCaps w:val="0"/>
          <w:strike w:val="0"/>
          <w:u w:val="single"/>
        </w:rPr>
        <w:t xml:space="preserve"> </w:t>
      </w:r>
      <w:r>
        <w:rPr>
          <w:b w:val="0"/>
          <w:i w:val="0"/>
          <w:smallCaps w:val="0"/>
          <w:strike w:val="0"/>
          <w:highlight w:val="cyan"/>
          <w:u w:val="single"/>
        </w:rPr>
        <w:t>support</w:t>
      </w:r>
      <w:r>
        <w:rPr>
          <w:b w:val="0"/>
          <w:i w:val="0"/>
          <w:smallCaps w:val="0"/>
          <w:strike w:val="0"/>
          <w:u w:val="single"/>
        </w:rPr>
        <w:t xml:space="preserve"> for the </w:t>
      </w:r>
      <w:r>
        <w:rPr>
          <w:b w:val="0"/>
          <w:i w:val="0"/>
          <w:smallCaps w:val="0"/>
          <w:strike w:val="0"/>
          <w:highlight w:val="cyan"/>
          <w:u w:val="single"/>
        </w:rPr>
        <w:t>Biden-Harris</w:t>
      </w:r>
      <w:r>
        <w:rPr>
          <w:b w:val="0"/>
          <w:i w:val="0"/>
          <w:smallCaps w:val="0"/>
          <w:strike w:val="0"/>
          <w:u w:val="single"/>
        </w:rPr>
        <w:t xml:space="preserve"> ticket </w:t>
      </w:r>
      <w:r>
        <w:rPr>
          <w:b w:val="0"/>
          <w:i w:val="0"/>
          <w:smallCaps w:val="0"/>
          <w:strike w:val="0"/>
          <w:highlight w:val="cyan"/>
          <w:u w:val="single"/>
        </w:rPr>
        <w:t>say</w:t>
      </w:r>
      <w:r>
        <w:rPr>
          <w:b w:val="0"/>
          <w:i w:val="0"/>
          <w:smallCaps w:val="0"/>
          <w:strike w:val="0"/>
          <w:u w:val="single"/>
        </w:rPr>
        <w:t xml:space="preserve"> that </w:t>
      </w:r>
      <w:r>
        <w:rPr>
          <w:b w:val="0"/>
          <w:i w:val="0"/>
          <w:smallCaps w:val="0"/>
          <w:strike w:val="0"/>
          <w:highlight w:val="cyan"/>
          <w:u w:val="single"/>
        </w:rPr>
        <w:t>military assistance</w:t>
      </w:r>
      <w:r>
        <w:rPr>
          <w:b w:val="0"/>
          <w:i w:val="0"/>
          <w:smallCaps w:val="0"/>
          <w:strike w:val="0"/>
          <w:u w:val="single"/>
        </w:rPr>
        <w:t xml:space="preserve"> to Israel s</w:t>
      </w:r>
      <w:r>
        <w:rPr>
          <w:b w:val="0"/>
          <w:i w:val="0"/>
          <w:smallCaps w:val="0"/>
          <w:strike w:val="0"/>
          <w:highlight w:val="cyan"/>
          <w:u w:val="single"/>
        </w:rPr>
        <w:t>hould be decreased</w:t>
      </w:r>
      <w:r>
        <w:rPr>
          <w:b w:val="0"/>
          <w:i w:val="0"/>
          <w:smallCaps w:val="0"/>
          <w:strike w:val="0"/>
          <w:u w:val="single"/>
        </w:rPr>
        <w:t>.</w:t>
      </w:r>
      <w:r>
        <w:rPr>
          <w:b w:val="0"/>
          <w:i w:val="0"/>
          <w:smallCaps w:val="0"/>
          <w:strike w:val="0"/>
          <w:u w:val="none"/>
        </w:rPr>
        <w:t xml:space="preserve"> The </w:t>
      </w:r>
      <w:r>
        <w:rPr>
          <w:b w:val="0"/>
          <w:i w:val="0"/>
          <w:smallCaps w:val="0"/>
          <w:strike w:val="0"/>
          <w:highlight w:val="cyan"/>
          <w:u w:val="single"/>
        </w:rPr>
        <w:t>campaign for</w:t>
      </w:r>
      <w:r>
        <w:rPr>
          <w:b w:val="0"/>
          <w:i w:val="0"/>
          <w:smallCaps w:val="0"/>
          <w:strike w:val="0"/>
          <w:u w:val="single"/>
        </w:rPr>
        <w:t xml:space="preserve"> the “</w:t>
      </w:r>
      <w:r>
        <w:rPr>
          <w:b w:val="0"/>
          <w:i w:val="0"/>
          <w:smallCaps w:val="0"/>
          <w:strike w:val="0"/>
          <w:highlight w:val="cyan"/>
          <w:u w:val="single"/>
        </w:rPr>
        <w:t>” ballot</w:t>
      </w:r>
      <w:r>
        <w:rPr>
          <w:b w:val="0"/>
          <w:i w:val="0"/>
          <w:smallCaps w:val="0"/>
          <w:strike w:val="0"/>
          <w:u w:val="single"/>
        </w:rPr>
        <w:t xml:space="preserve"> option in states like Michigan, New Jersey, Minnesota, Rhode Island, and Washington </w:t>
      </w:r>
      <w:r>
        <w:rPr>
          <w:b w:val="0"/>
          <w:i w:val="0"/>
          <w:smallCaps w:val="0"/>
          <w:strike w:val="0"/>
          <w:highlight w:val="cyan"/>
          <w:u w:val="single"/>
        </w:rPr>
        <w:t>enable</w:t>
      </w:r>
      <w:r>
        <w:rPr>
          <w:b w:val="0"/>
          <w:i w:val="0"/>
          <w:smallCaps w:val="0"/>
          <w:strike w:val="0"/>
          <w:u w:val="single"/>
        </w:rPr>
        <w:t xml:space="preserve">d </w:t>
      </w:r>
      <w:r>
        <w:rPr>
          <w:b w:val="0"/>
          <w:i w:val="0"/>
          <w:smallCaps w:val="0"/>
          <w:strike w:val="0"/>
          <w:highlight w:val="cyan"/>
          <w:u w:val="single"/>
        </w:rPr>
        <w:t>Democratic voters</w:t>
      </w:r>
      <w:r>
        <w:rPr>
          <w:b w:val="0"/>
          <w:i w:val="0"/>
          <w:smallCaps w:val="0"/>
          <w:strike w:val="0"/>
          <w:u w:val="single"/>
        </w:rPr>
        <w:t xml:space="preserve"> in the hundreds of thousands, alongside professional organizers and activists, </w:t>
      </w:r>
      <w:r>
        <w:rPr>
          <w:b w:val="0"/>
          <w:i w:val="0"/>
          <w:smallCaps w:val="0"/>
          <w:strike w:val="0"/>
          <w:highlight w:val="cyan"/>
          <w:u w:val="single"/>
        </w:rPr>
        <w:t>to express opposition to Biden’s</w:t>
      </w:r>
      <w:r>
        <w:rPr>
          <w:b w:val="0"/>
          <w:i w:val="0"/>
          <w:smallCaps w:val="0"/>
          <w:strike w:val="0"/>
          <w:u w:val="single"/>
        </w:rPr>
        <w:t xml:space="preserve"> </w:t>
      </w:r>
      <w:r>
        <w:rPr>
          <w:b w:val="0"/>
          <w:i w:val="0"/>
          <w:smallCaps w:val="0"/>
          <w:strike w:val="0"/>
          <w:u w:val="single"/>
        </w:rPr>
        <w:t xml:space="preserve"> </w:t>
      </w:r>
      <w:r>
        <w:rPr>
          <w:b w:val="0"/>
          <w:i w:val="0"/>
          <w:smallCaps w:val="0"/>
          <w:strike w:val="0"/>
          <w:highlight w:val="cyan"/>
          <w:u w:val="single"/>
        </w:rPr>
        <w:t>support of Israel</w:t>
      </w:r>
      <w:r>
        <w:rPr>
          <w:b w:val="0"/>
          <w:i w:val="0"/>
          <w:smallCaps w:val="0"/>
          <w:strike w:val="0"/>
          <w:u w:val="single"/>
        </w:rPr>
        <w:t>’s occupation</w:t>
      </w:r>
      <w:r>
        <w:rPr>
          <w:b w:val="0"/>
          <w:i w:val="0"/>
          <w:smallCaps w:val="0"/>
          <w:strike w:val="0"/>
          <w:u w:val="none"/>
        </w:rPr>
        <w:t xml:space="preserve"> </w:t>
      </w:r>
      <w:r>
        <w:rPr>
          <w:b w:val="0"/>
          <w:i w:val="0"/>
          <w:smallCaps w:val="0"/>
          <w:strike w:val="0"/>
          <w:sz w:val="16"/>
          <w:u w:val="none"/>
        </w:rPr>
        <w:t>and apartheid system.</w:t>
      </w:r>
    </w:p>
    <w:p>
      <w:pPr>
        <w:spacing w:after="60"/>
      </w:pPr>
      <w:r>
        <w:rPr>
          <w:b w:val="0"/>
          <w:i w:val="0"/>
          <w:smallCaps w:val="0"/>
          <w:strike w:val="0"/>
          <w:u w:val="none"/>
        </w:rPr>
        <w:t xml:space="preserve">The </w:t>
      </w:r>
      <w:r>
        <w:rPr>
          <w:b w:val="0"/>
          <w:i w:val="0"/>
          <w:smallCaps w:val="0"/>
          <w:strike w:val="0"/>
          <w:highlight w:val="cyan"/>
          <w:u w:val="single"/>
        </w:rPr>
        <w:t>Biden admin</w:t>
      </w:r>
      <w:r>
        <w:rPr>
          <w:b w:val="0"/>
          <w:i w:val="0"/>
          <w:smallCaps w:val="0"/>
          <w:strike w:val="0"/>
          <w:u w:val="single"/>
        </w:rPr>
        <w:t xml:space="preserve">istration’s </w:t>
      </w:r>
      <w:r>
        <w:rPr>
          <w:b w:val="0"/>
          <w:i w:val="0"/>
          <w:smallCaps w:val="0"/>
          <w:strike w:val="0"/>
          <w:highlight w:val="cyan"/>
          <w:u w:val="single"/>
        </w:rPr>
        <w:t>approach to Palestine</w:t>
      </w:r>
      <w:r>
        <w:rPr>
          <w:b w:val="0"/>
          <w:i w:val="0"/>
          <w:smallCaps w:val="0"/>
          <w:strike w:val="0"/>
          <w:u w:val="single"/>
        </w:rPr>
        <w:t xml:space="preserve">, from his first day in office to the beginning of this war, has sadly </w:t>
      </w:r>
      <w:r>
        <w:rPr>
          <w:b w:val="0"/>
          <w:i w:val="0"/>
          <w:smallCaps w:val="0"/>
          <w:strike w:val="0"/>
          <w:highlight w:val="cyan"/>
          <w:u w:val="single"/>
        </w:rPr>
        <w:t>been</w:t>
      </w:r>
      <w:r>
        <w:rPr>
          <w:b w:val="0"/>
          <w:i w:val="0"/>
          <w:smallCaps w:val="0"/>
          <w:strike w:val="0"/>
          <w:u w:val="single"/>
        </w:rPr>
        <w:t xml:space="preserve"> quite </w:t>
      </w:r>
      <w:r>
        <w:rPr>
          <w:b w:val="0"/>
          <w:i w:val="0"/>
          <w:smallCaps w:val="0"/>
          <w:strike w:val="0"/>
          <w:highlight w:val="cyan"/>
          <w:u w:val="single"/>
        </w:rPr>
        <w:t>similar to</w:t>
      </w:r>
      <w:r>
        <w:rPr>
          <w:b w:val="0"/>
          <w:i w:val="0"/>
          <w:smallCaps w:val="0"/>
          <w:strike w:val="0"/>
          <w:u w:val="single"/>
        </w:rPr>
        <w:t xml:space="preserve"> that of </w:t>
      </w:r>
      <w:r>
        <w:rPr>
          <w:b w:val="0"/>
          <w:i w:val="0"/>
          <w:smallCaps w:val="0"/>
          <w:strike w:val="0"/>
          <w:highlight w:val="cyan"/>
          <w:u w:val="single"/>
        </w:rPr>
        <w:t>Trump</w:t>
      </w:r>
      <w:r>
        <w:rPr>
          <w:b w:val="0"/>
          <w:i w:val="0"/>
          <w:smallCaps w:val="0"/>
          <w:strike w:val="0"/>
          <w:u w:val="single"/>
        </w:rPr>
        <w:t>’s.</w:t>
      </w:r>
      <w:r>
        <w:rPr>
          <w:b w:val="0"/>
          <w:i w:val="0"/>
          <w:smallCaps w:val="0"/>
          <w:strike w:val="0"/>
          <w:u w:val="none"/>
        </w:rPr>
        <w:t xml:space="preserve"> </w:t>
      </w:r>
      <w:r>
        <w:rPr>
          <w:b w:val="0"/>
          <w:i w:val="0"/>
          <w:smallCaps w:val="0"/>
          <w:strike w:val="0"/>
          <w:sz w:val="16"/>
          <w:u w:val="none"/>
        </w:rPr>
        <w:t>Taken in by the ridiculous belief that the Palestinians and their national aspirations could be indefinitely brushed to the side, Biden chose to affirm the bad logic of Trump’s Abraham Accords and pursued a normalization deal between Israel and Saudi Arabia</w:t>
      </w:r>
      <w:r>
        <w:rPr>
          <w:b w:val="0"/>
          <w:i w:val="0"/>
          <w:smallCaps w:val="0"/>
          <w:strike w:val="0"/>
          <w:u w:val="single"/>
        </w:rPr>
        <w:t xml:space="preserve">. </w:t>
      </w:r>
      <w:r>
        <w:rPr>
          <w:b w:val="0"/>
          <w:i w:val="0"/>
          <w:smallCaps w:val="0"/>
          <w:strike w:val="0"/>
          <w:highlight w:val="cyan"/>
          <w:u w:val="single"/>
        </w:rPr>
        <w:t>Instead of restoring</w:t>
      </w:r>
      <w:r>
        <w:rPr>
          <w:b w:val="0"/>
          <w:i w:val="0"/>
          <w:smallCaps w:val="0"/>
          <w:strike w:val="0"/>
          <w:u w:val="single"/>
        </w:rPr>
        <w:t xml:space="preserve"> policy that adhered to </w:t>
      </w:r>
      <w:r>
        <w:rPr>
          <w:b w:val="0"/>
          <w:i w:val="0"/>
          <w:smallCaps w:val="0"/>
          <w:strike w:val="0"/>
          <w:highlight w:val="cyan"/>
          <w:u w:val="single"/>
        </w:rPr>
        <w:t>international standards</w:t>
      </w:r>
      <w:r>
        <w:rPr>
          <w:b w:val="0"/>
          <w:i w:val="0"/>
          <w:smallCaps w:val="0"/>
          <w:strike w:val="0"/>
          <w:u w:val="single"/>
        </w:rPr>
        <w:t xml:space="preserve">, Biden instead </w:t>
      </w:r>
      <w:r>
        <w:rPr>
          <w:b w:val="0"/>
          <w:i w:val="0"/>
          <w:smallCaps w:val="0"/>
          <w:strike w:val="0"/>
          <w:highlight w:val="cyan"/>
          <w:u w:val="single"/>
        </w:rPr>
        <w:t>backed</w:t>
      </w:r>
      <w:r>
        <w:rPr>
          <w:b w:val="0"/>
          <w:i w:val="0"/>
          <w:smallCaps w:val="0"/>
          <w:strike w:val="0"/>
          <w:u w:val="single"/>
        </w:rPr>
        <w:t xml:space="preserve"> Trump’s </w:t>
      </w:r>
      <w:r>
        <w:rPr>
          <w:b w:val="0"/>
          <w:i w:val="0"/>
          <w:smallCaps w:val="0"/>
          <w:strike w:val="0"/>
          <w:highlight w:val="cyan"/>
          <w:u w:val="single"/>
        </w:rPr>
        <w:t>decision to recognize all</w:t>
      </w:r>
      <w:r>
        <w:rPr>
          <w:b w:val="0"/>
          <w:i w:val="0"/>
          <w:smallCaps w:val="0"/>
          <w:strike w:val="0"/>
          <w:u w:val="single"/>
        </w:rPr>
        <w:t xml:space="preserve"> of </w:t>
      </w:r>
      <w:r>
        <w:rPr>
          <w:b w:val="0"/>
          <w:i w:val="0"/>
          <w:smallCaps w:val="0"/>
          <w:strike w:val="0"/>
          <w:highlight w:val="cyan"/>
          <w:u w:val="single"/>
        </w:rPr>
        <w:t>Jerusalem and</w:t>
      </w:r>
      <w:r>
        <w:rPr>
          <w:b w:val="0"/>
          <w:i w:val="0"/>
          <w:smallCaps w:val="0"/>
          <w:strike w:val="0"/>
          <w:u w:val="single"/>
        </w:rPr>
        <w:t xml:space="preserve"> the </w:t>
      </w:r>
      <w:r>
        <w:rPr>
          <w:b w:val="0"/>
          <w:i w:val="0"/>
          <w:smallCaps w:val="0"/>
          <w:strike w:val="0"/>
          <w:highlight w:val="cyan"/>
          <w:u w:val="single"/>
        </w:rPr>
        <w:t>Golan Heights</w:t>
      </w:r>
      <w:r>
        <w:rPr>
          <w:b w:val="0"/>
          <w:i w:val="0"/>
          <w:smallCaps w:val="0"/>
          <w:strike w:val="0"/>
          <w:u w:val="single"/>
        </w:rPr>
        <w:t xml:space="preserve"> </w:t>
      </w:r>
      <w:r>
        <w:rPr>
          <w:b w:val="0"/>
          <w:i w:val="0"/>
          <w:smallCaps w:val="0"/>
          <w:strike w:val="0"/>
          <w:highlight w:val="cyan"/>
          <w:u w:val="single"/>
        </w:rPr>
        <w:t>as Israeli territory</w:t>
      </w:r>
      <w:r>
        <w:rPr>
          <w:b w:val="0"/>
          <w:i w:val="0"/>
          <w:smallCaps w:val="0"/>
          <w:strike w:val="0"/>
          <w:u w:val="none"/>
        </w:rPr>
        <w:t xml:space="preserve">. As of this writing, </w:t>
      </w:r>
      <w:r>
        <w:rPr>
          <w:b w:val="0"/>
          <w:i w:val="0"/>
          <w:smallCaps w:val="0"/>
          <w:strike w:val="0"/>
          <w:u w:val="single"/>
        </w:rPr>
        <w:t xml:space="preserve">Biden still has </w:t>
      </w:r>
      <w:r>
        <w:rPr>
          <w:b w:val="0"/>
          <w:i w:val="0"/>
          <w:smallCaps w:val="0"/>
          <w:strike w:val="0"/>
          <w:u w:val="single"/>
        </w:rPr>
        <w:t xml:space="preserve"> the Trump administration’s policy of labeling products from Israeli settlements in the occupied West Bank as “made in Israel.” While the State Department routinely offered rhetorical support for a two-state solution, the president has </w:t>
      </w:r>
      <w:r>
        <w:rPr>
          <w:b w:val="0"/>
          <w:i w:val="0"/>
          <w:smallCaps w:val="0"/>
          <w:strike w:val="0"/>
          <w:highlight w:val="cyan"/>
          <w:u w:val="single"/>
        </w:rPr>
        <w:t>used</w:t>
      </w:r>
      <w:r>
        <w:rPr>
          <w:b w:val="0"/>
          <w:i w:val="0"/>
          <w:smallCaps w:val="0"/>
          <w:strike w:val="0"/>
          <w:u w:val="single"/>
        </w:rPr>
        <w:t xml:space="preserve"> </w:t>
      </w:r>
      <w:r>
        <w:rPr>
          <w:b w:val="0"/>
          <w:i w:val="0"/>
          <w:smallCaps w:val="0"/>
          <w:strike w:val="0"/>
          <w:highlight w:val="cyan"/>
          <w:u w:val="single"/>
        </w:rPr>
        <w:t>his veto power</w:t>
      </w:r>
      <w:r>
        <w:rPr>
          <w:b w:val="0"/>
          <w:i w:val="0"/>
          <w:smallCaps w:val="0"/>
          <w:strike w:val="0"/>
          <w:u w:val="single"/>
        </w:rPr>
        <w:t xml:space="preserve"> at the UN </w:t>
      </w:r>
      <w:r>
        <w:rPr>
          <w:b w:val="0"/>
          <w:i w:val="0"/>
          <w:smallCaps w:val="0"/>
          <w:strike w:val="0"/>
          <w:highlight w:val="cyan"/>
          <w:u w:val="single"/>
        </w:rPr>
        <w:t xml:space="preserve">to </w:t>
      </w:r>
      <w:r>
        <w:rPr>
          <w:b w:val="0"/>
          <w:i w:val="0"/>
          <w:smallCaps w:val="0"/>
          <w:strike w:val="0"/>
          <w:highlight w:val="cyan"/>
          <w:u w:val="single"/>
        </w:rPr>
        <w:t xml:space="preserve"> Palestinian bids</w:t>
      </w:r>
      <w:r>
        <w:rPr>
          <w:b w:val="0"/>
          <w:i w:val="0"/>
          <w:smallCaps w:val="0"/>
          <w:strike w:val="0"/>
          <w:u w:val="single"/>
        </w:rPr>
        <w:t xml:space="preserve"> for representation</w:t>
      </w:r>
      <w:r>
        <w:rPr>
          <w:b w:val="0"/>
          <w:i w:val="0"/>
          <w:smallCaps w:val="0"/>
          <w:strike w:val="0"/>
          <w:u w:val="none"/>
        </w:rPr>
        <w:t xml:space="preserve">. </w:t>
      </w:r>
      <w:r>
        <w:rPr>
          <w:b w:val="0"/>
          <w:i w:val="0"/>
          <w:smallCaps w:val="0"/>
          <w:strike w:val="0"/>
          <w:sz w:val="16"/>
          <w:u w:val="none"/>
        </w:rPr>
        <w:t xml:space="preserve">These are conservative positions that have been upheld by a Democratic president, and it is </w:t>
      </w:r>
      <w:r>
        <w:rPr>
          <w:b w:val="0"/>
          <w:i w:val="0"/>
          <w:smallCaps w:val="0"/>
          <w:strike w:val="0"/>
          <w:highlight w:val="cyan"/>
          <w:u w:val="single"/>
        </w:rPr>
        <w:t>imperative</w:t>
      </w:r>
      <w:r>
        <w:rPr>
          <w:b w:val="0"/>
          <w:i w:val="0"/>
          <w:smallCaps w:val="0"/>
          <w:strike w:val="0"/>
          <w:u w:val="single"/>
        </w:rPr>
        <w:t xml:space="preserve"> that </w:t>
      </w:r>
      <w:r>
        <w:rPr>
          <w:b w:val="0"/>
          <w:i w:val="0"/>
          <w:smallCaps w:val="0"/>
          <w:strike w:val="0"/>
          <w:highlight w:val="cyan"/>
          <w:u w:val="single"/>
        </w:rPr>
        <w:t>whoever succeeds Biden takes</w:t>
      </w:r>
      <w:r>
        <w:rPr>
          <w:b w:val="0"/>
          <w:i w:val="0"/>
          <w:smallCaps w:val="0"/>
          <w:strike w:val="0"/>
          <w:u w:val="single"/>
        </w:rPr>
        <w:t xml:space="preserve"> up </w:t>
      </w:r>
      <w:r>
        <w:rPr>
          <w:b w:val="0"/>
          <w:i w:val="0"/>
          <w:smallCaps w:val="0"/>
          <w:strike w:val="0"/>
          <w:highlight w:val="cyan"/>
          <w:u w:val="single"/>
        </w:rPr>
        <w:t>a different approach.</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