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Harris will cause a ceasefire from Israel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Wilkie and Rozelle 7/25</w:t>
      </w:r>
      <w:r>
        <w:rPr>
          <w:b w:val="0"/>
          <w:i w:val="0"/>
          <w:smallCaps w:val="0"/>
          <w:strike w:val="0"/>
          <w:u w:val="none"/>
        </w:rPr>
        <w:t xml:space="preserve"> Christina, Josephine, July 25, Christina Wilkie is the congressional reporter for CNBC in Washington, D.C., where she covers House and Senate legislation and the business of politics. In 2018, Christina won a National Edward R. Murrow Award as part of a team from the Center for Public Integrity, for devising a new way to make White House officials’ financial disclosure forms more accessible to the public. Josie Rozzelle is a CNBC digital rotational associate covering politics. CNBC “It is time for this war to end, Harris tells Netanyahu; I will not be silent on Palestinian suffering” </w:t>
      </w:r>
      <w:r>
        <w:rPr>
          <w:b w:val="0"/>
          <w:i w:val="0"/>
          <w:smallCaps w:val="0"/>
          <w:strike w:val="0"/>
          <w:u w:val="none"/>
        </w:rPr>
        <w:t xml:space="preserve"> ZMR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Vice President Kamala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Harris </w:t>
      </w:r>
      <w:r>
        <w:rPr>
          <w:b w:val="0"/>
          <w:i w:val="0"/>
          <w:smallCaps w:val="0"/>
          <w:strike w:val="0"/>
          <w:sz w:val="22"/>
          <w:u w:val="single"/>
        </w:rPr>
        <w:t>said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“Israel has a right to defend itself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... </w:t>
      </w:r>
      <w:r>
        <w:rPr>
          <w:b w:val="0"/>
          <w:i w:val="0"/>
          <w:smallCaps w:val="0"/>
          <w:strike w:val="0"/>
          <w:sz w:val="22"/>
          <w:u w:val="single"/>
        </w:rPr>
        <w:t>and how it does so matters</w:t>
      </w:r>
      <w:r>
        <w:rPr>
          <w:b w:val="0"/>
          <w:i w:val="0"/>
          <w:smallCaps w:val="0"/>
          <w:strike w:val="0"/>
          <w:sz w:val="16"/>
          <w:u w:val="none"/>
        </w:rPr>
        <w:t>.” Harris’ remarks followed a meeting she held with Israeli Prime Minister Benjamin Netanyahu in Washington Thursday.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“It is time for this war to end and end in a way where Israel is secure, all the hostages are released, the suffering of Palestinians in Gaza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ends and the Palestinian people can exercise their right to freedom, dignity and </w:t>
      </w:r>
      <w:r>
        <w:rPr>
          <w:b w:val="0"/>
          <w:i w:val="0"/>
          <w:smallCaps w:val="0"/>
          <w:strike w:val="0"/>
          <w:sz w:val="16"/>
          <w:u w:val="none"/>
        </w:rPr>
        <w:t>self determination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,” </w:t>
      </w:r>
      <w:r>
        <w:rPr>
          <w:b w:val="0"/>
          <w:i w:val="0"/>
          <w:smallCaps w:val="0"/>
          <w:strike w:val="0"/>
          <w:sz w:val="22"/>
          <w:u w:val="single"/>
        </w:rPr>
        <w:t>said Harris.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Since Harris launched her campaign on Sunday, the </w:t>
      </w:r>
      <w:r>
        <w:rPr>
          <w:b w:val="0"/>
          <w:i w:val="0"/>
          <w:smallCaps w:val="0"/>
          <w:strike w:val="0"/>
          <w:sz w:val="22"/>
          <w:u w:val="single"/>
        </w:rPr>
        <w:t>de facto Democratic presidential nominee has been under pressure to further define her position on the Israeli war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with Hamas in Gaza, now in its tenth month.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Harris said her </w:t>
      </w:r>
      <w:r>
        <w:rPr>
          <w:b w:val="0"/>
          <w:i w:val="0"/>
          <w:smallCaps w:val="0"/>
          <w:strike w:val="0"/>
          <w:sz w:val="22"/>
          <w:u w:val="single"/>
        </w:rPr>
        <w:t>conversation with Netanyahu was “frank</w:t>
      </w:r>
      <w:r>
        <w:rPr>
          <w:b w:val="0"/>
          <w:i w:val="0"/>
          <w:smallCaps w:val="0"/>
          <w:strike w:val="0"/>
          <w:sz w:val="16"/>
          <w:u w:val="none"/>
        </w:rPr>
        <w:t>,” and she p</w:t>
      </w:r>
      <w:r>
        <w:rPr>
          <w:b w:val="0"/>
          <w:i w:val="0"/>
          <w:smallCaps w:val="0"/>
          <w:strike w:val="0"/>
          <w:sz w:val="22"/>
          <w:u w:val="single"/>
        </w:rPr>
        <w:t>ressed him to continue making headway on a multi-stage plan to scale back the warfare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densely populated Gaza, to release hostages and to permit Palestinians in Gaza to resume their daily lives.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“</w:t>
      </w:r>
      <w:r>
        <w:rPr>
          <w:b w:val="0"/>
          <w:i w:val="0"/>
          <w:smallCaps w:val="0"/>
          <w:strike w:val="0"/>
          <w:sz w:val="22"/>
          <w:u w:val="single"/>
        </w:rPr>
        <w:t>There has been hopeful movement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the talks to secure an agreement on this deal,” </w:t>
      </w:r>
      <w:r>
        <w:rPr>
          <w:b w:val="0"/>
          <w:i w:val="0"/>
          <w:smallCaps w:val="0"/>
          <w:strike w:val="0"/>
          <w:sz w:val="22"/>
          <w:u w:val="single"/>
        </w:rPr>
        <w:t>she said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“And as I just told Prime Minister Netanyahu, </w:t>
      </w:r>
      <w:r>
        <w:rPr>
          <w:b w:val="0"/>
          <w:i w:val="0"/>
          <w:smallCaps w:val="0"/>
          <w:strike w:val="0"/>
          <w:sz w:val="22"/>
          <w:u w:val="single"/>
        </w:rPr>
        <w:t>it is time to get this deal done</w:t>
      </w:r>
      <w:r>
        <w:rPr>
          <w:b w:val="0"/>
          <w:i w:val="0"/>
          <w:smallCaps w:val="0"/>
          <w:strike w:val="0"/>
          <w:sz w:val="16"/>
          <w:u w:val="none"/>
        </w:rPr>
        <w:t>.”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“</w:t>
      </w:r>
      <w:r>
        <w:rPr>
          <w:b w:val="0"/>
          <w:i w:val="0"/>
          <w:smallCaps w:val="0"/>
          <w:strike w:val="0"/>
          <w:sz w:val="16"/>
          <w:u w:val="none"/>
        </w:rPr>
        <w:t>So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to </w:t>
      </w:r>
      <w:r>
        <w:rPr>
          <w:b w:val="0"/>
          <w:i w:val="0"/>
          <w:smallCaps w:val="0"/>
          <w:strike w:val="0"/>
          <w:sz w:val="22"/>
          <w:u w:val="single"/>
        </w:rPr>
        <w:t>everyone who has been calling for a ceasefire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And to everyone who yearns for peace. I </w:t>
      </w:r>
      <w:r>
        <w:rPr>
          <w:b w:val="0"/>
          <w:i w:val="0"/>
          <w:smallCaps w:val="0"/>
          <w:strike w:val="0"/>
          <w:sz w:val="22"/>
          <w:u w:val="single"/>
        </w:rPr>
        <w:t>see you and I hear you</w:t>
      </w:r>
      <w:r>
        <w:rPr>
          <w:b w:val="0"/>
          <w:i w:val="0"/>
          <w:smallCaps w:val="0"/>
          <w:strike w:val="0"/>
          <w:sz w:val="16"/>
          <w:u w:val="none"/>
        </w:rPr>
        <w:t>....Let’s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bring the hostages home. And let’s provide much needed relief to the Palestinian people.”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White House later said that </w:t>
      </w:r>
      <w:r>
        <w:rPr>
          <w:b w:val="0"/>
          <w:i w:val="0"/>
          <w:smallCaps w:val="0"/>
          <w:strike w:val="0"/>
          <w:sz w:val="22"/>
          <w:u w:val="single"/>
        </w:rPr>
        <w:t>Harris and Netanyahu also discussed the administration’s “work to ensure Israel can defend itself from threats from Iran and Iranian-backed terrorist groups</w:t>
      </w:r>
      <w:r>
        <w:rPr>
          <w:b w:val="0"/>
          <w:i w:val="0"/>
          <w:smallCaps w:val="0"/>
          <w:strike w:val="0"/>
          <w:sz w:val="16"/>
          <w:u w:val="none"/>
        </w:rPr>
        <w:t>, including Hamas, Lebanese Hezbollah, and the Houthis, and the importance of combatting the rise in Antisemitism globally.”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The meeting came amid a polarizing visit to Washington by Netanyahu and the Israeli delegation.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While Netanyahu spoke to a joint session of Congress on Wednesday, thousands of pro-Palestinian protesters gathered outside the U.S. Capitol to protest his visit and America’s support for Israel. The protesters vandalized statues and burned American flags, replacing them with Palestinian flags.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“I condemn any individuals associating with the brutal terrorist organization Hamas, which has vowed to annihilate the State of Israel and kill Jews,” Harris said in a statement on the protests earlier Thursday. “Pro-Hamas graffiti and rhetoric is </w:t>
      </w:r>
      <w:r>
        <w:rPr>
          <w:b w:val="0"/>
          <w:i w:val="0"/>
          <w:smallCaps w:val="0"/>
          <w:strike w:val="0"/>
          <w:sz w:val="16"/>
          <w:u w:val="none"/>
        </w:rPr>
        <w:t>abhorrent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we must not tolerate it in our nation.”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“Let us all condemn terrorism and violence,” Harris said after meeting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with Netanyahu Thursday. “Let us all do what we can to prevent the suffering of innocent civilians. And </w:t>
      </w:r>
      <w:r>
        <w:rPr>
          <w:b w:val="0"/>
          <w:i w:val="0"/>
          <w:smallCaps w:val="0"/>
          <w:strike w:val="0"/>
          <w:sz w:val="22"/>
          <w:u w:val="single"/>
        </w:rPr>
        <w:t>let us condemn anti-Semitism, Islamophobia and hate of any kind.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let us work to unite our country.”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Biden and Netanyahu held a bilateral meeting in the Oval Office earlier in the day, after which the two heads of state met with the families of American hostages.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“We feel probably more optimistic than we have since the first round of releases in late November, early December, where a little over 100 of Israel’s hostages were released,” Jonathan Dekel-Chen, whose son Sagui is currently being held hostage in Gaza, said.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“We got </w:t>
      </w:r>
      <w:r>
        <w:rPr>
          <w:b w:val="0"/>
          <w:i w:val="0"/>
          <w:smallCaps w:val="0"/>
          <w:strike w:val="0"/>
          <w:sz w:val="22"/>
          <w:u w:val="single"/>
        </w:rPr>
        <w:t>absolute commitment from the Biden administration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from Prime Minister Netanyahu that </w:t>
      </w:r>
      <w:r>
        <w:rPr>
          <w:b w:val="0"/>
          <w:i w:val="0"/>
          <w:smallCaps w:val="0"/>
          <w:strike w:val="0"/>
          <w:sz w:val="22"/>
          <w:u w:val="single"/>
        </w:rPr>
        <w:t>they understand the urgency of this moment now, to waste no time</w:t>
      </w:r>
      <w:r>
        <w:rPr>
          <w:b w:val="0"/>
          <w:i w:val="0"/>
          <w:smallCaps w:val="0"/>
          <w:strike w:val="0"/>
          <w:sz w:val="16"/>
          <w:u w:val="none"/>
        </w:rPr>
        <w:t>, and to complete this deal as it currently stands.”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According to the Ministry of Health in Gaza, which is controlled by Hamas, the number of Palestinians reported killed since the Oct. 7 Hamas attack on Israel is more than 39,000. In addition to reported fatalities, roughly 90,000 Palestinians have been reported injured.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More than 1,100 people were killed in Hamas’ brutal surprise attack on Israel Oct. 7, 2023, triggering the Israeli military incursion.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“</w:t>
      </w:r>
      <w:r>
        <w:rPr>
          <w:b w:val="0"/>
          <w:i w:val="0"/>
          <w:smallCaps w:val="0"/>
          <w:strike w:val="0"/>
          <w:sz w:val="22"/>
          <w:u w:val="single"/>
        </w:rPr>
        <w:t>What has happened in Gaza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over the past nine months </w:t>
      </w:r>
      <w:r>
        <w:rPr>
          <w:b w:val="0"/>
          <w:i w:val="0"/>
          <w:smallCaps w:val="0"/>
          <w:strike w:val="0"/>
          <w:sz w:val="22"/>
          <w:u w:val="single"/>
        </w:rPr>
        <w:t>is devastating,” said Harris. “</w:t>
      </w:r>
      <w:r>
        <w:rPr>
          <w:b w:val="0"/>
          <w:i w:val="0"/>
          <w:smallCaps w:val="0"/>
          <w:strike w:val="0"/>
          <w:sz w:val="16"/>
          <w:u w:val="none"/>
        </w:rPr>
        <w:t xml:space="preserve">We cannot look away in the face of these tragedies. We cannot allow ourselves to become numb to the suffering. And </w:t>
      </w:r>
      <w:r>
        <w:rPr>
          <w:b w:val="0"/>
          <w:i w:val="0"/>
          <w:smallCaps w:val="0"/>
          <w:strike w:val="0"/>
          <w:sz w:val="22"/>
          <w:u w:val="single"/>
        </w:rPr>
        <w:t>I will not be silent</w:t>
      </w:r>
      <w:r>
        <w:rPr>
          <w:b w:val="0"/>
          <w:i w:val="0"/>
          <w:smallCaps w:val="0"/>
          <w:strike w:val="0"/>
          <w:sz w:val="16"/>
          <w:u w:val="none"/>
        </w:rPr>
        <w:t>.”</w:t>
      </w:r>
    </w:p>
    <w:p>
      <w:pPr>
        <w:pStyle w:val="Caption"/>
      </w:pPr>
      <w:r>
        <w:t>Source: Elections DA Harris Supplement - Michigan 2024 BDKLS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