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Middle East war is </w:t>
      </w:r>
      <w:r>
        <w:rPr>
          <w:b/>
          <w:i w:val="0"/>
          <w:smallCaps w:val="0"/>
          <w:strike w:val="0"/>
          <w:sz w:val="26"/>
          <w:u w:val="single"/>
        </w:rPr>
        <w:t>quick</w:t>
      </w:r>
      <w:r>
        <w:rPr>
          <w:b/>
          <w:i w:val="0"/>
          <w:smallCaps w:val="0"/>
          <w:strike w:val="0"/>
          <w:sz w:val="26"/>
          <w:u w:val="none"/>
        </w:rPr>
        <w:t xml:space="preserve"> and </w:t>
      </w:r>
      <w:r>
        <w:rPr>
          <w:b/>
          <w:i w:val="0"/>
          <w:smallCaps w:val="0"/>
          <w:strike w:val="0"/>
          <w:sz w:val="26"/>
          <w:u w:val="single"/>
        </w:rPr>
        <w:t>draws in the US</w:t>
      </w:r>
      <w:r>
        <w:rPr>
          <w:b/>
          <w:i w:val="0"/>
          <w:smallCaps w:val="0"/>
          <w:strike w:val="0"/>
          <w:sz w:val="26"/>
          <w:u w:val="none"/>
        </w:rPr>
        <w:t xml:space="preserve">. Trilateral alliance </w:t>
      </w:r>
      <w:r>
        <w:rPr>
          <w:b/>
          <w:i w:val="0"/>
          <w:smallCaps w:val="0"/>
          <w:strike w:val="0"/>
          <w:sz w:val="26"/>
          <w:u w:val="single"/>
        </w:rPr>
        <w:t>solves</w:t>
      </w:r>
      <w:r>
        <w:rPr>
          <w:b/>
          <w:i w:val="0"/>
          <w:smallCaps w:val="0"/>
          <w:strike w:val="0"/>
          <w:sz w:val="26"/>
          <w:u w:val="none"/>
        </w:rPr>
        <w:t xml:space="preserve">. </w:t>
      </w:r>
    </w:p>
    <w:p>
      <w:pPr>
        <w:spacing w:after="80"/>
      </w:pPr>
      <w:r>
        <w:rPr>
          <w:b w:val="0"/>
          <w:i w:val="0"/>
          <w:smallCaps w:val="0"/>
          <w:strike w:val="0"/>
          <w:u w:val="none"/>
        </w:rPr>
        <w:t xml:space="preserve">Walter Russell </w:t>
      </w:r>
      <w:r>
        <w:rPr>
          <w:b/>
          <w:i w:val="0"/>
          <w:smallCaps w:val="0"/>
          <w:strike w:val="0"/>
          <w:sz w:val="26"/>
          <w:u w:val="none"/>
        </w:rPr>
        <w:t>Mead 23</w:t>
      </w:r>
      <w:r>
        <w:rPr>
          <w:b w:val="0"/>
          <w:i w:val="0"/>
          <w:smallCaps w:val="0"/>
          <w:strike w:val="0"/>
          <w:u w:val="none"/>
        </w:rPr>
        <w:t>, Ravenel B. Curry III Distinguished Fellow in Strategy and Statesmanship at Hudson Institute, the Global View Columnist at The Wall Street Journal and the James Clarke Chace Professor of Foreign Affairs and Humanities at Bard College in New York, “War in the Middle East Is Closer Than You Think,” Wall Street Journal, 2/27/23, https://www.wsj.com/articles/mideast-war-is-closer-than-you-think-iran-nuclear-program-russia-oil-china-wedge-foreign-policy-biden-israel-b754ab96</w:t>
      </w:r>
    </w:p>
    <w:p>
      <w:pPr>
        <w:spacing w:after="60"/>
      </w:pPr>
      <w:r>
        <w:rPr>
          <w:b w:val="0"/>
          <w:i w:val="0"/>
          <w:smallCaps w:val="0"/>
          <w:strike w:val="0"/>
          <w:sz w:val="16"/>
          <w:u w:val="none"/>
        </w:rPr>
        <w:t xml:space="preserve">I was here last week to interview Prime Minister Benjamin Netanyahu at the Tikvah Israel Security Conclave. The interview, available on the Journal’s website, combined a tour d’horizon of Mr. Netanyahu’s view of world politics with some candid reflections on the history of Zionism. As for the rest of the conference, I came away thinking that </w:t>
      </w:r>
      <w:r>
        <w:rPr>
          <w:b w:val="0"/>
          <w:i w:val="0"/>
          <w:smallCaps w:val="0"/>
          <w:strike w:val="0"/>
          <w:sz w:val="22"/>
          <w:highlight w:val="cyan"/>
          <w:u w:val="single"/>
        </w:rPr>
        <w:t>the U.S. is</w:t>
      </w:r>
      <w:r>
        <w:rPr>
          <w:b w:val="0"/>
          <w:i w:val="0"/>
          <w:smallCaps w:val="0"/>
          <w:strike w:val="0"/>
          <w:sz w:val="16"/>
          <w:u w:val="none"/>
        </w:rPr>
        <w:t xml:space="preserve"> </w:t>
      </w:r>
      <w:r>
        <w:rPr>
          <w:b/>
          <w:i w:val="0"/>
          <w:smallCaps w:val="0"/>
          <w:strike w:val="0"/>
          <w:sz w:val="22"/>
          <w:u w:val="single"/>
        </w:rPr>
        <w:t xml:space="preserve">much </w:t>
      </w:r>
      <w:r>
        <w:rPr>
          <w:b/>
          <w:i w:val="0"/>
          <w:smallCaps w:val="0"/>
          <w:strike w:val="0"/>
          <w:sz w:val="22"/>
          <w:highlight w:val="cyan"/>
          <w:u w:val="single"/>
        </w:rPr>
        <w:t>close</w:t>
      </w:r>
      <w:r>
        <w:rPr>
          <w:b w:val="0"/>
          <w:i w:val="0"/>
          <w:smallCaps w:val="0"/>
          <w:strike w:val="0"/>
          <w:sz w:val="22"/>
          <w:u w:val="single"/>
        </w:rPr>
        <w:t xml:space="preserve">r </w:t>
      </w:r>
      <w:r>
        <w:rPr>
          <w:b w:val="0"/>
          <w:i w:val="0"/>
          <w:smallCaps w:val="0"/>
          <w:strike w:val="0"/>
          <w:sz w:val="22"/>
          <w:highlight w:val="cyan"/>
          <w:u w:val="single"/>
        </w:rPr>
        <w:t>to</w:t>
      </w:r>
      <w:r>
        <w:rPr>
          <w:b w:val="0"/>
          <w:i w:val="0"/>
          <w:smallCaps w:val="0"/>
          <w:strike w:val="0"/>
          <w:sz w:val="22"/>
          <w:u w:val="single"/>
        </w:rPr>
        <w:t xml:space="preserve"> getting involved in</w:t>
      </w:r>
      <w:r>
        <w:rPr>
          <w:b w:val="0"/>
          <w:i w:val="0"/>
          <w:smallCaps w:val="0"/>
          <w:strike w:val="0"/>
          <w:sz w:val="16"/>
          <w:u w:val="none"/>
        </w:rPr>
        <w:t xml:space="preserve"> </w:t>
      </w:r>
      <w:r>
        <w:rPr>
          <w:b/>
          <w:i w:val="0"/>
          <w:smallCaps w:val="0"/>
          <w:strike w:val="0"/>
          <w:sz w:val="22"/>
          <w:highlight w:val="cyan"/>
          <w:u w:val="single"/>
        </w:rPr>
        <w:t>a</w:t>
      </w:r>
      <w:r>
        <w:rPr>
          <w:b w:val="0"/>
          <w:i w:val="0"/>
          <w:smallCaps w:val="0"/>
          <w:strike w:val="0"/>
          <w:sz w:val="16"/>
          <w:u w:val="none"/>
        </w:rPr>
        <w:t xml:space="preserve">nother </w:t>
      </w:r>
      <w:r>
        <w:rPr>
          <w:b/>
          <w:i w:val="0"/>
          <w:smallCaps w:val="0"/>
          <w:strike w:val="0"/>
          <w:sz w:val="22"/>
          <w:highlight w:val="cyan"/>
          <w:u w:val="single"/>
        </w:rPr>
        <w:t>Mid</w:t>
      </w:r>
      <w:r>
        <w:rPr>
          <w:b w:val="0"/>
          <w:i w:val="0"/>
          <w:smallCaps w:val="0"/>
          <w:strike w:val="0"/>
          <w:sz w:val="22"/>
          <w:u w:val="single"/>
        </w:rPr>
        <w:t xml:space="preserve">dle </w:t>
      </w:r>
      <w:r>
        <w:rPr>
          <w:b/>
          <w:i w:val="0"/>
          <w:smallCaps w:val="0"/>
          <w:strike w:val="0"/>
          <w:sz w:val="22"/>
          <w:highlight w:val="cyan"/>
          <w:u w:val="single"/>
        </w:rPr>
        <w:t>East war</w:t>
      </w:r>
      <w:r>
        <w:rPr>
          <w:b w:val="0"/>
          <w:i w:val="0"/>
          <w:smallCaps w:val="0"/>
          <w:strike w:val="0"/>
          <w:sz w:val="22"/>
          <w:u w:val="single"/>
        </w:rPr>
        <w:t xml:space="preserve"> than</w:t>
      </w:r>
      <w:r>
        <w:rPr>
          <w:b w:val="0"/>
          <w:i w:val="0"/>
          <w:smallCaps w:val="0"/>
          <w:strike w:val="0"/>
          <w:sz w:val="16"/>
          <w:u w:val="none"/>
        </w:rPr>
        <w:t xml:space="preserve"> </w:t>
      </w:r>
      <w:r>
        <w:rPr>
          <w:b/>
          <w:i w:val="0"/>
          <w:smallCaps w:val="0"/>
          <w:strike w:val="0"/>
          <w:sz w:val="22"/>
          <w:u w:val="single"/>
        </w:rPr>
        <w:t>most</w:t>
      </w:r>
      <w:r>
        <w:rPr>
          <w:b w:val="0"/>
          <w:i w:val="0"/>
          <w:smallCaps w:val="0"/>
          <w:strike w:val="0"/>
          <w:sz w:val="16"/>
          <w:u w:val="none"/>
        </w:rPr>
        <w:t xml:space="preserve"> in Washington </w:t>
      </w:r>
      <w:r>
        <w:rPr>
          <w:b/>
          <w:i w:val="0"/>
          <w:smallCaps w:val="0"/>
          <w:strike w:val="0"/>
          <w:sz w:val="22"/>
          <w:u w:val="single"/>
        </w:rPr>
        <w:t>understand</w:t>
      </w:r>
      <w:r>
        <w:rPr>
          <w:b w:val="0"/>
          <w:i w:val="0"/>
          <w:smallCaps w:val="0"/>
          <w:strike w:val="0"/>
          <w:sz w:val="22"/>
          <w:u w:val="single"/>
        </w:rPr>
        <w:t>, and</w:t>
      </w:r>
      <w:r>
        <w:rPr>
          <w:b w:val="0"/>
          <w:i w:val="0"/>
          <w:smallCaps w:val="0"/>
          <w:strike w:val="0"/>
          <w:sz w:val="16"/>
          <w:u w:val="none"/>
        </w:rPr>
        <w:t xml:space="preserve"> that </w:t>
      </w:r>
      <w:r>
        <w:rPr>
          <w:b/>
          <w:i w:val="0"/>
          <w:smallCaps w:val="0"/>
          <w:strike w:val="0"/>
          <w:sz w:val="22"/>
          <w:u w:val="single"/>
        </w:rPr>
        <w:t>minimizing</w:t>
      </w:r>
      <w:r>
        <w:rPr>
          <w:b w:val="0"/>
          <w:i w:val="0"/>
          <w:smallCaps w:val="0"/>
          <w:strike w:val="0"/>
          <w:sz w:val="16"/>
          <w:u w:val="none"/>
        </w:rPr>
        <w:t xml:space="preserve"> </w:t>
      </w:r>
      <w:r>
        <w:rPr>
          <w:b w:val="0"/>
          <w:i w:val="0"/>
          <w:smallCaps w:val="0"/>
          <w:strike w:val="0"/>
          <w:sz w:val="22"/>
          <w:u w:val="single"/>
        </w:rPr>
        <w:t>this danger requires</w:t>
      </w:r>
      <w:r>
        <w:rPr>
          <w:b w:val="0"/>
          <w:i w:val="0"/>
          <w:smallCaps w:val="0"/>
          <w:strike w:val="0"/>
          <w:sz w:val="16"/>
          <w:u w:val="none"/>
        </w:rPr>
        <w:t xml:space="preserve"> </w:t>
      </w:r>
      <w:r>
        <w:rPr>
          <w:b/>
          <w:i w:val="0"/>
          <w:smallCaps w:val="0"/>
          <w:strike w:val="0"/>
          <w:sz w:val="22"/>
          <w:u w:val="single"/>
        </w:rPr>
        <w:t>rapid</w:t>
      </w:r>
      <w:r>
        <w:rPr>
          <w:b w:val="0"/>
          <w:i w:val="0"/>
          <w:smallCaps w:val="0"/>
          <w:strike w:val="0"/>
          <w:sz w:val="16"/>
          <w:u w:val="none"/>
        </w:rPr>
        <w:t xml:space="preserve"> and sweeping </w:t>
      </w:r>
      <w:r>
        <w:rPr>
          <w:b/>
          <w:i w:val="0"/>
          <w:smallCaps w:val="0"/>
          <w:strike w:val="0"/>
          <w:sz w:val="22"/>
          <w:u w:val="single"/>
        </w:rPr>
        <w:t>policy change</w:t>
      </w:r>
      <w:r>
        <w:rPr>
          <w:b w:val="0"/>
          <w:i w:val="0"/>
          <w:smallCaps w:val="0"/>
          <w:strike w:val="0"/>
          <w:sz w:val="16"/>
          <w:u w:val="none"/>
        </w:rPr>
        <w:t xml:space="preserve"> from an administration still struggling to comprehend the most serious international crisis since the late 1930s.</w:t>
      </w:r>
    </w:p>
    <w:p>
      <w:pPr>
        <w:spacing w:after="60"/>
      </w:pPr>
      <w:r>
        <w:rPr>
          <w:b w:val="0"/>
          <w:i w:val="0"/>
          <w:smallCaps w:val="0"/>
          <w:strike w:val="0"/>
          <w:sz w:val="16"/>
          <w:u w:val="none"/>
        </w:rPr>
        <w:t xml:space="preserve">The </w:t>
      </w:r>
      <w:r>
        <w:rPr>
          <w:b w:val="0"/>
          <w:i w:val="0"/>
          <w:smallCaps w:val="0"/>
          <w:strike w:val="0"/>
          <w:sz w:val="22"/>
          <w:u w:val="single"/>
        </w:rPr>
        <w:t>Biden</w:t>
      </w:r>
      <w:r>
        <w:rPr>
          <w:b w:val="0"/>
          <w:i w:val="0"/>
          <w:smallCaps w:val="0"/>
          <w:strike w:val="0"/>
          <w:sz w:val="16"/>
          <w:u w:val="none"/>
        </w:rPr>
        <w:t xml:space="preserve"> administration </w:t>
      </w:r>
      <w:r>
        <w:rPr>
          <w:b w:val="0"/>
          <w:i w:val="0"/>
          <w:smallCaps w:val="0"/>
          <w:strike w:val="0"/>
          <w:sz w:val="22"/>
          <w:u w:val="single"/>
        </w:rPr>
        <w:t>came to office with an elegant</w:t>
      </w:r>
      <w:r>
        <w:rPr>
          <w:b w:val="0"/>
          <w:i w:val="0"/>
          <w:smallCaps w:val="0"/>
          <w:strike w:val="0"/>
          <w:sz w:val="16"/>
          <w:u w:val="none"/>
        </w:rPr>
        <w:t xml:space="preserve"> and cohesive geopolitical </w:t>
      </w:r>
      <w:r>
        <w:rPr>
          <w:b w:val="0"/>
          <w:i w:val="0"/>
          <w:smallCaps w:val="0"/>
          <w:strike w:val="0"/>
          <w:sz w:val="22"/>
          <w:u w:val="single"/>
        </w:rPr>
        <w:t>strategy</w:t>
      </w:r>
      <w:r>
        <w:rPr>
          <w:b w:val="0"/>
          <w:i w:val="0"/>
          <w:smallCaps w:val="0"/>
          <w:strike w:val="0"/>
          <w:sz w:val="16"/>
          <w:u w:val="none"/>
        </w:rPr>
        <w:t>. It would address the China challenge by driving wedges between China and its fellow revisionist powers. It would park Russia by accommodating Vladimir Putin and stabilize the Middle East by reviving the nuclear deal with Iran even as it pursued aggressive trade and security policies to limit China’s rise.</w:t>
      </w:r>
    </w:p>
    <w:p>
      <w:pPr>
        <w:spacing w:after="60"/>
      </w:pPr>
      <w:r>
        <w:rPr>
          <w:b w:val="0"/>
          <w:i w:val="0"/>
          <w:smallCaps w:val="0"/>
          <w:strike w:val="0"/>
          <w:sz w:val="16"/>
          <w:u w:val="none"/>
        </w:rPr>
        <w:t xml:space="preserve">From the outset, </w:t>
      </w:r>
      <w:r>
        <w:rPr>
          <w:b w:val="0"/>
          <w:i w:val="0"/>
          <w:smallCaps w:val="0"/>
          <w:strike w:val="0"/>
          <w:sz w:val="22"/>
          <w:u w:val="single"/>
        </w:rPr>
        <w:t xml:space="preserve">the administration knew that the American-led world system was in trouble, but it </w:t>
      </w:r>
      <w:r>
        <w:rPr>
          <w:b/>
          <w:i w:val="0"/>
          <w:smallCaps w:val="0"/>
          <w:strike w:val="0"/>
          <w:sz w:val="22"/>
          <w:u w:val="single"/>
        </w:rPr>
        <w:t>underestimated</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severity of the threat</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misunderstood its causes</w:t>
      </w:r>
      <w:r>
        <w:rPr>
          <w:b w:val="0"/>
          <w:i w:val="0"/>
          <w:smallCaps w:val="0"/>
          <w:strike w:val="0"/>
          <w:sz w:val="16"/>
          <w:u w:val="none"/>
        </w:rPr>
        <w:t>. To its credit, Team Biden saw the China challenge clearly from day one, but failed to understand how weak the foundations of American power had become or how far the revisionist powers—China, Russia, Iran and hangers-on such as Venezuela and Syria—were willing to cooperate to weaken an American hegemony they both resented and despised.</w:t>
      </w:r>
    </w:p>
    <w:p>
      <w:pPr>
        <w:spacing w:after="60"/>
      </w:pPr>
      <w:r>
        <w:rPr>
          <w:b w:val="0"/>
          <w:i w:val="0"/>
          <w:smallCaps w:val="0"/>
          <w:strike w:val="0"/>
          <w:sz w:val="16"/>
          <w:u w:val="none"/>
        </w:rPr>
        <w:t>Two years later, the Biden administration is struggling to manage the failure of its original design. Its aggressive rhetoric and policy toward China have intensified China’s hostility, but instead of facing an isolated China in an otherwise calm world, the administration faces simultaneous confrontations in Europe and the Far East. Russia isn’t parked, Iran isn’t pacified, and the three revisionists are coordinating their strategy and messaging to an unprecedented degree.</w:t>
      </w:r>
    </w:p>
    <w:p>
      <w:pPr>
        <w:spacing w:after="60"/>
      </w:pPr>
      <w:r>
        <w:rPr>
          <w:b w:val="0"/>
          <w:i w:val="0"/>
          <w:smallCaps w:val="0"/>
          <w:strike w:val="0"/>
          <w:sz w:val="16"/>
          <w:u w:val="none"/>
        </w:rPr>
        <w:t xml:space="preserve">Worse, </w:t>
      </w:r>
      <w:r>
        <w:rPr>
          <w:b/>
          <w:i w:val="0"/>
          <w:smallCaps w:val="0"/>
          <w:strike w:val="0"/>
          <w:sz w:val="22"/>
          <w:highlight w:val="cyan"/>
          <w:u w:val="single"/>
        </w:rPr>
        <w:t>Iran’s</w:t>
      </w:r>
      <w:r>
        <w:rPr>
          <w:b w:val="0"/>
          <w:i w:val="0"/>
          <w:smallCaps w:val="0"/>
          <w:strike w:val="0"/>
          <w:sz w:val="16"/>
          <w:u w:val="none"/>
        </w:rPr>
        <w:t xml:space="preserve"> </w:t>
      </w:r>
      <w:r>
        <w:rPr>
          <w:b w:val="0"/>
          <w:i w:val="0"/>
          <w:smallCaps w:val="0"/>
          <w:strike w:val="0"/>
          <w:sz w:val="22"/>
          <w:u w:val="single"/>
        </w:rPr>
        <w:t>inexorable march</w:t>
      </w:r>
      <w:r>
        <w:rPr>
          <w:b w:val="0"/>
          <w:i w:val="0"/>
          <w:smallCaps w:val="0"/>
          <w:strike w:val="0"/>
          <w:sz w:val="16"/>
          <w:u w:val="none"/>
        </w:rPr>
        <w:t xml:space="preserve"> toward nuclear weapons, </w:t>
      </w:r>
      <w:r>
        <w:rPr>
          <w:b w:val="0"/>
          <w:i w:val="0"/>
          <w:smallCaps w:val="0"/>
          <w:strike w:val="0"/>
          <w:sz w:val="22"/>
          <w:u w:val="single"/>
        </w:rPr>
        <w:t>combined with its</w:t>
      </w:r>
      <w:r>
        <w:rPr>
          <w:b w:val="0"/>
          <w:i w:val="0"/>
          <w:smallCaps w:val="0"/>
          <w:strike w:val="0"/>
          <w:sz w:val="16"/>
          <w:u w:val="none"/>
        </w:rPr>
        <w:t xml:space="preserve"> deepening </w:t>
      </w:r>
      <w:r>
        <w:rPr>
          <w:b/>
          <w:i w:val="0"/>
          <w:smallCaps w:val="0"/>
          <w:strike w:val="0"/>
          <w:sz w:val="22"/>
          <w:highlight w:val="cyan"/>
          <w:u w:val="single"/>
        </w:rPr>
        <w:t>partnership</w:t>
      </w:r>
      <w:r>
        <w:rPr>
          <w:b w:val="0"/>
          <w:i w:val="0"/>
          <w:smallCaps w:val="0"/>
          <w:strike w:val="0"/>
          <w:sz w:val="16"/>
          <w:highlight w:val="cyan"/>
          <w:u w:val="none"/>
        </w:rPr>
        <w:t xml:space="preserve"> </w:t>
      </w:r>
      <w:r>
        <w:rPr>
          <w:b w:val="0"/>
          <w:i w:val="0"/>
          <w:smallCaps w:val="0"/>
          <w:strike w:val="0"/>
          <w:sz w:val="22"/>
          <w:highlight w:val="cyan"/>
          <w:u w:val="single"/>
        </w:rPr>
        <w:t>with</w:t>
      </w:r>
      <w:r>
        <w:rPr>
          <w:b w:val="0"/>
          <w:i w:val="0"/>
          <w:smallCaps w:val="0"/>
          <w:strike w:val="0"/>
          <w:sz w:val="16"/>
          <w:highlight w:val="cyan"/>
          <w:u w:val="none"/>
        </w:rPr>
        <w:t xml:space="preserve"> </w:t>
      </w:r>
      <w:r>
        <w:rPr>
          <w:b/>
          <w:i w:val="0"/>
          <w:smallCaps w:val="0"/>
          <w:strike w:val="0"/>
          <w:sz w:val="22"/>
          <w:highlight w:val="cyan"/>
          <w:u w:val="single"/>
        </w:rPr>
        <w:t>Russia</w:t>
      </w:r>
      <w:r>
        <w:rPr>
          <w:b w:val="0"/>
          <w:i w:val="0"/>
          <w:smallCaps w:val="0"/>
          <w:strike w:val="0"/>
          <w:sz w:val="22"/>
          <w:highlight w:val="cyan"/>
          <w:u w:val="single"/>
        </w:rPr>
        <w:t>, is</w:t>
      </w:r>
      <w:r>
        <w:rPr>
          <w:b w:val="0"/>
          <w:i w:val="0"/>
          <w:smallCaps w:val="0"/>
          <w:strike w:val="0"/>
          <w:sz w:val="16"/>
          <w:highlight w:val="cyan"/>
          <w:u w:val="none"/>
        </w:rPr>
        <w:t xml:space="preserve"> </w:t>
      </w:r>
      <w:r>
        <w:rPr>
          <w:b/>
          <w:i w:val="0"/>
          <w:smallCaps w:val="0"/>
          <w:strike w:val="0"/>
          <w:sz w:val="22"/>
          <w:highlight w:val="cyan"/>
          <w:u w:val="single"/>
        </w:rPr>
        <w:t>driving</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Middle East</w:t>
      </w:r>
      <w:r>
        <w:rPr>
          <w:b w:val="0"/>
          <w:i w:val="0"/>
          <w:smallCaps w:val="0"/>
          <w:strike w:val="0"/>
          <w:sz w:val="16"/>
          <w:u w:val="none"/>
        </w:rPr>
        <w:t xml:space="preserve"> </w:t>
      </w:r>
      <w:r>
        <w:rPr>
          <w:b/>
          <w:i w:val="0"/>
          <w:smallCaps w:val="0"/>
          <w:strike w:val="0"/>
          <w:sz w:val="22"/>
          <w:u w:val="single"/>
        </w:rPr>
        <w:t xml:space="preserve">steadily </w:t>
      </w:r>
      <w:r>
        <w:rPr>
          <w:b/>
          <w:i w:val="0"/>
          <w:smallCaps w:val="0"/>
          <w:strike w:val="0"/>
          <w:sz w:val="22"/>
          <w:highlight w:val="cyan"/>
          <w:u w:val="single"/>
        </w:rPr>
        <w:t>closer</w:t>
      </w:r>
      <w:r>
        <w:rPr>
          <w:b w:val="0"/>
          <w:i w:val="0"/>
          <w:smallCaps w:val="0"/>
          <w:strike w:val="0"/>
          <w:sz w:val="16"/>
          <w:u w:val="none"/>
        </w:rPr>
        <w:t xml:space="preserve"> </w:t>
      </w:r>
      <w:r>
        <w:rPr>
          <w:b w:val="0"/>
          <w:i w:val="0"/>
          <w:smallCaps w:val="0"/>
          <w:strike w:val="0"/>
          <w:sz w:val="22"/>
          <w:highlight w:val="cyan"/>
          <w:u w:val="single"/>
        </w:rPr>
        <w:t xml:space="preserve">to a </w:t>
      </w:r>
      <w:r>
        <w:rPr>
          <w:b/>
          <w:i w:val="0"/>
          <w:smallCaps w:val="0"/>
          <w:strike w:val="0"/>
          <w:sz w:val="22"/>
          <w:highlight w:val="cyan"/>
          <w:u w:val="single"/>
        </w:rPr>
        <w:t>war</w:t>
      </w:r>
      <w:r>
        <w:rPr>
          <w:b w:val="0"/>
          <w:i w:val="0"/>
          <w:smallCaps w:val="0"/>
          <w:strike w:val="0"/>
          <w:sz w:val="22"/>
          <w:highlight w:val="cyan"/>
          <w:u w:val="single"/>
        </w:rPr>
        <w:t xml:space="preserve"> that</w:t>
      </w:r>
      <w:r>
        <w:rPr>
          <w:b w:val="0"/>
          <w:i w:val="0"/>
          <w:smallCaps w:val="0"/>
          <w:strike w:val="0"/>
          <w:sz w:val="16"/>
          <w:u w:val="none"/>
        </w:rPr>
        <w:t xml:space="preserve"> is </w:t>
      </w:r>
      <w:r>
        <w:rPr>
          <w:b w:val="0"/>
          <w:i w:val="0"/>
          <w:smallCaps w:val="0"/>
          <w:strike w:val="0"/>
          <w:sz w:val="22"/>
          <w:u w:val="single"/>
        </w:rPr>
        <w:t>likely to</w:t>
      </w:r>
      <w:r>
        <w:rPr>
          <w:b w:val="0"/>
          <w:i w:val="0"/>
          <w:smallCaps w:val="0"/>
          <w:strike w:val="0"/>
          <w:sz w:val="16"/>
          <w:u w:val="none"/>
        </w:rPr>
        <w:t xml:space="preserve"> </w:t>
      </w:r>
      <w:r>
        <w:rPr>
          <w:b/>
          <w:i w:val="0"/>
          <w:smallCaps w:val="0"/>
          <w:strike w:val="0"/>
          <w:sz w:val="22"/>
          <w:highlight w:val="cyan"/>
          <w:u w:val="single"/>
        </w:rPr>
        <w:t>engage the U.S.</w:t>
      </w:r>
      <w:r>
        <w:rPr>
          <w:b w:val="0"/>
          <w:i w:val="0"/>
          <w:smallCaps w:val="0"/>
          <w:strike w:val="0"/>
          <w:sz w:val="16"/>
          <w:u w:val="none"/>
        </w:rPr>
        <w:t>—one that the Biden administration desperately wants to avoid.</w:t>
      </w:r>
    </w:p>
    <w:p>
      <w:pPr>
        <w:spacing w:after="60"/>
      </w:pPr>
      <w:r>
        <w:rPr>
          <w:b w:val="0"/>
          <w:i w:val="0"/>
          <w:smallCaps w:val="0"/>
          <w:strike w:val="0"/>
          <w:sz w:val="22"/>
          <w:u w:val="single"/>
        </w:rPr>
        <w:t>For</w:t>
      </w:r>
      <w:r>
        <w:rPr>
          <w:b w:val="0"/>
          <w:i w:val="0"/>
          <w:smallCaps w:val="0"/>
          <w:strike w:val="0"/>
          <w:sz w:val="16"/>
          <w:u w:val="none"/>
        </w:rPr>
        <w:t xml:space="preserve"> Mr. </w:t>
      </w:r>
      <w:r>
        <w:rPr>
          <w:b/>
          <w:i w:val="0"/>
          <w:smallCaps w:val="0"/>
          <w:strike w:val="0"/>
          <w:sz w:val="22"/>
          <w:u w:val="single"/>
        </w:rPr>
        <w:t>Putin</w:t>
      </w:r>
      <w:r>
        <w:rPr>
          <w:b w:val="0"/>
          <w:i w:val="0"/>
          <w:smallCaps w:val="0"/>
          <w:strike w:val="0"/>
          <w:sz w:val="16"/>
          <w:u w:val="none"/>
        </w:rPr>
        <w:t xml:space="preserve">, </w:t>
      </w:r>
      <w:r>
        <w:rPr>
          <w:b w:val="0"/>
          <w:i w:val="0"/>
          <w:smallCaps w:val="0"/>
          <w:strike w:val="0"/>
          <w:sz w:val="22"/>
          <w:u w:val="single"/>
        </w:rPr>
        <w:t>a</w:t>
      </w:r>
      <w:r>
        <w:rPr>
          <w:b w:val="0"/>
          <w:i w:val="0"/>
          <w:smallCaps w:val="0"/>
          <w:strike w:val="0"/>
          <w:sz w:val="16"/>
          <w:u w:val="none"/>
        </w:rPr>
        <w:t xml:space="preserve"> </w:t>
      </w:r>
      <w:r>
        <w:rPr>
          <w:b/>
          <w:i w:val="0"/>
          <w:smallCaps w:val="0"/>
          <w:strike w:val="0"/>
          <w:sz w:val="22"/>
          <w:u w:val="single"/>
        </w:rPr>
        <w:t>major military confrontation in the Middle East</w:t>
      </w:r>
      <w:r>
        <w:rPr>
          <w:b w:val="0"/>
          <w:i w:val="0"/>
          <w:smallCaps w:val="0"/>
          <w:strike w:val="0"/>
          <w:sz w:val="16"/>
          <w:u w:val="none"/>
        </w:rPr>
        <w:t xml:space="preserve"> </w:t>
      </w:r>
      <w:r>
        <w:rPr>
          <w:b w:val="0"/>
          <w:i w:val="0"/>
          <w:smallCaps w:val="0"/>
          <w:strike w:val="0"/>
          <w:sz w:val="22"/>
          <w:u w:val="single"/>
        </w:rPr>
        <w:t>would be an</w:t>
      </w:r>
      <w:r>
        <w:rPr>
          <w:b w:val="0"/>
          <w:i w:val="0"/>
          <w:smallCaps w:val="0"/>
          <w:strike w:val="0"/>
          <w:sz w:val="16"/>
          <w:u w:val="none"/>
        </w:rPr>
        <w:t xml:space="preserve"> </w:t>
      </w:r>
      <w:r>
        <w:rPr>
          <w:b/>
          <w:i w:val="0"/>
          <w:smallCaps w:val="0"/>
          <w:strike w:val="0"/>
          <w:sz w:val="22"/>
          <w:u w:val="single"/>
        </w:rPr>
        <w:t>unmitigated blessing</w:t>
      </w:r>
      <w:r>
        <w:rPr>
          <w:b w:val="0"/>
          <w:i w:val="0"/>
          <w:smallCaps w:val="0"/>
          <w:strike w:val="0"/>
          <w:sz w:val="16"/>
          <w:u w:val="none"/>
        </w:rPr>
        <w:t xml:space="preserve">. </w:t>
      </w:r>
      <w:r>
        <w:rPr>
          <w:b/>
          <w:i w:val="0"/>
          <w:smallCaps w:val="0"/>
          <w:strike w:val="0"/>
          <w:sz w:val="22"/>
          <w:highlight w:val="cyan"/>
          <w:u w:val="single"/>
        </w:rPr>
        <w:t>Oil</w:t>
      </w:r>
      <w:r>
        <w:rPr>
          <w:b/>
          <w:i w:val="0"/>
          <w:smallCaps w:val="0"/>
          <w:strike w:val="0"/>
          <w:sz w:val="22"/>
          <w:u w:val="single"/>
        </w:rPr>
        <w:t xml:space="preserve"> prices</w:t>
      </w:r>
      <w:r>
        <w:rPr>
          <w:b w:val="0"/>
          <w:i w:val="0"/>
          <w:smallCaps w:val="0"/>
          <w:strike w:val="0"/>
          <w:sz w:val="16"/>
          <w:u w:val="none"/>
        </w:rPr>
        <w:t xml:space="preserve"> </w:t>
      </w:r>
      <w:r>
        <w:rPr>
          <w:b w:val="0"/>
          <w:i w:val="0"/>
          <w:smallCaps w:val="0"/>
          <w:strike w:val="0"/>
          <w:sz w:val="22"/>
          <w:highlight w:val="cyan"/>
          <w:u w:val="single"/>
        </w:rPr>
        <w:t>would</w:t>
      </w:r>
      <w:r>
        <w:rPr>
          <w:b w:val="0"/>
          <w:i w:val="0"/>
          <w:smallCaps w:val="0"/>
          <w:strike w:val="0"/>
          <w:sz w:val="16"/>
          <w:highlight w:val="cyan"/>
          <w:u w:val="none"/>
        </w:rPr>
        <w:t xml:space="preserve"> </w:t>
      </w:r>
      <w:r>
        <w:rPr>
          <w:b/>
          <w:i w:val="0"/>
          <w:smallCaps w:val="0"/>
          <w:strike w:val="0"/>
          <w:sz w:val="22"/>
          <w:highlight w:val="cyan"/>
          <w:u w:val="single"/>
        </w:rPr>
        <w:t>spike</w:t>
      </w:r>
      <w:r>
        <w:rPr>
          <w:b w:val="0"/>
          <w:i w:val="0"/>
          <w:smallCaps w:val="0"/>
          <w:strike w:val="0"/>
          <w:sz w:val="22"/>
          <w:u w:val="single"/>
        </w:rPr>
        <w:t>, filling</w:t>
      </w:r>
      <w:r>
        <w:rPr>
          <w:b w:val="0"/>
          <w:i w:val="0"/>
          <w:smallCaps w:val="0"/>
          <w:strike w:val="0"/>
          <w:sz w:val="16"/>
          <w:u w:val="none"/>
        </w:rPr>
        <w:t xml:space="preserve"> </w:t>
      </w:r>
      <w:r>
        <w:rPr>
          <w:b/>
          <w:i w:val="0"/>
          <w:smallCaps w:val="0"/>
          <w:strike w:val="0"/>
          <w:sz w:val="22"/>
          <w:u w:val="single"/>
        </w:rPr>
        <w:t>Moscow’s coffers</w:t>
      </w:r>
      <w:r>
        <w:rPr>
          <w:b w:val="0"/>
          <w:i w:val="0"/>
          <w:smallCaps w:val="0"/>
          <w:strike w:val="0"/>
          <w:sz w:val="16"/>
          <w:u w:val="none"/>
        </w:rPr>
        <w:t xml:space="preserve"> </w:t>
      </w:r>
      <w:r>
        <w:rPr>
          <w:b w:val="0"/>
          <w:i w:val="0"/>
          <w:smallCaps w:val="0"/>
          <w:strike w:val="0"/>
          <w:sz w:val="22"/>
          <w:u w:val="single"/>
        </w:rPr>
        <w:t>and intensifying</w:t>
      </w:r>
      <w:r>
        <w:rPr>
          <w:b w:val="0"/>
          <w:i w:val="0"/>
          <w:smallCaps w:val="0"/>
          <w:strike w:val="0"/>
          <w:sz w:val="16"/>
          <w:u w:val="none"/>
        </w:rPr>
        <w:t xml:space="preserve"> </w:t>
      </w:r>
      <w:r>
        <w:rPr>
          <w:b/>
          <w:i w:val="0"/>
          <w:smallCaps w:val="0"/>
          <w:strike w:val="0"/>
          <w:sz w:val="22"/>
          <w:u w:val="single"/>
        </w:rPr>
        <w:t>pressures</w:t>
      </w:r>
      <w:r>
        <w:rPr>
          <w:b w:val="0"/>
          <w:i w:val="0"/>
          <w:smallCaps w:val="0"/>
          <w:strike w:val="0"/>
          <w:sz w:val="16"/>
          <w:u w:val="none"/>
        </w:rPr>
        <w:t xml:space="preserve"> </w:t>
      </w:r>
      <w:r>
        <w:rPr>
          <w:b w:val="0"/>
          <w:i w:val="0"/>
          <w:smallCaps w:val="0"/>
          <w:strike w:val="0"/>
          <w:sz w:val="22"/>
          <w:u w:val="single"/>
        </w:rPr>
        <w:t>on</w:t>
      </w:r>
      <w:r>
        <w:rPr>
          <w:b w:val="0"/>
          <w:i w:val="0"/>
          <w:smallCaps w:val="0"/>
          <w:strike w:val="0"/>
          <w:sz w:val="16"/>
          <w:u w:val="none"/>
        </w:rPr>
        <w:t xml:space="preserve"> </w:t>
      </w:r>
      <w:r>
        <w:rPr>
          <w:b/>
          <w:i w:val="0"/>
          <w:smallCaps w:val="0"/>
          <w:strike w:val="0"/>
          <w:sz w:val="22"/>
          <w:u w:val="single"/>
        </w:rPr>
        <w:t>Europe</w:t>
      </w:r>
      <w:r>
        <w:rPr>
          <w:b w:val="0"/>
          <w:i w:val="0"/>
          <w:smallCaps w:val="0"/>
          <w:strike w:val="0"/>
          <w:sz w:val="22"/>
          <w:u w:val="single"/>
        </w:rPr>
        <w:t xml:space="preserve">. </w:t>
      </w:r>
      <w:r>
        <w:rPr>
          <w:b w:val="0"/>
          <w:i w:val="0"/>
          <w:smallCaps w:val="0"/>
          <w:strike w:val="0"/>
          <w:sz w:val="22"/>
          <w:highlight w:val="cyan"/>
          <w:u w:val="single"/>
        </w:rPr>
        <w:t>The Pentagon would</w:t>
      </w:r>
      <w:r>
        <w:rPr>
          <w:b w:val="0"/>
          <w:i w:val="0"/>
          <w:smallCaps w:val="0"/>
          <w:strike w:val="0"/>
          <w:sz w:val="22"/>
          <w:u w:val="single"/>
        </w:rPr>
        <w:t xml:space="preserve"> have</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w:t>
      </w:r>
      <w:r>
        <w:rPr>
          <w:b/>
          <w:i w:val="0"/>
          <w:smallCaps w:val="0"/>
          <w:strike w:val="0"/>
          <w:sz w:val="22"/>
          <w:highlight w:val="cyan"/>
          <w:u w:val="single"/>
        </w:rPr>
        <w:t>split</w:t>
      </w:r>
      <w:r>
        <w:rPr>
          <w:b w:val="0"/>
          <w:i w:val="0"/>
          <w:smallCaps w:val="0"/>
          <w:strike w:val="0"/>
          <w:sz w:val="16"/>
          <w:u w:val="none"/>
        </w:rPr>
        <w:t xml:space="preserve"> available </w:t>
      </w:r>
      <w:r>
        <w:rPr>
          <w:b/>
          <w:i w:val="0"/>
          <w:smallCaps w:val="0"/>
          <w:strike w:val="0"/>
          <w:sz w:val="22"/>
          <w:highlight w:val="cyan"/>
          <w:u w:val="single"/>
        </w:rPr>
        <w:t>weapons</w:t>
      </w:r>
      <w:r>
        <w:rPr>
          <w:b w:val="0"/>
          <w:i w:val="0"/>
          <w:smallCaps w:val="0"/>
          <w:strike w:val="0"/>
          <w:sz w:val="16"/>
          <w:u w:val="none"/>
        </w:rPr>
        <w:t xml:space="preserve"> between Ukraine and Middle East allies. </w:t>
      </w:r>
      <w:r>
        <w:rPr>
          <w:b w:val="0"/>
          <w:i w:val="0"/>
          <w:smallCaps w:val="0"/>
          <w:strike w:val="0"/>
          <w:sz w:val="22"/>
          <w:u w:val="single"/>
        </w:rPr>
        <w:t>The balance in</w:t>
      </w:r>
      <w:r>
        <w:rPr>
          <w:b w:val="0"/>
          <w:i w:val="0"/>
          <w:smallCaps w:val="0"/>
          <w:strike w:val="0"/>
          <w:sz w:val="16"/>
          <w:u w:val="none"/>
        </w:rPr>
        <w:t xml:space="preserve"> the </w:t>
      </w:r>
      <w:r>
        <w:rPr>
          <w:b/>
          <w:i w:val="0"/>
          <w:smallCaps w:val="0"/>
          <w:strike w:val="0"/>
          <w:sz w:val="22"/>
          <w:u w:val="single"/>
        </w:rPr>
        <w:t>Taiwan</w:t>
      </w:r>
      <w:r>
        <w:rPr>
          <w:b w:val="0"/>
          <w:i w:val="0"/>
          <w:smallCaps w:val="0"/>
          <w:strike w:val="0"/>
          <w:sz w:val="16"/>
          <w:u w:val="none"/>
        </w:rPr>
        <w:t xml:space="preserve"> Strait </w:t>
      </w:r>
      <w:r>
        <w:rPr>
          <w:b w:val="0"/>
          <w:i w:val="0"/>
          <w:smallCaps w:val="0"/>
          <w:strike w:val="0"/>
          <w:sz w:val="22"/>
          <w:u w:val="single"/>
        </w:rPr>
        <w:t>would</w:t>
      </w:r>
      <w:r>
        <w:rPr>
          <w:b w:val="0"/>
          <w:i w:val="0"/>
          <w:smallCaps w:val="0"/>
          <w:strike w:val="0"/>
          <w:sz w:val="16"/>
          <w:u w:val="none"/>
        </w:rPr>
        <w:t xml:space="preserve"> significantly </w:t>
      </w:r>
      <w:r>
        <w:rPr>
          <w:b/>
          <w:i w:val="0"/>
          <w:smallCaps w:val="0"/>
          <w:strike w:val="0"/>
          <w:sz w:val="22"/>
          <w:u w:val="single"/>
        </w:rPr>
        <w:t>shift</w:t>
      </w:r>
      <w:r>
        <w:rPr>
          <w:b w:val="0"/>
          <w:i w:val="0"/>
          <w:smallCaps w:val="0"/>
          <w:strike w:val="0"/>
          <w:sz w:val="16"/>
          <w:u w:val="none"/>
        </w:rPr>
        <w:t xml:space="preserve"> in China’s favor. </w:t>
      </w:r>
      <w:r>
        <w:rPr>
          <w:b w:val="0"/>
          <w:i w:val="0"/>
          <w:smallCaps w:val="0"/>
          <w:strike w:val="0"/>
          <w:sz w:val="22"/>
          <w:u w:val="single"/>
        </w:rPr>
        <w:t>Spiking energy prices would boost</w:t>
      </w:r>
      <w:r>
        <w:rPr>
          <w:b w:val="0"/>
          <w:i w:val="0"/>
          <w:smallCaps w:val="0"/>
          <w:strike w:val="0"/>
          <w:sz w:val="16"/>
          <w:u w:val="none"/>
        </w:rPr>
        <w:t xml:space="preserve"> </w:t>
      </w:r>
      <w:r>
        <w:rPr>
          <w:b/>
          <w:i w:val="0"/>
          <w:smallCaps w:val="0"/>
          <w:strike w:val="0"/>
          <w:sz w:val="22"/>
          <w:u w:val="single"/>
        </w:rPr>
        <w:t>inflation</w:t>
      </w:r>
      <w:r>
        <w:rPr>
          <w:b w:val="0"/>
          <w:i w:val="0"/>
          <w:smallCaps w:val="0"/>
          <w:strike w:val="0"/>
          <w:sz w:val="16"/>
          <w:u w:val="none"/>
        </w:rPr>
        <w:t xml:space="preserve"> in the U.S. just as Mr. Biden tries to persuade antiwar Democrats to support another American military venture in the Middle East.</w:t>
      </w:r>
    </w:p>
    <w:p>
      <w:pPr>
        <w:spacing w:after="60"/>
      </w:pPr>
      <w:r>
        <w:rPr>
          <w:b w:val="0"/>
          <w:i w:val="0"/>
          <w:smallCaps w:val="0"/>
          <w:strike w:val="0"/>
          <w:sz w:val="16"/>
          <w:u w:val="none"/>
        </w:rPr>
        <w:t xml:space="preserve">And while in a perfect world Russia might oppose an Iranian nuclear weapon, under current </w:t>
      </w:r>
      <w:r>
        <w:rPr>
          <w:b w:val="0"/>
          <w:i w:val="0"/>
          <w:smallCaps w:val="0"/>
          <w:strike w:val="0"/>
          <w:sz w:val="22"/>
          <w:highlight w:val="cyan"/>
          <w:u w:val="single"/>
        </w:rPr>
        <w:t>circumstances</w:t>
      </w:r>
      <w:r>
        <w:rPr>
          <w:b w:val="0"/>
          <w:i w:val="0"/>
          <w:smallCaps w:val="0"/>
          <w:strike w:val="0"/>
          <w:sz w:val="16"/>
          <w:u w:val="none"/>
        </w:rPr>
        <w:t>—in which Mr. Putin desperately needs Iran to help disrupt American strategy—Mr. Putin might well decide to help Iran cross the nuclear threshold.</w:t>
      </w:r>
    </w:p>
    <w:p>
      <w:pPr>
        <w:spacing w:after="60"/>
      </w:pPr>
      <w:r>
        <w:rPr>
          <w:b w:val="0"/>
          <w:i w:val="0"/>
          <w:smallCaps w:val="0"/>
          <w:strike w:val="0"/>
          <w:sz w:val="16"/>
          <w:u w:val="none"/>
        </w:rPr>
        <w:t xml:space="preserve">But the Russian dictator doesn’t need to go that far. Simply by increasing Iranian military capabilities that limit Israel’s ability to attack Iran’s nuclear facilities, Mr. Putin </w:t>
      </w:r>
      <w:r>
        <w:rPr>
          <w:b w:val="0"/>
          <w:i w:val="0"/>
          <w:smallCaps w:val="0"/>
          <w:strike w:val="0"/>
          <w:sz w:val="22"/>
          <w:highlight w:val="cyan"/>
          <w:u w:val="single"/>
        </w:rPr>
        <w:t>could</w:t>
      </w:r>
      <w:r>
        <w:rPr>
          <w:b w:val="0"/>
          <w:i w:val="0"/>
          <w:smallCaps w:val="0"/>
          <w:strike w:val="0"/>
          <w:sz w:val="16"/>
          <w:highlight w:val="cyan"/>
          <w:u w:val="none"/>
        </w:rPr>
        <w:t xml:space="preserve"> </w:t>
      </w:r>
      <w:r>
        <w:rPr>
          <w:b/>
          <w:i w:val="0"/>
          <w:smallCaps w:val="0"/>
          <w:strike w:val="0"/>
          <w:sz w:val="22"/>
          <w:highlight w:val="cyan"/>
          <w:u w:val="single"/>
        </w:rPr>
        <w:t>force Israel</w:t>
      </w:r>
      <w:r>
        <w:rPr>
          <w:b w:val="0"/>
          <w:i w:val="0"/>
          <w:smallCaps w:val="0"/>
          <w:strike w:val="0"/>
          <w:sz w:val="16"/>
          <w:highlight w:val="cyan"/>
          <w:u w:val="none"/>
        </w:rPr>
        <w:t xml:space="preserve"> </w:t>
      </w:r>
      <w:r>
        <w:rPr>
          <w:b w:val="0"/>
          <w:i w:val="0"/>
          <w:smallCaps w:val="0"/>
          <w:strike w:val="0"/>
          <w:sz w:val="22"/>
          <w:highlight w:val="cyan"/>
          <w:u w:val="single"/>
        </w:rPr>
        <w:t>into</w:t>
      </w:r>
      <w:r>
        <w:rPr>
          <w:b w:val="0"/>
          <w:i w:val="0"/>
          <w:smallCaps w:val="0"/>
          <w:strike w:val="0"/>
          <w:sz w:val="22"/>
          <w:u w:val="single"/>
        </w:rPr>
        <w:t xml:space="preserve"> a</w:t>
      </w:r>
      <w:r>
        <w:rPr>
          <w:b w:val="0"/>
          <w:i w:val="0"/>
          <w:smallCaps w:val="0"/>
          <w:strike w:val="0"/>
          <w:sz w:val="16"/>
          <w:u w:val="none"/>
        </w:rPr>
        <w:t xml:space="preserve"> </w:t>
      </w:r>
      <w:r>
        <w:rPr>
          <w:b/>
          <w:i w:val="0"/>
          <w:smallCaps w:val="0"/>
          <w:strike w:val="0"/>
          <w:sz w:val="22"/>
          <w:highlight w:val="cyan"/>
          <w:u w:val="single"/>
        </w:rPr>
        <w:t>pre-emptive strike</w:t>
      </w:r>
      <w:r>
        <w:rPr>
          <w:b w:val="0"/>
          <w:i w:val="0"/>
          <w:smallCaps w:val="0"/>
          <w:strike w:val="0"/>
          <w:sz w:val="16"/>
          <w:u w:val="none"/>
        </w:rPr>
        <w:t xml:space="preserve"> </w:t>
      </w:r>
      <w:r>
        <w:rPr>
          <w:b w:val="0"/>
          <w:i w:val="0"/>
          <w:smallCaps w:val="0"/>
          <w:strike w:val="0"/>
          <w:sz w:val="22"/>
          <w:u w:val="single"/>
        </w:rPr>
        <w:t>that would set off a</w:t>
      </w:r>
      <w:r>
        <w:rPr>
          <w:b w:val="0"/>
          <w:i w:val="0"/>
          <w:smallCaps w:val="0"/>
          <w:strike w:val="0"/>
          <w:sz w:val="16"/>
          <w:u w:val="none"/>
        </w:rPr>
        <w:t xml:space="preserve"> </w:t>
      </w:r>
      <w:r>
        <w:rPr>
          <w:b/>
          <w:i w:val="0"/>
          <w:smallCaps w:val="0"/>
          <w:strike w:val="0"/>
          <w:sz w:val="22"/>
          <w:u w:val="single"/>
        </w:rPr>
        <w:t>regional war</w:t>
      </w:r>
      <w:r>
        <w:rPr>
          <w:b w:val="0"/>
          <w:i w:val="0"/>
          <w:smallCaps w:val="0"/>
          <w:strike w:val="0"/>
          <w:sz w:val="16"/>
          <w:u w:val="none"/>
        </w:rPr>
        <w:t>.</w:t>
      </w:r>
    </w:p>
    <w:p>
      <w:pPr>
        <w:spacing w:after="60"/>
      </w:pPr>
      <w:r>
        <w:rPr>
          <w:b w:val="0"/>
          <w:i w:val="0"/>
          <w:smallCaps w:val="0"/>
          <w:strike w:val="0"/>
          <w:sz w:val="16"/>
          <w:u w:val="none"/>
        </w:rPr>
        <w:t>The U.S. can’t compel Iran and Russia to avoid actions that trigger a new Middle East war, but strong policy on our part still might deter them. Unfortunately for the Biden administration, that involves precisely the kind of hawkish Middle East posture that many Democrats—including senior Biden officials—viscerally loathe. The American approach to Saudi Arabia will have to move from a fist bump to wholehearted embrace. Drone attacks and other provocations by Iran and its allies against the Saudis, Emiratis and their neighbors will have to be met with the kind of American military response that leaves no doubt of our determination to prevail.</w:t>
      </w:r>
    </w:p>
    <w:p>
      <w:pPr>
        <w:spacing w:after="60"/>
      </w:pPr>
      <w:r>
        <w:rPr>
          <w:b w:val="0"/>
          <w:i w:val="0"/>
          <w:smallCaps w:val="0"/>
          <w:strike w:val="0"/>
          <w:sz w:val="22"/>
          <w:highlight w:val="cyan"/>
          <w:u w:val="single"/>
        </w:rPr>
        <w:t>The best way to</w:t>
      </w:r>
      <w:r>
        <w:rPr>
          <w:b w:val="0"/>
          <w:i w:val="0"/>
          <w:smallCaps w:val="0"/>
          <w:strike w:val="0"/>
          <w:sz w:val="16"/>
          <w:highlight w:val="cyan"/>
          <w:u w:val="none"/>
        </w:rPr>
        <w:t xml:space="preserve"> </w:t>
      </w:r>
      <w:r>
        <w:rPr>
          <w:b/>
          <w:i w:val="0"/>
          <w:smallCaps w:val="0"/>
          <w:strike w:val="0"/>
          <w:sz w:val="22"/>
          <w:highlight w:val="cyan"/>
          <w:u w:val="single"/>
        </w:rPr>
        <w:t>avoid war</w:t>
      </w:r>
      <w:r>
        <w:rPr>
          <w:b w:val="0"/>
          <w:i w:val="0"/>
          <w:smallCaps w:val="0"/>
          <w:strike w:val="0"/>
          <w:sz w:val="22"/>
          <w:u w:val="single"/>
        </w:rPr>
        <w:t>, and to</w:t>
      </w:r>
      <w:r>
        <w:rPr>
          <w:b w:val="0"/>
          <w:i w:val="0"/>
          <w:smallCaps w:val="0"/>
          <w:strike w:val="0"/>
          <w:sz w:val="16"/>
          <w:u w:val="none"/>
        </w:rPr>
        <w:t xml:space="preserve"> </w:t>
      </w:r>
      <w:r>
        <w:rPr>
          <w:b/>
          <w:i w:val="0"/>
          <w:smallCaps w:val="0"/>
          <w:strike w:val="0"/>
          <w:sz w:val="22"/>
          <w:u w:val="single"/>
        </w:rPr>
        <w:t>minimize</w:t>
      </w:r>
      <w:r>
        <w:rPr>
          <w:b w:val="0"/>
          <w:i w:val="0"/>
          <w:smallCaps w:val="0"/>
          <w:strike w:val="0"/>
          <w:sz w:val="16"/>
          <w:u w:val="none"/>
        </w:rPr>
        <w:t xml:space="preserve"> </w:t>
      </w:r>
      <w:r>
        <w:rPr>
          <w:b/>
          <w:i w:val="0"/>
          <w:smallCaps w:val="0"/>
          <w:strike w:val="0"/>
          <w:sz w:val="22"/>
          <w:u w:val="single"/>
        </w:rPr>
        <w:t>direct</w:t>
      </w:r>
      <w:r>
        <w:rPr>
          <w:b w:val="0"/>
          <w:i w:val="0"/>
          <w:smallCaps w:val="0"/>
          <w:strike w:val="0"/>
          <w:sz w:val="16"/>
          <w:u w:val="none"/>
        </w:rPr>
        <w:t xml:space="preserve"> American </w:t>
      </w:r>
      <w:r>
        <w:rPr>
          <w:b w:val="0"/>
          <w:i w:val="0"/>
          <w:smallCaps w:val="0"/>
          <w:strike w:val="0"/>
          <w:sz w:val="22"/>
          <w:u w:val="single"/>
        </w:rPr>
        <w:t xml:space="preserve">engagement should war </w:t>
      </w:r>
      <w:r>
        <w:rPr>
          <w:b/>
          <w:i w:val="0"/>
          <w:smallCaps w:val="0"/>
          <w:strike w:val="0"/>
          <w:sz w:val="22"/>
          <w:u w:val="single"/>
        </w:rPr>
        <w:t>break out</w:t>
      </w:r>
      <w:r>
        <w:rPr>
          <w:b w:val="0"/>
          <w:i w:val="0"/>
          <w:smallCaps w:val="0"/>
          <w:strike w:val="0"/>
          <w:sz w:val="22"/>
          <w:u w:val="single"/>
        </w:rPr>
        <w:t xml:space="preserve">, </w:t>
      </w:r>
      <w:r>
        <w:rPr>
          <w:b w:val="0"/>
          <w:i w:val="0"/>
          <w:smallCaps w:val="0"/>
          <w:strike w:val="0"/>
          <w:sz w:val="22"/>
          <w:highlight w:val="cyan"/>
          <w:u w:val="single"/>
        </w:rPr>
        <w:t>is to</w:t>
      </w:r>
      <w:r>
        <w:rPr>
          <w:b w:val="0"/>
          <w:i w:val="0"/>
          <w:smallCaps w:val="0"/>
          <w:strike w:val="0"/>
          <w:sz w:val="16"/>
          <w:u w:val="none"/>
        </w:rPr>
        <w:t xml:space="preserve"> </w:t>
      </w:r>
      <w:r>
        <w:rPr>
          <w:b/>
          <w:i w:val="0"/>
          <w:smallCaps w:val="0"/>
          <w:strike w:val="0"/>
          <w:sz w:val="22"/>
          <w:u w:val="single"/>
        </w:rPr>
        <w:t>ensure</w:t>
      </w:r>
      <w:r>
        <w:rPr>
          <w:b w:val="0"/>
          <w:i w:val="0"/>
          <w:smallCaps w:val="0"/>
          <w:strike w:val="0"/>
          <w:sz w:val="16"/>
          <w:u w:val="none"/>
        </w:rPr>
        <w:t xml:space="preserve"> </w:t>
      </w:r>
      <w:r>
        <w:rPr>
          <w:b w:val="0"/>
          <w:i w:val="0"/>
          <w:smallCaps w:val="0"/>
          <w:strike w:val="0"/>
          <w:sz w:val="22"/>
          <w:u w:val="single"/>
        </w:rPr>
        <w:t>that our</w:t>
      </w:r>
      <w:r>
        <w:rPr>
          <w:b w:val="0"/>
          <w:i w:val="0"/>
          <w:smallCaps w:val="0"/>
          <w:strike w:val="0"/>
          <w:sz w:val="16"/>
          <w:u w:val="none"/>
        </w:rPr>
        <w:t xml:space="preserve"> Middle East </w:t>
      </w:r>
      <w:r>
        <w:rPr>
          <w:b/>
          <w:i w:val="0"/>
          <w:smallCaps w:val="0"/>
          <w:strike w:val="0"/>
          <w:sz w:val="22"/>
          <w:u w:val="single"/>
        </w:rPr>
        <w:t>allies</w:t>
      </w:r>
      <w:r>
        <w:rPr>
          <w:b w:val="0"/>
          <w:i w:val="0"/>
          <w:smallCaps w:val="0"/>
          <w:strike w:val="0"/>
          <w:sz w:val="16"/>
          <w:u w:val="none"/>
        </w:rPr>
        <w:t xml:space="preserve"> </w:t>
      </w:r>
      <w:r>
        <w:rPr>
          <w:b w:val="0"/>
          <w:i w:val="0"/>
          <w:smallCaps w:val="0"/>
          <w:strike w:val="0"/>
          <w:sz w:val="22"/>
          <w:u w:val="single"/>
        </w:rPr>
        <w:t>have the</w:t>
      </w:r>
      <w:r>
        <w:rPr>
          <w:b w:val="0"/>
          <w:i w:val="0"/>
          <w:smallCaps w:val="0"/>
          <w:strike w:val="0"/>
          <w:sz w:val="16"/>
          <w:u w:val="none"/>
        </w:rPr>
        <w:t xml:space="preserve"> </w:t>
      </w:r>
      <w:r>
        <w:rPr>
          <w:b/>
          <w:i w:val="0"/>
          <w:smallCaps w:val="0"/>
          <w:strike w:val="0"/>
          <w:sz w:val="22"/>
          <w:u w:val="single"/>
        </w:rPr>
        <w:t>power to defend themselves</w:t>
      </w:r>
      <w:r>
        <w:rPr>
          <w:b w:val="0"/>
          <w:i w:val="0"/>
          <w:smallCaps w:val="0"/>
          <w:strike w:val="0"/>
          <w:sz w:val="22"/>
          <w:u w:val="single"/>
        </w:rPr>
        <w:t xml:space="preserve">. We must </w:t>
      </w:r>
      <w:r>
        <w:rPr>
          <w:b w:val="0"/>
          <w:i w:val="0"/>
          <w:smallCaps w:val="0"/>
          <w:strike w:val="0"/>
          <w:sz w:val="22"/>
          <w:highlight w:val="cyan"/>
          <w:u w:val="single"/>
        </w:rPr>
        <w:t>make</w:t>
      </w:r>
      <w:r>
        <w:rPr>
          <w:b w:val="0"/>
          <w:i w:val="0"/>
          <w:smallCaps w:val="0"/>
          <w:strike w:val="0"/>
          <w:sz w:val="22"/>
          <w:u w:val="single"/>
        </w:rPr>
        <w:t xml:space="preserve"> it</w:t>
      </w:r>
      <w:r>
        <w:rPr>
          <w:b w:val="0"/>
          <w:i w:val="0"/>
          <w:smallCaps w:val="0"/>
          <w:strike w:val="0"/>
          <w:sz w:val="16"/>
          <w:u w:val="none"/>
        </w:rPr>
        <w:t xml:space="preserve"> unmistakably </w:t>
      </w:r>
      <w:r>
        <w:rPr>
          <w:b/>
          <w:i w:val="0"/>
          <w:smallCaps w:val="0"/>
          <w:strike w:val="0"/>
          <w:sz w:val="22"/>
          <w:u w:val="single"/>
        </w:rPr>
        <w:t>clear</w:t>
      </w:r>
      <w:r>
        <w:rPr>
          <w:b w:val="0"/>
          <w:i w:val="0"/>
          <w:smallCaps w:val="0"/>
          <w:strike w:val="0"/>
          <w:sz w:val="16"/>
          <w:u w:val="none"/>
        </w:rPr>
        <w:t xml:space="preserve"> </w:t>
      </w:r>
      <w:r>
        <w:rPr>
          <w:b w:val="0"/>
          <w:i w:val="0"/>
          <w:smallCaps w:val="0"/>
          <w:strike w:val="0"/>
          <w:sz w:val="22"/>
          <w:u w:val="single"/>
        </w:rPr>
        <w:t>that we will</w:t>
      </w:r>
      <w:r>
        <w:rPr>
          <w:b w:val="0"/>
          <w:i w:val="0"/>
          <w:smallCaps w:val="0"/>
          <w:strike w:val="0"/>
          <w:sz w:val="16"/>
          <w:u w:val="none"/>
        </w:rPr>
        <w:t xml:space="preserve"> </w:t>
      </w:r>
      <w:r>
        <w:rPr>
          <w:b/>
          <w:i w:val="0"/>
          <w:smallCaps w:val="0"/>
          <w:strike w:val="0"/>
          <w:sz w:val="22"/>
          <w:u w:val="single"/>
        </w:rPr>
        <w:t>ensure</w:t>
      </w:r>
      <w:r>
        <w:rPr>
          <w:b w:val="0"/>
          <w:i w:val="0"/>
          <w:smallCaps w:val="0"/>
          <w:strike w:val="0"/>
          <w:sz w:val="16"/>
          <w:u w:val="none"/>
        </w:rPr>
        <w:t xml:space="preserve"> </w:t>
      </w:r>
      <w:r>
        <w:rPr>
          <w:b w:val="0"/>
          <w:i w:val="0"/>
          <w:smallCaps w:val="0"/>
          <w:strike w:val="0"/>
          <w:sz w:val="22"/>
          <w:highlight w:val="cyan"/>
          <w:u w:val="single"/>
        </w:rPr>
        <w:t>our</w:t>
      </w:r>
      <w:r>
        <w:rPr>
          <w:b w:val="0"/>
          <w:i w:val="0"/>
          <w:smallCaps w:val="0"/>
          <w:strike w:val="0"/>
          <w:sz w:val="16"/>
          <w:highlight w:val="cyan"/>
          <w:u w:val="none"/>
        </w:rPr>
        <w:t xml:space="preserve"> </w:t>
      </w:r>
      <w:r>
        <w:rPr>
          <w:b/>
          <w:i w:val="0"/>
          <w:smallCaps w:val="0"/>
          <w:strike w:val="0"/>
          <w:sz w:val="22"/>
          <w:highlight w:val="cyan"/>
          <w:u w:val="single"/>
        </w:rPr>
        <w:t>allies win</w:t>
      </w:r>
      <w:r>
        <w:rPr>
          <w:b w:val="0"/>
          <w:i w:val="0"/>
          <w:smallCaps w:val="0"/>
          <w:strike w:val="0"/>
          <w:sz w:val="16"/>
          <w:u w:val="none"/>
        </w:rPr>
        <w:t xml:space="preserve"> should hostilities break out. Nothing else will do.</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