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US-Iran war </w:t>
      </w:r>
      <w:r>
        <w:rPr>
          <w:b/>
          <w:i w:val="0"/>
          <w:smallCaps w:val="0"/>
          <w:strike w:val="0"/>
          <w:sz w:val="26"/>
          <w:u w:val="single"/>
        </w:rPr>
        <w:t>alone</w:t>
      </w:r>
      <w:r>
        <w:rPr>
          <w:b/>
          <w:i w:val="0"/>
          <w:smallCaps w:val="0"/>
          <w:strike w:val="0"/>
          <w:sz w:val="26"/>
          <w:u w:val="none"/>
        </w:rPr>
        <w:t xml:space="preserve"> causes </w:t>
      </w:r>
      <w:r>
        <w:rPr>
          <w:b/>
          <w:i w:val="0"/>
          <w:smallCaps w:val="0"/>
          <w:strike w:val="0"/>
          <w:sz w:val="26"/>
          <w:u w:val="single"/>
        </w:rPr>
        <w:t>extinction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Dr. John </w:t>
      </w:r>
      <w:r>
        <w:rPr>
          <w:b/>
          <w:i w:val="0"/>
          <w:smallCaps w:val="0"/>
          <w:strike w:val="0"/>
          <w:sz w:val="26"/>
          <w:u w:val="none"/>
        </w:rPr>
        <w:t>Avery 13</w:t>
      </w:r>
      <w:r>
        <w:rPr>
          <w:b w:val="0"/>
          <w:i w:val="0"/>
          <w:smallCaps w:val="0"/>
          <w:strike w:val="0"/>
          <w:u w:val="none"/>
        </w:rPr>
        <w:t xml:space="preserve">, PhD from the University of London, </w:t>
      </w:r>
      <w:r>
        <w:rPr>
          <w:b w:val="0"/>
          <w:i w:val="0"/>
          <w:smallCaps w:val="0"/>
          <w:strike w:val="0"/>
          <w:u w:val="none"/>
        </w:rPr>
        <w:t>Lektor</w:t>
      </w:r>
      <w:r>
        <w:rPr>
          <w:b w:val="0"/>
          <w:i w:val="0"/>
          <w:smallCaps w:val="0"/>
          <w:strike w:val="0"/>
          <w:u w:val="none"/>
        </w:rPr>
        <w:t xml:space="preserve"> Emeritus, Associate Professor, at the Department of Chemistry at the University of Copenhagen, Contact Person in Denmark for Pugwash Conferences on Science and World Affairs, “An Attack </w:t>
      </w:r>
      <w:r>
        <w:rPr>
          <w:b w:val="0"/>
          <w:i w:val="0"/>
          <w:smallCaps w:val="0"/>
          <w:strike w:val="0"/>
          <w:u w:val="none"/>
        </w:rPr>
        <w:t>On</w:t>
      </w:r>
      <w:r>
        <w:rPr>
          <w:b w:val="0"/>
          <w:i w:val="0"/>
          <w:smallCaps w:val="0"/>
          <w:strike w:val="0"/>
          <w:u w:val="none"/>
        </w:rPr>
        <w:t xml:space="preserve"> Iran Could Escalate Into Global Nuclear War”, Counter Currents, 11/6/2013, https://www.countercurrents.org/avery061113.htm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As we approach the 100th anniversary World War I, we should remember that this colossal disaster escalated uncontrollably from what was intended to be a minor conflict. There is a danger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 attack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Iran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escalate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large-scale war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Middle East,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entirely destabilizing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region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is already deep in problems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unstable government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Pakistan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might be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overthrown</w:t>
      </w:r>
      <w:r>
        <w:rPr>
          <w:b w:val="0"/>
          <w:i w:val="0"/>
          <w:smallCaps w:val="0"/>
          <w:strike w:val="0"/>
          <w:sz w:val="22"/>
          <w:u w:val="single"/>
        </w:rPr>
        <w:t>,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revolutionary Pakistani government might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war on the side of Iran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thus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introducing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nuc</w:t>
      </w:r>
      <w:r>
        <w:rPr>
          <w:b/>
          <w:i w:val="0"/>
          <w:smallCaps w:val="0"/>
          <w:strike w:val="0"/>
          <w:sz w:val="22"/>
          <w:u w:val="single"/>
        </w:rPr>
        <w:t>lear weapon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into the conflict.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Russia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China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firm allies of Iran,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might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be drawn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to a general war in the Middle East. Since much of the world's oil comes from the region, such </w:t>
      </w:r>
      <w:r>
        <w:rPr>
          <w:b w:val="0"/>
          <w:i w:val="0"/>
          <w:smallCaps w:val="0"/>
          <w:strike w:val="0"/>
          <w:sz w:val="22"/>
          <w:u w:val="single"/>
        </w:rPr>
        <w:t>a war would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certainly </w:t>
      </w:r>
      <w:r>
        <w:rPr>
          <w:b w:val="0"/>
          <w:i w:val="0"/>
          <w:smallCaps w:val="0"/>
          <w:strike w:val="0"/>
          <w:sz w:val="22"/>
          <w:u w:val="single"/>
        </w:rPr>
        <w:t>cause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price of oil to reach unheard-of heights, with </w:t>
      </w:r>
      <w:r>
        <w:rPr>
          <w:b w:val="0"/>
          <w:i w:val="0"/>
          <w:smallCaps w:val="0"/>
          <w:strike w:val="0"/>
          <w:sz w:val="22"/>
          <w:u w:val="single"/>
        </w:rPr>
        <w:t>catastrophic effects on the global economy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the dangerous situation that could potentially result from an attack on Iran, there is a risk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nuc</w:t>
      </w:r>
      <w:r>
        <w:rPr>
          <w:b w:val="0"/>
          <w:i w:val="0"/>
          <w:smallCaps w:val="0"/>
          <w:strike w:val="0"/>
          <w:sz w:val="22"/>
          <w:u w:val="single"/>
        </w:rPr>
        <w:t>lear weapon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would be used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either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intentionally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or by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accident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miscalc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ulation. Recent research has shown that besides making large areas of the world uninhabitable through long-lasting radioactive </w:t>
      </w:r>
      <w:r>
        <w:rPr>
          <w:b/>
          <w:i w:val="0"/>
          <w:smallCaps w:val="0"/>
          <w:strike w:val="0"/>
          <w:sz w:val="22"/>
          <w:u w:val="single"/>
        </w:rPr>
        <w:t>contamination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 nuclear war would damage global </w:t>
      </w:r>
      <w:r>
        <w:rPr>
          <w:b/>
          <w:i w:val="0"/>
          <w:smallCaps w:val="0"/>
          <w:strike w:val="0"/>
          <w:sz w:val="22"/>
          <w:u w:val="single"/>
        </w:rPr>
        <w:t>ag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riculture to such </w:t>
      </w:r>
      <w:r>
        <w:rPr>
          <w:b w:val="0"/>
          <w:i w:val="0"/>
          <w:smallCaps w:val="0"/>
          <w:strike w:val="0"/>
          <w:sz w:val="22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extent that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global famine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previously unknown proportions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would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result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Thus, </w:t>
      </w:r>
      <w:r>
        <w:rPr>
          <w:b w:val="0"/>
          <w:i w:val="0"/>
          <w:smallCaps w:val="0"/>
          <w:strike w:val="0"/>
          <w:sz w:val="22"/>
          <w:u w:val="single"/>
        </w:rPr>
        <w:t>nuclear war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the ultimate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eco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logical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catastrophe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destroy</w:t>
      </w:r>
      <w:r>
        <w:rPr>
          <w:b/>
          <w:i w:val="0"/>
          <w:smallCaps w:val="0"/>
          <w:strike w:val="0"/>
          <w:sz w:val="22"/>
          <w:u w:val="single"/>
        </w:rPr>
        <w:t xml:space="preserve"> human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civilization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much of the biosphere. To risk such a war would be an unforgivable offense against the lives and future of all the peoples of the world, US citizens included.</w:t>
      </w:r>
    </w:p>
    <w:p>
      <w:pPr>
        <w:pStyle w:val="Caption"/>
      </w:pPr>
      <w:r>
        <w:t>Source: Elections DA Harris Supplement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