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Unchecked Gaza escalation causes </w:t>
      </w:r>
      <w:r>
        <w:rPr>
          <w:b/>
          <w:i w:val="0"/>
          <w:smallCaps w:val="0"/>
          <w:strike w:val="0"/>
          <w:sz w:val="26"/>
          <w:u w:val="single"/>
        </w:rPr>
        <w:t>extinction</w:t>
      </w:r>
      <w:r>
        <w:rPr>
          <w:b/>
          <w:i w:val="0"/>
          <w:smallCaps w:val="0"/>
          <w:strike w:val="0"/>
          <w:sz w:val="26"/>
          <w:u w:val="none"/>
        </w:rPr>
        <w:t xml:space="preserve">. </w:t>
      </w:r>
    </w:p>
    <w:p>
      <w:pPr>
        <w:spacing w:after="80"/>
      </w:pPr>
      <w:r>
        <w:rPr>
          <w:b w:val="0"/>
          <w:i w:val="0"/>
          <w:smallCaps w:val="0"/>
          <w:strike w:val="0"/>
          <w:u w:val="none"/>
        </w:rPr>
        <w:t xml:space="preserve">Bernie V. </w:t>
      </w:r>
      <w:r>
        <w:rPr>
          <w:b/>
          <w:i w:val="0"/>
          <w:smallCaps w:val="0"/>
          <w:strike w:val="0"/>
          <w:sz w:val="26"/>
          <w:u w:val="none"/>
        </w:rPr>
        <w:t>Lopez 10/27</w:t>
      </w:r>
      <w:r>
        <w:rPr>
          <w:b w:val="0"/>
          <w:i w:val="0"/>
          <w:smallCaps w:val="0"/>
          <w:strike w:val="0"/>
          <w:u w:val="none"/>
        </w:rPr>
        <w:t>, professor in the Master’s program of the Ateneo Graduate School of Business and the undergraduate programs of several other schools, Communications Consultant for Philippine development projects funded by the USAID, AUSAID, ADB, and World Bank, Bachelor of Arts degree in Mathematics from the Ateneo de Manila University, documentary film maker, freelance training consultant for corporations and government institutions, “Gaza genocide may trigger nuke war,” Daily Tribune, 10/27/23, https://tribune.net.ph/2023/10/gaza-genocide-may-trigger-nuke-war/</w:t>
      </w:r>
    </w:p>
    <w:p>
      <w:pPr>
        <w:spacing w:after="60"/>
      </w:pPr>
      <w:r>
        <w:rPr>
          <w:b w:val="0"/>
          <w:i w:val="0"/>
          <w:smallCaps w:val="0"/>
          <w:strike w:val="0"/>
          <w:sz w:val="22"/>
          <w:u w:val="single"/>
        </w:rPr>
        <w:t>Rocket attacks on</w:t>
      </w:r>
      <w:r>
        <w:rPr>
          <w:b w:val="0"/>
          <w:i w:val="0"/>
          <w:smallCaps w:val="0"/>
          <w:strike w:val="0"/>
          <w:sz w:val="16"/>
          <w:u w:val="none"/>
        </w:rPr>
        <w:t xml:space="preserve"> </w:t>
      </w:r>
      <w:r>
        <w:rPr>
          <w:b/>
          <w:i w:val="0"/>
          <w:smallCaps w:val="0"/>
          <w:strike w:val="0"/>
          <w:sz w:val="22"/>
          <w:u w:val="single"/>
        </w:rPr>
        <w:t>U.S. bases</w:t>
      </w:r>
      <w:r>
        <w:rPr>
          <w:b w:val="0"/>
          <w:i w:val="0"/>
          <w:smallCaps w:val="0"/>
          <w:strike w:val="0"/>
          <w:sz w:val="16"/>
          <w:u w:val="none"/>
        </w:rPr>
        <w:t xml:space="preserve"> </w:t>
      </w:r>
      <w:r>
        <w:rPr>
          <w:b/>
          <w:i w:val="0"/>
          <w:smallCaps w:val="0"/>
          <w:strike w:val="0"/>
          <w:sz w:val="22"/>
          <w:u w:val="single"/>
        </w:rPr>
        <w:t>immediately ensue</w:t>
      </w:r>
      <w:r>
        <w:rPr>
          <w:b w:val="0"/>
          <w:i w:val="0"/>
          <w:smallCaps w:val="0"/>
          <w:strike w:val="0"/>
          <w:sz w:val="16"/>
          <w:u w:val="none"/>
        </w:rPr>
        <w:t xml:space="preserve">d — two in Saudi Arabia and one in Syria. Also, Iran and Saudi Arabia, historically arch enemies, are now talking to each other. The </w:t>
      </w:r>
      <w:r>
        <w:rPr>
          <w:b/>
          <w:i w:val="0"/>
          <w:smallCaps w:val="0"/>
          <w:strike w:val="0"/>
          <w:sz w:val="22"/>
          <w:highlight w:val="cyan"/>
          <w:u w:val="single"/>
        </w:rPr>
        <w:t>genocide</w:t>
      </w:r>
      <w:r>
        <w:rPr>
          <w:b w:val="0"/>
          <w:i w:val="0"/>
          <w:smallCaps w:val="0"/>
          <w:strike w:val="0"/>
          <w:sz w:val="16"/>
          <w:u w:val="none"/>
        </w:rPr>
        <w:t xml:space="preserve"> </w:t>
      </w:r>
      <w:r>
        <w:rPr>
          <w:b w:val="0"/>
          <w:i w:val="0"/>
          <w:smallCaps w:val="0"/>
          <w:strike w:val="0"/>
          <w:sz w:val="22"/>
          <w:u w:val="single"/>
        </w:rPr>
        <w:t>may unite</w:t>
      </w:r>
      <w:r>
        <w:rPr>
          <w:b w:val="0"/>
          <w:i w:val="0"/>
          <w:smallCaps w:val="0"/>
          <w:strike w:val="0"/>
          <w:sz w:val="16"/>
          <w:u w:val="none"/>
        </w:rPr>
        <w:t xml:space="preserve"> </w:t>
      </w:r>
      <w:r>
        <w:rPr>
          <w:b/>
          <w:i w:val="0"/>
          <w:smallCaps w:val="0"/>
          <w:strike w:val="0"/>
          <w:sz w:val="22"/>
          <w:u w:val="single"/>
        </w:rPr>
        <w:t>all Islamic splinters</w:t>
      </w:r>
      <w:r>
        <w:rPr>
          <w:b w:val="0"/>
          <w:i w:val="0"/>
          <w:smallCaps w:val="0"/>
          <w:strike w:val="0"/>
          <w:sz w:val="16"/>
          <w:u w:val="none"/>
        </w:rPr>
        <w:t xml:space="preserve"> </w:t>
      </w:r>
      <w:r>
        <w:rPr>
          <w:b w:val="0"/>
          <w:i w:val="0"/>
          <w:smallCaps w:val="0"/>
          <w:strike w:val="0"/>
          <w:sz w:val="22"/>
          <w:u w:val="single"/>
        </w:rPr>
        <w:t xml:space="preserve">into </w:t>
      </w:r>
      <w:r>
        <w:rPr>
          <w:b/>
          <w:i w:val="0"/>
          <w:smallCaps w:val="0"/>
          <w:strike w:val="0"/>
          <w:sz w:val="22"/>
          <w:u w:val="single"/>
        </w:rPr>
        <w:t>one</w:t>
      </w:r>
      <w:r>
        <w:rPr>
          <w:b w:val="0"/>
          <w:i w:val="0"/>
          <w:smallCaps w:val="0"/>
          <w:strike w:val="0"/>
          <w:sz w:val="16"/>
          <w:u w:val="none"/>
        </w:rPr>
        <w:t xml:space="preserve"> scary solid </w:t>
      </w:r>
      <w:r>
        <w:rPr>
          <w:b/>
          <w:i w:val="0"/>
          <w:smallCaps w:val="0"/>
          <w:strike w:val="0"/>
          <w:sz w:val="22"/>
          <w:u w:val="single"/>
        </w:rPr>
        <w:t>mass</w:t>
      </w:r>
      <w:r>
        <w:rPr>
          <w:b w:val="0"/>
          <w:i w:val="0"/>
          <w:smallCaps w:val="0"/>
          <w:strike w:val="0"/>
          <w:sz w:val="16"/>
          <w:u w:val="none"/>
        </w:rPr>
        <w:t>.</w:t>
      </w:r>
    </w:p>
    <w:p>
      <w:pPr>
        <w:spacing w:after="60"/>
      </w:pPr>
      <w:r>
        <w:rPr>
          <w:b w:val="0"/>
          <w:i w:val="0"/>
          <w:smallCaps w:val="0"/>
          <w:strike w:val="0"/>
          <w:sz w:val="16"/>
          <w:u w:val="none"/>
        </w:rPr>
        <w:t xml:space="preserve">Now,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U.S.</w:t>
      </w:r>
      <w:r>
        <w:rPr>
          <w:b w:val="0"/>
          <w:i w:val="0"/>
          <w:smallCaps w:val="0"/>
          <w:strike w:val="0"/>
          <w:sz w:val="16"/>
          <w:u w:val="none"/>
        </w:rPr>
        <w:t xml:space="preserve"> </w:t>
      </w:r>
      <w:r>
        <w:rPr>
          <w:b w:val="0"/>
          <w:i w:val="0"/>
          <w:smallCaps w:val="0"/>
          <w:strike w:val="0"/>
          <w:sz w:val="22"/>
          <w:u w:val="single"/>
        </w:rPr>
        <w:t>is</w:t>
      </w:r>
      <w:r>
        <w:rPr>
          <w:b w:val="0"/>
          <w:i w:val="0"/>
          <w:smallCaps w:val="0"/>
          <w:strike w:val="0"/>
          <w:sz w:val="16"/>
          <w:u w:val="none"/>
        </w:rPr>
        <w:t xml:space="preserve"> </w:t>
      </w:r>
      <w:r>
        <w:rPr>
          <w:b/>
          <w:i w:val="0"/>
          <w:smallCaps w:val="0"/>
          <w:strike w:val="0"/>
          <w:sz w:val="22"/>
          <w:u w:val="single"/>
        </w:rPr>
        <w:t>as much a target</w:t>
      </w:r>
      <w:r>
        <w:rPr>
          <w:b w:val="0"/>
          <w:i w:val="0"/>
          <w:smallCaps w:val="0"/>
          <w:strike w:val="0"/>
          <w:sz w:val="16"/>
          <w:u w:val="none"/>
        </w:rPr>
        <w:t xml:space="preserve"> of Islamic anger </w:t>
      </w:r>
      <w:r>
        <w:rPr>
          <w:b w:val="0"/>
          <w:i w:val="0"/>
          <w:smallCaps w:val="0"/>
          <w:strike w:val="0"/>
          <w:sz w:val="22"/>
          <w:u w:val="single"/>
        </w:rPr>
        <w:t>as</w:t>
      </w:r>
      <w:r>
        <w:rPr>
          <w:b w:val="0"/>
          <w:i w:val="0"/>
          <w:smallCaps w:val="0"/>
          <w:strike w:val="0"/>
          <w:sz w:val="16"/>
          <w:u w:val="none"/>
        </w:rPr>
        <w:t xml:space="preserve"> the </w:t>
      </w:r>
      <w:r>
        <w:rPr>
          <w:b/>
          <w:i w:val="0"/>
          <w:smallCaps w:val="0"/>
          <w:strike w:val="0"/>
          <w:sz w:val="22"/>
          <w:u w:val="single"/>
        </w:rPr>
        <w:t>Israel</w:t>
      </w:r>
      <w:r>
        <w:rPr>
          <w:b w:val="0"/>
          <w:i w:val="0"/>
          <w:smallCaps w:val="0"/>
          <w:strike w:val="0"/>
          <w:sz w:val="16"/>
          <w:u w:val="none"/>
        </w:rPr>
        <w:t xml:space="preserve">is. It was a knee-jerk diplomatic blunder by Biden, who could have played more of a referee by openly warning Israel to stop the genocide. Now, </w:t>
      </w:r>
      <w:r>
        <w:rPr>
          <w:b w:val="0"/>
          <w:i w:val="0"/>
          <w:smallCaps w:val="0"/>
          <w:strike w:val="0"/>
          <w:sz w:val="22"/>
          <w:u w:val="single"/>
        </w:rPr>
        <w:t xml:space="preserve">the U.S. </w:t>
      </w:r>
      <w:r>
        <w:rPr>
          <w:b w:val="0"/>
          <w:i w:val="0"/>
          <w:smallCaps w:val="0"/>
          <w:strike w:val="0"/>
          <w:sz w:val="22"/>
          <w:highlight w:val="cyan"/>
          <w:u w:val="single"/>
        </w:rPr>
        <w:t>is</w:t>
      </w:r>
      <w:r>
        <w:rPr>
          <w:b w:val="0"/>
          <w:i w:val="0"/>
          <w:smallCaps w:val="0"/>
          <w:strike w:val="0"/>
          <w:sz w:val="16"/>
          <w:u w:val="none"/>
        </w:rPr>
        <w:t xml:space="preserve"> </w:t>
      </w:r>
      <w:r>
        <w:rPr>
          <w:b/>
          <w:i w:val="0"/>
          <w:smallCaps w:val="0"/>
          <w:strike w:val="0"/>
          <w:sz w:val="22"/>
          <w:u w:val="single"/>
        </w:rPr>
        <w:t>part</w:t>
      </w:r>
      <w:r>
        <w:rPr>
          <w:b w:val="0"/>
          <w:i w:val="0"/>
          <w:smallCaps w:val="0"/>
          <w:strike w:val="0"/>
          <w:sz w:val="16"/>
          <w:u w:val="none"/>
        </w:rPr>
        <w:t xml:space="preserve"> </w:t>
      </w:r>
      <w:r>
        <w:rPr>
          <w:b w:val="0"/>
          <w:i w:val="0"/>
          <w:smallCaps w:val="0"/>
          <w:strike w:val="0"/>
          <w:sz w:val="22"/>
          <w:u w:val="single"/>
        </w:rPr>
        <w:t>of that</w:t>
      </w:r>
      <w:r>
        <w:rPr>
          <w:b w:val="0"/>
          <w:i w:val="0"/>
          <w:smallCaps w:val="0"/>
          <w:strike w:val="0"/>
          <w:sz w:val="16"/>
          <w:u w:val="none"/>
        </w:rPr>
        <w:t xml:space="preserve"> </w:t>
      </w:r>
      <w:r>
        <w:rPr>
          <w:b/>
          <w:i w:val="0"/>
          <w:smallCaps w:val="0"/>
          <w:strike w:val="0"/>
          <w:sz w:val="22"/>
          <w:u w:val="single"/>
        </w:rPr>
        <w:t>genocide</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16"/>
          <w:highlight w:val="cyan"/>
          <w:u w:val="none"/>
        </w:rPr>
        <w:t xml:space="preserve"> </w:t>
      </w:r>
      <w:r>
        <w:rPr>
          <w:b/>
          <w:i w:val="0"/>
          <w:smallCaps w:val="0"/>
          <w:strike w:val="0"/>
          <w:sz w:val="22"/>
          <w:highlight w:val="cyan"/>
          <w:u w:val="single"/>
        </w:rPr>
        <w:t>critical ingredient</w:t>
      </w:r>
      <w:r>
        <w:rPr>
          <w:b w:val="0"/>
          <w:i w:val="0"/>
          <w:smallCaps w:val="0"/>
          <w:strike w:val="0"/>
          <w:sz w:val="16"/>
          <w:highlight w:val="cyan"/>
          <w:u w:val="none"/>
        </w:rPr>
        <w:t xml:space="preserve"> </w:t>
      </w:r>
      <w:r>
        <w:rPr>
          <w:b w:val="0"/>
          <w:i w:val="0"/>
          <w:smallCaps w:val="0"/>
          <w:strike w:val="0"/>
          <w:sz w:val="22"/>
          <w:highlight w:val="cyan"/>
          <w:u w:val="single"/>
        </w:rPr>
        <w:t>to</w:t>
      </w:r>
      <w:r>
        <w:rPr>
          <w:b w:val="0"/>
          <w:i w:val="0"/>
          <w:smallCaps w:val="0"/>
          <w:strike w:val="0"/>
          <w:sz w:val="22"/>
          <w:u w:val="single"/>
        </w:rPr>
        <w:t xml:space="preserve"> a</w:t>
      </w:r>
      <w:r>
        <w:rPr>
          <w:b w:val="0"/>
          <w:i w:val="0"/>
          <w:smallCaps w:val="0"/>
          <w:strike w:val="0"/>
          <w:sz w:val="16"/>
          <w:u w:val="none"/>
        </w:rPr>
        <w:t xml:space="preserve"> </w:t>
      </w:r>
      <w:r>
        <w:rPr>
          <w:b/>
          <w:i w:val="0"/>
          <w:smallCaps w:val="0"/>
          <w:strike w:val="0"/>
          <w:sz w:val="22"/>
          <w:u w:val="single"/>
        </w:rPr>
        <w:t xml:space="preserve">possible </w:t>
      </w:r>
      <w:r>
        <w:rPr>
          <w:b/>
          <w:i w:val="0"/>
          <w:smallCaps w:val="0"/>
          <w:strike w:val="0"/>
          <w:sz w:val="22"/>
          <w:highlight w:val="cyan"/>
          <w:u w:val="single"/>
        </w:rPr>
        <w:t>nuclear war</w:t>
      </w:r>
      <w:r>
        <w:rPr>
          <w:b w:val="0"/>
          <w:i w:val="0"/>
          <w:smallCaps w:val="0"/>
          <w:strike w:val="0"/>
          <w:sz w:val="16"/>
          <w:u w:val="none"/>
        </w:rPr>
        <w:t>.</w:t>
      </w:r>
    </w:p>
    <w:p>
      <w:pPr>
        <w:spacing w:after="60"/>
      </w:pPr>
      <w:r>
        <w:rPr>
          <w:b w:val="0"/>
          <w:i w:val="0"/>
          <w:smallCaps w:val="0"/>
          <w:strike w:val="0"/>
          <w:sz w:val="22"/>
          <w:u w:val="single"/>
        </w:rPr>
        <w:t>As the</w:t>
      </w:r>
      <w:r>
        <w:rPr>
          <w:b w:val="0"/>
          <w:i w:val="0"/>
          <w:smallCaps w:val="0"/>
          <w:strike w:val="0"/>
          <w:sz w:val="16"/>
          <w:u w:val="none"/>
        </w:rPr>
        <w:t xml:space="preserve"> </w:t>
      </w:r>
      <w:r>
        <w:rPr>
          <w:b/>
          <w:i w:val="0"/>
          <w:smallCaps w:val="0"/>
          <w:strike w:val="0"/>
          <w:sz w:val="22"/>
          <w:u w:val="single"/>
        </w:rPr>
        <w:t>reality</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w:t>
      </w:r>
      <w:r>
        <w:rPr>
          <w:b/>
          <w:i w:val="0"/>
          <w:smallCaps w:val="0"/>
          <w:strike w:val="0"/>
          <w:sz w:val="22"/>
          <w:u w:val="single"/>
        </w:rPr>
        <w:t>genocide</w:t>
      </w:r>
      <w:r>
        <w:rPr>
          <w:b w:val="0"/>
          <w:i w:val="0"/>
          <w:smallCaps w:val="0"/>
          <w:strike w:val="0"/>
          <w:sz w:val="16"/>
          <w:u w:val="none"/>
        </w:rPr>
        <w:t xml:space="preserve"> </w:t>
      </w:r>
      <w:r>
        <w:rPr>
          <w:b/>
          <w:i w:val="0"/>
          <w:smallCaps w:val="0"/>
          <w:strike w:val="0"/>
          <w:sz w:val="22"/>
          <w:u w:val="single"/>
        </w:rPr>
        <w:t>emerges</w:t>
      </w:r>
      <w:r>
        <w:rPr>
          <w:b w:val="0"/>
          <w:i w:val="0"/>
          <w:smallCaps w:val="0"/>
          <w:strike w:val="0"/>
          <w:sz w:val="22"/>
          <w:u w:val="single"/>
        </w:rPr>
        <w:t>, it is</w:t>
      </w:r>
      <w:r>
        <w:rPr>
          <w:b w:val="0"/>
          <w:i w:val="0"/>
          <w:smallCaps w:val="0"/>
          <w:strike w:val="0"/>
          <w:sz w:val="16"/>
          <w:u w:val="none"/>
        </w:rPr>
        <w:t xml:space="preserve"> </w:t>
      </w:r>
      <w:r>
        <w:rPr>
          <w:b/>
          <w:i w:val="0"/>
          <w:smallCaps w:val="0"/>
          <w:strike w:val="0"/>
          <w:sz w:val="22"/>
          <w:u w:val="single"/>
        </w:rPr>
        <w:t>inevitable</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w:t>
      </w:r>
      <w:r>
        <w:rPr>
          <w:b/>
          <w:i w:val="0"/>
          <w:smallCaps w:val="0"/>
          <w:strike w:val="0"/>
          <w:sz w:val="22"/>
          <w:highlight w:val="cyan"/>
          <w:u w:val="single"/>
        </w:rPr>
        <w:t>Iran</w:t>
      </w:r>
      <w:r>
        <w:rPr>
          <w:b w:val="0"/>
          <w:i w:val="0"/>
          <w:smallCaps w:val="0"/>
          <w:strike w:val="0"/>
          <w:sz w:val="16"/>
          <w:u w:val="none"/>
        </w:rPr>
        <w:t xml:space="preserve"> and the Arabs </w:t>
      </w:r>
      <w:r>
        <w:rPr>
          <w:b w:val="0"/>
          <w:i w:val="0"/>
          <w:smallCaps w:val="0"/>
          <w:strike w:val="0"/>
          <w:sz w:val="22"/>
          <w:highlight w:val="cyan"/>
          <w:u w:val="single"/>
        </w:rPr>
        <w:t>to make a</w:t>
      </w:r>
      <w:r>
        <w:rPr>
          <w:b w:val="0"/>
          <w:i w:val="0"/>
          <w:smallCaps w:val="0"/>
          <w:strike w:val="0"/>
          <w:sz w:val="16"/>
          <w:highlight w:val="cyan"/>
          <w:u w:val="none"/>
        </w:rPr>
        <w:t xml:space="preserve"> </w:t>
      </w:r>
      <w:r>
        <w:rPr>
          <w:b/>
          <w:i w:val="0"/>
          <w:smallCaps w:val="0"/>
          <w:strike w:val="0"/>
          <w:sz w:val="22"/>
          <w:highlight w:val="cyan"/>
          <w:u w:val="single"/>
        </w:rPr>
        <w:t>vicious response</w:t>
      </w:r>
      <w:r>
        <w:rPr>
          <w:b w:val="0"/>
          <w:i w:val="0"/>
          <w:smallCaps w:val="0"/>
          <w:strike w:val="0"/>
          <w:sz w:val="16"/>
          <w:u w:val="none"/>
        </w:rPr>
        <w:t>.</w:t>
      </w:r>
    </w:p>
    <w:p>
      <w:pPr>
        <w:spacing w:after="60"/>
      </w:pPr>
      <w:r>
        <w:rPr>
          <w:b w:val="0"/>
          <w:i w:val="0"/>
          <w:smallCaps w:val="0"/>
          <w:strike w:val="0"/>
          <w:sz w:val="16"/>
          <w:u w:val="none"/>
        </w:rPr>
        <w:t xml:space="preserve">There are protests in Israel against Netanyahu’s war moves, but the peacemakers are overwhelmed by the screams of the bloodthirsty. The genocide is virtually unstoppable. The Arab-Iran response may trigger a nuclear war </w:t>
      </w:r>
      <w:r>
        <w:rPr>
          <w:b w:val="0"/>
          <w:i w:val="0"/>
          <w:smallCaps w:val="0"/>
          <w:strike w:val="0"/>
          <w:sz w:val="22"/>
          <w:highlight w:val="cyan"/>
          <w:u w:val="single"/>
        </w:rPr>
        <w:t>if Israel is</w:t>
      </w:r>
      <w:r>
        <w:rPr>
          <w:b w:val="0"/>
          <w:i w:val="0"/>
          <w:smallCaps w:val="0"/>
          <w:strike w:val="0"/>
          <w:sz w:val="16"/>
          <w:highlight w:val="cyan"/>
          <w:u w:val="none"/>
        </w:rPr>
        <w:t xml:space="preserve"> </w:t>
      </w:r>
      <w:r>
        <w:rPr>
          <w:b/>
          <w:i w:val="0"/>
          <w:smallCaps w:val="0"/>
          <w:strike w:val="0"/>
          <w:sz w:val="22"/>
          <w:highlight w:val="cyan"/>
          <w:u w:val="single"/>
        </w:rPr>
        <w:t>“cornered.”</w:t>
      </w:r>
    </w:p>
    <w:p>
      <w:pPr>
        <w:spacing w:after="60"/>
      </w:pPr>
      <w:r>
        <w:rPr>
          <w:b w:val="0"/>
          <w:i w:val="0"/>
          <w:smallCaps w:val="0"/>
          <w:strike w:val="0"/>
          <w:sz w:val="22"/>
          <w:highlight w:val="cyan"/>
          <w:u w:val="single"/>
        </w:rPr>
        <w:t>The U.S. will</w:t>
      </w:r>
      <w:r>
        <w:rPr>
          <w:b w:val="0"/>
          <w:i w:val="0"/>
          <w:smallCaps w:val="0"/>
          <w:strike w:val="0"/>
          <w:sz w:val="16"/>
          <w:highlight w:val="cyan"/>
          <w:u w:val="none"/>
        </w:rPr>
        <w:t xml:space="preserve"> </w:t>
      </w:r>
      <w:r>
        <w:rPr>
          <w:b/>
          <w:i w:val="0"/>
          <w:smallCaps w:val="0"/>
          <w:strike w:val="0"/>
          <w:sz w:val="22"/>
          <w:highlight w:val="cyan"/>
          <w:u w:val="single"/>
        </w:rPr>
        <w:t>use</w:t>
      </w:r>
      <w:r>
        <w:rPr>
          <w:b w:val="0"/>
          <w:i w:val="0"/>
          <w:smallCaps w:val="0"/>
          <w:strike w:val="0"/>
          <w:sz w:val="16"/>
          <w:u w:val="none"/>
        </w:rPr>
        <w:t xml:space="preserve"> its </w:t>
      </w:r>
      <w:r>
        <w:rPr>
          <w:b/>
          <w:i w:val="0"/>
          <w:smallCaps w:val="0"/>
          <w:strike w:val="0"/>
          <w:sz w:val="22"/>
          <w:highlight w:val="cyan"/>
          <w:u w:val="single"/>
        </w:rPr>
        <w:t>carriers</w:t>
      </w:r>
      <w:r>
        <w:rPr>
          <w:b w:val="0"/>
          <w:i w:val="0"/>
          <w:smallCaps w:val="0"/>
          <w:strike w:val="0"/>
          <w:sz w:val="16"/>
          <w:u w:val="none"/>
        </w:rPr>
        <w:t xml:space="preserve"> </w:t>
      </w:r>
      <w:r>
        <w:rPr>
          <w:b w:val="0"/>
          <w:i w:val="0"/>
          <w:smallCaps w:val="0"/>
          <w:strike w:val="0"/>
          <w:sz w:val="22"/>
          <w:highlight w:val="cyan"/>
          <w:u w:val="single"/>
        </w:rPr>
        <w:t>to</w:t>
      </w:r>
      <w:r>
        <w:rPr>
          <w:b w:val="0"/>
          <w:i w:val="0"/>
          <w:smallCaps w:val="0"/>
          <w:strike w:val="0"/>
          <w:sz w:val="16"/>
          <w:highlight w:val="cyan"/>
          <w:u w:val="none"/>
        </w:rPr>
        <w:t xml:space="preserve"> </w:t>
      </w:r>
      <w:r>
        <w:rPr>
          <w:b/>
          <w:i w:val="0"/>
          <w:smallCaps w:val="0"/>
          <w:strike w:val="0"/>
          <w:sz w:val="22"/>
          <w:highlight w:val="cyan"/>
          <w:u w:val="single"/>
        </w:rPr>
        <w:t>attack Iran</w:t>
      </w:r>
      <w:r>
        <w:rPr>
          <w:b w:val="0"/>
          <w:i w:val="0"/>
          <w:smallCaps w:val="0"/>
          <w:strike w:val="0"/>
          <w:sz w:val="22"/>
          <w:highlight w:val="cyan"/>
          <w:u w:val="single"/>
        </w:rPr>
        <w:t>. These</w:t>
      </w:r>
      <w:r>
        <w:rPr>
          <w:b w:val="0"/>
          <w:i w:val="0"/>
          <w:smallCaps w:val="0"/>
          <w:strike w:val="0"/>
          <w:sz w:val="22"/>
          <w:u w:val="single"/>
        </w:rPr>
        <w:t xml:space="preserve"> carriers </w:t>
      </w:r>
      <w:r>
        <w:rPr>
          <w:b w:val="0"/>
          <w:i w:val="0"/>
          <w:smallCaps w:val="0"/>
          <w:strike w:val="0"/>
          <w:sz w:val="22"/>
          <w:highlight w:val="cyan"/>
          <w:u w:val="single"/>
        </w:rPr>
        <w:t>can</w:t>
      </w:r>
      <w:r>
        <w:rPr>
          <w:b w:val="0"/>
          <w:i w:val="0"/>
          <w:smallCaps w:val="0"/>
          <w:strike w:val="0"/>
          <w:sz w:val="22"/>
          <w:u w:val="single"/>
        </w:rPr>
        <w:t xml:space="preserve"> </w:t>
      </w:r>
      <w:r>
        <w:rPr>
          <w:b/>
          <w:i w:val="0"/>
          <w:smallCaps w:val="0"/>
          <w:strike w:val="0"/>
          <w:sz w:val="22"/>
          <w:u w:val="single"/>
        </w:rPr>
        <w:t xml:space="preserve">quickly </w:t>
      </w:r>
      <w:r>
        <w:rPr>
          <w:b/>
          <w:i w:val="0"/>
          <w:smallCaps w:val="0"/>
          <w:strike w:val="0"/>
          <w:sz w:val="22"/>
          <w:highlight w:val="cyan"/>
          <w:u w:val="single"/>
        </w:rPr>
        <w:t>be taken out</w:t>
      </w:r>
      <w:r>
        <w:rPr>
          <w:b w:val="0"/>
          <w:i w:val="0"/>
          <w:smallCaps w:val="0"/>
          <w:strike w:val="0"/>
          <w:sz w:val="16"/>
          <w:highlight w:val="cyan"/>
          <w:u w:val="none"/>
        </w:rPr>
        <w:t xml:space="preserve"> </w:t>
      </w:r>
      <w:r>
        <w:rPr>
          <w:b w:val="0"/>
          <w:i w:val="0"/>
          <w:smallCaps w:val="0"/>
          <w:strike w:val="0"/>
          <w:sz w:val="22"/>
          <w:highlight w:val="cyan"/>
          <w:u w:val="single"/>
        </w:rPr>
        <w:t>by a</w:t>
      </w:r>
      <w:r>
        <w:rPr>
          <w:b w:val="0"/>
          <w:i w:val="0"/>
          <w:smallCaps w:val="0"/>
          <w:strike w:val="0"/>
          <w:sz w:val="16"/>
          <w:highlight w:val="cyan"/>
          <w:u w:val="none"/>
        </w:rPr>
        <w:t xml:space="preserve"> </w:t>
      </w:r>
      <w:r>
        <w:rPr>
          <w:b/>
          <w:i w:val="0"/>
          <w:smallCaps w:val="0"/>
          <w:strike w:val="0"/>
          <w:sz w:val="22"/>
          <w:highlight w:val="cyan"/>
          <w:u w:val="single"/>
        </w:rPr>
        <w:t>massive rain</w:t>
      </w:r>
      <w:r>
        <w:rPr>
          <w:b w:val="0"/>
          <w:i w:val="0"/>
          <w:smallCaps w:val="0"/>
          <w:strike w:val="0"/>
          <w:sz w:val="16"/>
          <w:highlight w:val="cyan"/>
          <w:u w:val="none"/>
        </w:rPr>
        <w:t xml:space="preserve"> </w:t>
      </w:r>
      <w:r>
        <w:rPr>
          <w:b w:val="0"/>
          <w:i w:val="0"/>
          <w:smallCaps w:val="0"/>
          <w:strike w:val="0"/>
          <w:sz w:val="22"/>
          <w:highlight w:val="cyan"/>
          <w:u w:val="single"/>
        </w:rPr>
        <w:t>of</w:t>
      </w:r>
      <w:r>
        <w:rPr>
          <w:b w:val="0"/>
          <w:i w:val="0"/>
          <w:smallCaps w:val="0"/>
          <w:strike w:val="0"/>
          <w:sz w:val="16"/>
          <w:u w:val="none"/>
        </w:rPr>
        <w:t xml:space="preserve"> </w:t>
      </w:r>
      <w:r>
        <w:rPr>
          <w:b/>
          <w:i w:val="0"/>
          <w:smallCaps w:val="0"/>
          <w:strike w:val="0"/>
          <w:sz w:val="22"/>
          <w:u w:val="single"/>
        </w:rPr>
        <w:t>Iranian</w:t>
      </w:r>
      <w:r>
        <w:rPr>
          <w:b w:val="0"/>
          <w:i w:val="0"/>
          <w:smallCaps w:val="0"/>
          <w:strike w:val="0"/>
          <w:sz w:val="16"/>
          <w:u w:val="none"/>
        </w:rPr>
        <w:t xml:space="preserve"> </w:t>
      </w:r>
      <w:r>
        <w:rPr>
          <w:b/>
          <w:i w:val="0"/>
          <w:smallCaps w:val="0"/>
          <w:strike w:val="0"/>
          <w:sz w:val="22"/>
          <w:highlight w:val="cyan"/>
          <w:u w:val="single"/>
        </w:rPr>
        <w:t>hypersonic</w:t>
      </w:r>
      <w:r>
        <w:rPr>
          <w:b w:val="0"/>
          <w:i w:val="0"/>
          <w:smallCaps w:val="0"/>
          <w:strike w:val="0"/>
          <w:sz w:val="16"/>
          <w:u w:val="none"/>
        </w:rPr>
        <w:t xml:space="preserve"> missile</w:t>
      </w:r>
      <w:r>
        <w:rPr>
          <w:b/>
          <w:i w:val="0"/>
          <w:smallCaps w:val="0"/>
          <w:strike w:val="0"/>
          <w:sz w:val="22"/>
          <w:highlight w:val="cyan"/>
          <w:u w:val="single"/>
        </w:rPr>
        <w:t>s</w:t>
      </w:r>
      <w:r>
        <w:rPr>
          <w:b w:val="0"/>
          <w:i w:val="0"/>
          <w:smallCaps w:val="0"/>
          <w:strike w:val="0"/>
          <w:sz w:val="16"/>
          <w:u w:val="none"/>
        </w:rPr>
        <w:t xml:space="preserve"> </w:t>
      </w:r>
      <w:r>
        <w:rPr>
          <w:b w:val="0"/>
          <w:i w:val="0"/>
          <w:smallCaps w:val="0"/>
          <w:strike w:val="0"/>
          <w:sz w:val="22"/>
          <w:u w:val="single"/>
        </w:rPr>
        <w:t>from</w:t>
      </w:r>
      <w:r>
        <w:rPr>
          <w:b w:val="0"/>
          <w:i w:val="0"/>
          <w:smallCaps w:val="0"/>
          <w:strike w:val="0"/>
          <w:sz w:val="16"/>
          <w:u w:val="none"/>
        </w:rPr>
        <w:t xml:space="preserve"> </w:t>
      </w:r>
      <w:r>
        <w:rPr>
          <w:b/>
          <w:i w:val="0"/>
          <w:smallCaps w:val="0"/>
          <w:strike w:val="0"/>
          <w:sz w:val="22"/>
          <w:u w:val="single"/>
        </w:rPr>
        <w:t>underground silos</w:t>
      </w:r>
      <w:r>
        <w:rPr>
          <w:b w:val="0"/>
          <w:i w:val="0"/>
          <w:smallCaps w:val="0"/>
          <w:strike w:val="0"/>
          <w:sz w:val="16"/>
          <w:u w:val="none"/>
        </w:rPr>
        <w:t xml:space="preserve"> if these missiles are long-range enough to reach the carriers, </w:t>
      </w:r>
      <w:r>
        <w:rPr>
          <w:b w:val="0"/>
          <w:i w:val="0"/>
          <w:smallCaps w:val="0"/>
          <w:strike w:val="0"/>
          <w:sz w:val="22"/>
          <w:u w:val="single"/>
        </w:rPr>
        <w:t>which they will</w:t>
      </w:r>
      <w:r>
        <w:rPr>
          <w:b w:val="0"/>
          <w:i w:val="0"/>
          <w:smallCaps w:val="0"/>
          <w:strike w:val="0"/>
          <w:sz w:val="16"/>
          <w:u w:val="none"/>
        </w:rPr>
        <w:t xml:space="preserve"> </w:t>
      </w:r>
      <w:r>
        <w:rPr>
          <w:b/>
          <w:i w:val="0"/>
          <w:smallCaps w:val="0"/>
          <w:strike w:val="0"/>
          <w:sz w:val="22"/>
          <w:u w:val="single"/>
        </w:rPr>
        <w:t>not hesitate to use</w:t>
      </w:r>
      <w:r>
        <w:rPr>
          <w:b w:val="0"/>
          <w:i w:val="0"/>
          <w:smallCaps w:val="0"/>
          <w:strike w:val="0"/>
          <w:sz w:val="16"/>
          <w:u w:val="none"/>
        </w:rPr>
        <w:t xml:space="preserve"> </w:t>
      </w:r>
      <w:r>
        <w:rPr>
          <w:b w:val="0"/>
          <w:i w:val="0"/>
          <w:smallCaps w:val="0"/>
          <w:strike w:val="0"/>
          <w:sz w:val="22"/>
          <w:u w:val="single"/>
        </w:rPr>
        <w:t>in the name of</w:t>
      </w:r>
      <w:r>
        <w:rPr>
          <w:b w:val="0"/>
          <w:i w:val="0"/>
          <w:smallCaps w:val="0"/>
          <w:strike w:val="0"/>
          <w:sz w:val="16"/>
          <w:u w:val="none"/>
        </w:rPr>
        <w:t xml:space="preserve"> </w:t>
      </w:r>
      <w:r>
        <w:rPr>
          <w:b/>
          <w:i w:val="0"/>
          <w:smallCaps w:val="0"/>
          <w:strike w:val="0"/>
          <w:sz w:val="22"/>
          <w:u w:val="single"/>
        </w:rPr>
        <w:t>survival</w:t>
      </w:r>
      <w:r>
        <w:rPr>
          <w:b w:val="0"/>
          <w:i w:val="0"/>
          <w:smallCaps w:val="0"/>
          <w:strike w:val="0"/>
          <w:sz w:val="16"/>
          <w:u w:val="none"/>
        </w:rPr>
        <w:t>.</w:t>
      </w:r>
    </w:p>
    <w:p>
      <w:pPr>
        <w:spacing w:after="60"/>
      </w:pPr>
      <w:r>
        <w:rPr>
          <w:b w:val="0"/>
          <w:i w:val="0"/>
          <w:smallCaps w:val="0"/>
          <w:strike w:val="0"/>
          <w:sz w:val="22"/>
          <w:u w:val="single"/>
        </w:rPr>
        <w:t xml:space="preserve">Existential survival is </w:t>
      </w:r>
      <w:r>
        <w:rPr>
          <w:b w:val="0"/>
          <w:i w:val="0"/>
          <w:smallCaps w:val="0"/>
          <w:strike w:val="0"/>
          <w:sz w:val="22"/>
          <w:highlight w:val="cyan"/>
          <w:u w:val="single"/>
        </w:rPr>
        <w:t>the</w:t>
      </w:r>
      <w:r>
        <w:rPr>
          <w:b w:val="0"/>
          <w:i w:val="0"/>
          <w:smallCaps w:val="0"/>
          <w:strike w:val="0"/>
          <w:sz w:val="16"/>
          <w:highlight w:val="cyan"/>
          <w:u w:val="none"/>
        </w:rPr>
        <w:t xml:space="preserve"> </w:t>
      </w:r>
      <w:r>
        <w:rPr>
          <w:b/>
          <w:i w:val="0"/>
          <w:smallCaps w:val="0"/>
          <w:strike w:val="0"/>
          <w:sz w:val="22"/>
          <w:highlight w:val="cyan"/>
          <w:u w:val="single"/>
        </w:rPr>
        <w:t>catalyst</w:t>
      </w:r>
      <w:r>
        <w:rPr>
          <w:b w:val="0"/>
          <w:i w:val="0"/>
          <w:smallCaps w:val="0"/>
          <w:strike w:val="0"/>
          <w:sz w:val="16"/>
          <w:highlight w:val="cyan"/>
          <w:u w:val="none"/>
        </w:rPr>
        <w:t xml:space="preserve"> </w:t>
      </w:r>
      <w:r>
        <w:rPr>
          <w:b w:val="0"/>
          <w:i w:val="0"/>
          <w:smallCaps w:val="0"/>
          <w:strike w:val="0"/>
          <w:sz w:val="22"/>
          <w:highlight w:val="cyan"/>
          <w:u w:val="single"/>
        </w:rPr>
        <w:t>to</w:t>
      </w:r>
      <w:r>
        <w:rPr>
          <w:b w:val="0"/>
          <w:i w:val="0"/>
          <w:smallCaps w:val="0"/>
          <w:strike w:val="0"/>
          <w:sz w:val="16"/>
          <w:u w:val="none"/>
        </w:rPr>
        <w:t xml:space="preserve"> a </w:t>
      </w:r>
      <w:r>
        <w:rPr>
          <w:b/>
          <w:i w:val="0"/>
          <w:smallCaps w:val="0"/>
          <w:strike w:val="0"/>
          <w:sz w:val="22"/>
          <w:highlight w:val="cyan"/>
          <w:u w:val="single"/>
        </w:rPr>
        <w:t>nuclear holocaust</w:t>
      </w:r>
      <w:r>
        <w:rPr>
          <w:b w:val="0"/>
          <w:i w:val="0"/>
          <w:smallCaps w:val="0"/>
          <w:strike w:val="0"/>
          <w:sz w:val="22"/>
          <w:highlight w:val="cyan"/>
          <w:u w:val="single"/>
        </w:rPr>
        <w:t xml:space="preserve">. Once </w:t>
      </w:r>
      <w:r>
        <w:rPr>
          <w:b/>
          <w:i w:val="0"/>
          <w:smallCaps w:val="0"/>
          <w:strike w:val="0"/>
          <w:sz w:val="22"/>
          <w:highlight w:val="cyan"/>
          <w:u w:val="single"/>
        </w:rPr>
        <w:t>Iran</w:t>
      </w:r>
      <w:r>
        <w:rPr>
          <w:b w:val="0"/>
          <w:i w:val="0"/>
          <w:smallCaps w:val="0"/>
          <w:strike w:val="0"/>
          <w:sz w:val="22"/>
          <w:highlight w:val="cyan"/>
          <w:u w:val="single"/>
        </w:rPr>
        <w:t xml:space="preserve"> is</w:t>
      </w:r>
      <w:r>
        <w:rPr>
          <w:b w:val="0"/>
          <w:i w:val="0"/>
          <w:smallCaps w:val="0"/>
          <w:strike w:val="0"/>
          <w:sz w:val="16"/>
          <w:highlight w:val="cyan"/>
          <w:u w:val="none"/>
        </w:rPr>
        <w:t xml:space="preserve"> </w:t>
      </w:r>
      <w:r>
        <w:rPr>
          <w:b/>
          <w:i w:val="0"/>
          <w:smallCaps w:val="0"/>
          <w:strike w:val="0"/>
          <w:sz w:val="22"/>
          <w:highlight w:val="cyan"/>
          <w:u w:val="single"/>
        </w:rPr>
        <w:t>“cornered”</w:t>
      </w:r>
      <w:r>
        <w:rPr>
          <w:b w:val="0"/>
          <w:i w:val="0"/>
          <w:smallCaps w:val="0"/>
          <w:strike w:val="0"/>
          <w:sz w:val="16"/>
          <w:u w:val="none"/>
        </w:rPr>
        <w:t xml:space="preserve"> </w:t>
      </w:r>
      <w:r>
        <w:rPr>
          <w:b w:val="0"/>
          <w:i w:val="0"/>
          <w:smallCaps w:val="0"/>
          <w:strike w:val="0"/>
          <w:sz w:val="22"/>
          <w:u w:val="single"/>
        </w:rPr>
        <w:t>by a</w:t>
      </w:r>
      <w:r>
        <w:rPr>
          <w:b w:val="0"/>
          <w:i w:val="0"/>
          <w:smallCaps w:val="0"/>
          <w:strike w:val="0"/>
          <w:sz w:val="16"/>
          <w:u w:val="none"/>
        </w:rPr>
        <w:t xml:space="preserve"> </w:t>
      </w:r>
      <w:r>
        <w:rPr>
          <w:b/>
          <w:i w:val="0"/>
          <w:smallCaps w:val="0"/>
          <w:strike w:val="0"/>
          <w:sz w:val="22"/>
          <w:u w:val="single"/>
        </w:rPr>
        <w:t>U.S. counter-response</w:t>
      </w:r>
      <w:r>
        <w:rPr>
          <w:b w:val="0"/>
          <w:i w:val="0"/>
          <w:smallCaps w:val="0"/>
          <w:strike w:val="0"/>
          <w:sz w:val="22"/>
          <w:u w:val="single"/>
        </w:rPr>
        <w:t xml:space="preserve">, </w:t>
      </w:r>
      <w:r>
        <w:rPr>
          <w:b/>
          <w:i w:val="0"/>
          <w:smallCaps w:val="0"/>
          <w:strike w:val="0"/>
          <w:sz w:val="22"/>
          <w:highlight w:val="cyan"/>
          <w:u w:val="single"/>
        </w:rPr>
        <w:t>Russia</w:t>
      </w:r>
      <w:r>
        <w:rPr>
          <w:b w:val="0"/>
          <w:i w:val="0"/>
          <w:smallCaps w:val="0"/>
          <w:strike w:val="0"/>
          <w:sz w:val="16"/>
          <w:highlight w:val="cyan"/>
          <w:u w:val="none"/>
        </w:rPr>
        <w:t xml:space="preserve"> </w:t>
      </w:r>
      <w:r>
        <w:rPr>
          <w:b w:val="0"/>
          <w:i w:val="0"/>
          <w:smallCaps w:val="0"/>
          <w:strike w:val="0"/>
          <w:sz w:val="22"/>
          <w:highlight w:val="cyan"/>
          <w:u w:val="single"/>
        </w:rPr>
        <w:t xml:space="preserve">will come </w:t>
      </w:r>
      <w:r>
        <w:rPr>
          <w:b/>
          <w:i w:val="0"/>
          <w:smallCaps w:val="0"/>
          <w:strike w:val="0"/>
          <w:sz w:val="22"/>
          <w:highlight w:val="cyan"/>
          <w:u w:val="single"/>
        </w:rPr>
        <w:t>in</w:t>
      </w:r>
      <w:r>
        <w:rPr>
          <w:b w:val="0"/>
          <w:i w:val="0"/>
          <w:smallCaps w:val="0"/>
          <w:strike w:val="0"/>
          <w:sz w:val="22"/>
          <w:u w:val="single"/>
        </w:rPr>
        <w:t xml:space="preserve">to the picture, </w:t>
      </w:r>
      <w:r>
        <w:rPr>
          <w:b w:val="0"/>
          <w:i w:val="0"/>
          <w:smallCaps w:val="0"/>
          <w:strike w:val="0"/>
          <w:sz w:val="22"/>
          <w:highlight w:val="cyan"/>
          <w:u w:val="single"/>
        </w:rPr>
        <w:t>completing</w:t>
      </w:r>
      <w:r>
        <w:rPr>
          <w:b w:val="0"/>
          <w:i w:val="0"/>
          <w:smallCaps w:val="0"/>
          <w:strike w:val="0"/>
          <w:sz w:val="22"/>
          <w:u w:val="single"/>
        </w:rPr>
        <w:t xml:space="preserve"> the elements for </w:t>
      </w:r>
      <w:r>
        <w:rPr>
          <w:b w:val="0"/>
          <w:i w:val="0"/>
          <w:smallCaps w:val="0"/>
          <w:strike w:val="0"/>
          <w:sz w:val="22"/>
          <w:highlight w:val="cyan"/>
          <w:u w:val="single"/>
        </w:rPr>
        <w:t>a</w:t>
      </w:r>
      <w:r>
        <w:rPr>
          <w:b w:val="0"/>
          <w:i w:val="0"/>
          <w:smallCaps w:val="0"/>
          <w:strike w:val="0"/>
          <w:sz w:val="16"/>
          <w:highlight w:val="cyan"/>
          <w:u w:val="none"/>
        </w:rPr>
        <w:t xml:space="preserve"> </w:t>
      </w:r>
      <w:r>
        <w:rPr>
          <w:b/>
          <w:i w:val="0"/>
          <w:smallCaps w:val="0"/>
          <w:strike w:val="0"/>
          <w:sz w:val="22"/>
          <w:highlight w:val="cyan"/>
          <w:u w:val="single"/>
        </w:rPr>
        <w:t>full-blown proxy war</w:t>
      </w:r>
      <w:r>
        <w:rPr>
          <w:b w:val="0"/>
          <w:i w:val="0"/>
          <w:smallCaps w:val="0"/>
          <w:strike w:val="0"/>
          <w:sz w:val="16"/>
          <w:highlight w:val="cyan"/>
          <w:u w:val="none"/>
        </w:rPr>
        <w:t xml:space="preserve"> </w:t>
      </w:r>
      <w:r>
        <w:rPr>
          <w:b/>
          <w:i w:val="0"/>
          <w:smallCaps w:val="0"/>
          <w:strike w:val="0"/>
          <w:sz w:val="22"/>
          <w:highlight w:val="cyan"/>
          <w:u w:val="single"/>
        </w:rPr>
        <w:t>beyond imagination</w:t>
      </w:r>
      <w:r>
        <w:rPr>
          <w:b w:val="0"/>
          <w:i w:val="0"/>
          <w:smallCaps w:val="0"/>
          <w:strike w:val="0"/>
          <w:sz w:val="16"/>
          <w:u w:val="none"/>
        </w:rPr>
        <w:t>.</w:t>
      </w:r>
    </w:p>
    <w:p>
      <w:pPr>
        <w:spacing w:after="60"/>
      </w:pPr>
      <w:r>
        <w:rPr>
          <w:b w:val="0"/>
          <w:i w:val="0"/>
          <w:smallCaps w:val="0"/>
          <w:strike w:val="0"/>
          <w:sz w:val="22"/>
          <w:u w:val="single"/>
        </w:rPr>
        <w:t>Russia will</w:t>
      </w:r>
      <w:r>
        <w:rPr>
          <w:b w:val="0"/>
          <w:i w:val="0"/>
          <w:smallCaps w:val="0"/>
          <w:strike w:val="0"/>
          <w:sz w:val="16"/>
          <w:u w:val="none"/>
        </w:rPr>
        <w:t xml:space="preserve"> </w:t>
      </w:r>
      <w:r>
        <w:rPr>
          <w:b/>
          <w:i w:val="0"/>
          <w:smallCaps w:val="0"/>
          <w:strike w:val="0"/>
          <w:sz w:val="22"/>
          <w:u w:val="single"/>
        </w:rPr>
        <w:t>never permit Iran</w:t>
      </w:r>
      <w:r>
        <w:rPr>
          <w:b w:val="0"/>
          <w:i w:val="0"/>
          <w:smallCaps w:val="0"/>
          <w:strike w:val="0"/>
          <w:sz w:val="22"/>
          <w:u w:val="single"/>
        </w:rPr>
        <w:t xml:space="preserve"> to </w:t>
      </w:r>
      <w:r>
        <w:rPr>
          <w:b/>
          <w:i w:val="0"/>
          <w:smallCaps w:val="0"/>
          <w:strike w:val="0"/>
          <w:sz w:val="22"/>
          <w:u w:val="single"/>
        </w:rPr>
        <w:t>fall</w:t>
      </w:r>
      <w:r>
        <w:rPr>
          <w:b w:val="0"/>
          <w:i w:val="0"/>
          <w:smallCaps w:val="0"/>
          <w:strike w:val="0"/>
          <w:sz w:val="16"/>
          <w:u w:val="none"/>
        </w:rPr>
        <w:t xml:space="preserve"> into the hands of the U.S. </w:t>
      </w:r>
      <w:r>
        <w:rPr>
          <w:b w:val="0"/>
          <w:i w:val="0"/>
          <w:smallCaps w:val="0"/>
          <w:strike w:val="0"/>
          <w:sz w:val="22"/>
          <w:u w:val="single"/>
        </w:rPr>
        <w:t>The fall of</w:t>
      </w:r>
      <w:r>
        <w:rPr>
          <w:b w:val="0"/>
          <w:i w:val="0"/>
          <w:smallCaps w:val="0"/>
          <w:strike w:val="0"/>
          <w:sz w:val="16"/>
          <w:u w:val="none"/>
        </w:rPr>
        <w:t xml:space="preserve"> </w:t>
      </w:r>
      <w:r>
        <w:rPr>
          <w:b/>
          <w:i w:val="0"/>
          <w:smallCaps w:val="0"/>
          <w:strike w:val="0"/>
          <w:sz w:val="22"/>
          <w:u w:val="single"/>
        </w:rPr>
        <w:t>Iran</w:t>
      </w:r>
      <w:r>
        <w:rPr>
          <w:b w:val="0"/>
          <w:i w:val="0"/>
          <w:smallCaps w:val="0"/>
          <w:strike w:val="0"/>
          <w:sz w:val="16"/>
          <w:u w:val="none"/>
        </w:rPr>
        <w:t xml:space="preserve"> </w:t>
      </w:r>
      <w:r>
        <w:rPr>
          <w:b w:val="0"/>
          <w:i w:val="0"/>
          <w:smallCaps w:val="0"/>
          <w:strike w:val="0"/>
          <w:sz w:val="22"/>
          <w:u w:val="single"/>
        </w:rPr>
        <w:t>will mean the</w:t>
      </w:r>
      <w:r>
        <w:rPr>
          <w:b w:val="0"/>
          <w:i w:val="0"/>
          <w:smallCaps w:val="0"/>
          <w:strike w:val="0"/>
          <w:sz w:val="16"/>
          <w:u w:val="none"/>
        </w:rPr>
        <w:t xml:space="preserve"> </w:t>
      </w:r>
      <w:r>
        <w:rPr>
          <w:b/>
          <w:i w:val="0"/>
          <w:smallCaps w:val="0"/>
          <w:strike w:val="0"/>
          <w:sz w:val="22"/>
          <w:u w:val="single"/>
        </w:rPr>
        <w:t>fall of Russia</w:t>
      </w:r>
      <w:r>
        <w:rPr>
          <w:b w:val="0"/>
          <w:i w:val="0"/>
          <w:smallCaps w:val="0"/>
          <w:strike w:val="0"/>
          <w:sz w:val="22"/>
          <w:u w:val="single"/>
        </w:rPr>
        <w:t xml:space="preserve">. The </w:t>
      </w:r>
      <w:r>
        <w:rPr>
          <w:b/>
          <w:i w:val="0"/>
          <w:smallCaps w:val="0"/>
          <w:strike w:val="0"/>
          <w:sz w:val="22"/>
          <w:highlight w:val="cyan"/>
          <w:u w:val="single"/>
        </w:rPr>
        <w:t>Russian</w:t>
      </w:r>
      <w:r>
        <w:rPr>
          <w:b w:val="0"/>
          <w:i w:val="0"/>
          <w:smallCaps w:val="0"/>
          <w:strike w:val="0"/>
          <w:sz w:val="16"/>
          <w:highlight w:val="cyan"/>
          <w:u w:val="none"/>
        </w:rPr>
        <w:t xml:space="preserve"> </w:t>
      </w:r>
      <w:r>
        <w:rPr>
          <w:b/>
          <w:i w:val="0"/>
          <w:smallCaps w:val="0"/>
          <w:strike w:val="0"/>
          <w:sz w:val="22"/>
          <w:highlight w:val="cyan"/>
          <w:u w:val="single"/>
        </w:rPr>
        <w:t>response</w:t>
      </w:r>
      <w:r>
        <w:rPr>
          <w:b w:val="0"/>
          <w:i w:val="0"/>
          <w:smallCaps w:val="0"/>
          <w:strike w:val="0"/>
          <w:sz w:val="16"/>
          <w:highlight w:val="cyan"/>
          <w:u w:val="none"/>
        </w:rPr>
        <w:t xml:space="preserve"> </w:t>
      </w:r>
      <w:r>
        <w:rPr>
          <w:b w:val="0"/>
          <w:i w:val="0"/>
          <w:smallCaps w:val="0"/>
          <w:strike w:val="0"/>
          <w:sz w:val="22"/>
          <w:highlight w:val="cyan"/>
          <w:u w:val="single"/>
        </w:rPr>
        <w:t>may be</w:t>
      </w:r>
      <w:r>
        <w:rPr>
          <w:b w:val="0"/>
          <w:i w:val="0"/>
          <w:smallCaps w:val="0"/>
          <w:strike w:val="0"/>
          <w:sz w:val="16"/>
          <w:highlight w:val="cyan"/>
          <w:u w:val="none"/>
        </w:rPr>
        <w:t xml:space="preserve"> </w:t>
      </w:r>
      <w:r>
        <w:rPr>
          <w:b/>
          <w:i w:val="0"/>
          <w:smallCaps w:val="0"/>
          <w:strike w:val="0"/>
          <w:sz w:val="22"/>
          <w:highlight w:val="cyan"/>
          <w:u w:val="single"/>
        </w:rPr>
        <w:t>nuclear</w:t>
      </w:r>
      <w:r>
        <w:rPr>
          <w:b w:val="0"/>
          <w:i w:val="0"/>
          <w:smallCaps w:val="0"/>
          <w:strike w:val="0"/>
          <w:sz w:val="16"/>
          <w:highlight w:val="cyan"/>
          <w:u w:val="none"/>
        </w:rPr>
        <w:t xml:space="preserve">. </w:t>
      </w:r>
      <w:r>
        <w:rPr>
          <w:b/>
          <w:i w:val="0"/>
          <w:smallCaps w:val="0"/>
          <w:strike w:val="0"/>
          <w:sz w:val="22"/>
          <w:highlight w:val="cyan"/>
          <w:u w:val="single"/>
        </w:rPr>
        <w:t>China</w:t>
      </w:r>
      <w:r>
        <w:rPr>
          <w:b w:val="0"/>
          <w:i w:val="0"/>
          <w:smallCaps w:val="0"/>
          <w:strike w:val="0"/>
          <w:sz w:val="16"/>
          <w:highlight w:val="cyan"/>
          <w:u w:val="none"/>
        </w:rPr>
        <w:t xml:space="preserve"> </w:t>
      </w:r>
      <w:r>
        <w:rPr>
          <w:b w:val="0"/>
          <w:i w:val="0"/>
          <w:smallCaps w:val="0"/>
          <w:strike w:val="0"/>
          <w:sz w:val="22"/>
          <w:highlight w:val="cyan"/>
          <w:u w:val="single"/>
        </w:rPr>
        <w:t>may</w:t>
      </w:r>
      <w:r>
        <w:rPr>
          <w:b w:val="0"/>
          <w:i w:val="0"/>
          <w:smallCaps w:val="0"/>
          <w:strike w:val="0"/>
          <w:sz w:val="16"/>
          <w:u w:val="none"/>
        </w:rPr>
        <w:t xml:space="preserve"> now </w:t>
      </w:r>
      <w:r>
        <w:rPr>
          <w:b w:val="0"/>
          <w:i w:val="0"/>
          <w:smallCaps w:val="0"/>
          <w:strike w:val="0"/>
          <w:sz w:val="22"/>
          <w:highlight w:val="cyan"/>
          <w:u w:val="single"/>
        </w:rPr>
        <w:t>take the</w:t>
      </w:r>
      <w:r>
        <w:rPr>
          <w:b w:val="0"/>
          <w:i w:val="0"/>
          <w:smallCaps w:val="0"/>
          <w:strike w:val="0"/>
          <w:sz w:val="16"/>
          <w:highlight w:val="cyan"/>
          <w:u w:val="none"/>
        </w:rPr>
        <w:t xml:space="preserve"> </w:t>
      </w:r>
      <w:r>
        <w:rPr>
          <w:b/>
          <w:i w:val="0"/>
          <w:smallCaps w:val="0"/>
          <w:strike w:val="0"/>
          <w:sz w:val="22"/>
          <w:highlight w:val="cyan"/>
          <w:u w:val="single"/>
        </w:rPr>
        <w:t>opportunity</w:t>
      </w:r>
      <w:r>
        <w:rPr>
          <w:b w:val="0"/>
          <w:i w:val="0"/>
          <w:smallCaps w:val="0"/>
          <w:strike w:val="0"/>
          <w:sz w:val="16"/>
          <w:highlight w:val="cyan"/>
          <w:u w:val="none"/>
        </w:rPr>
        <w:t xml:space="preserve"> </w:t>
      </w:r>
      <w:r>
        <w:rPr>
          <w:b w:val="0"/>
          <w:i w:val="0"/>
          <w:smallCaps w:val="0"/>
          <w:strike w:val="0"/>
          <w:sz w:val="22"/>
          <w:highlight w:val="cyan"/>
          <w:u w:val="single"/>
        </w:rPr>
        <w:t>to launch</w:t>
      </w:r>
      <w:r>
        <w:rPr>
          <w:b w:val="0"/>
          <w:i w:val="0"/>
          <w:smallCaps w:val="0"/>
          <w:strike w:val="0"/>
          <w:sz w:val="22"/>
          <w:u w:val="single"/>
        </w:rPr>
        <w:t xml:space="preserve"> the</w:t>
      </w:r>
      <w:r>
        <w:rPr>
          <w:b w:val="0"/>
          <w:i w:val="0"/>
          <w:smallCaps w:val="0"/>
          <w:strike w:val="0"/>
          <w:sz w:val="16"/>
          <w:u w:val="none"/>
        </w:rPr>
        <w:t xml:space="preserve"> </w:t>
      </w:r>
      <w:r>
        <w:rPr>
          <w:b/>
          <w:i w:val="0"/>
          <w:smallCaps w:val="0"/>
          <w:strike w:val="0"/>
          <w:sz w:val="22"/>
          <w:highlight w:val="cyan"/>
          <w:u w:val="single"/>
        </w:rPr>
        <w:t>Taiwan war</w:t>
      </w:r>
      <w:r>
        <w:rPr>
          <w:b w:val="0"/>
          <w:i w:val="0"/>
          <w:smallCaps w:val="0"/>
          <w:strike w:val="0"/>
          <w:sz w:val="16"/>
          <w:highlight w:val="cyan"/>
          <w:u w:val="none"/>
        </w:rPr>
        <w:t xml:space="preserve"> </w:t>
      </w:r>
      <w:r>
        <w:rPr>
          <w:b w:val="0"/>
          <w:i w:val="0"/>
          <w:smallCaps w:val="0"/>
          <w:strike w:val="0"/>
          <w:sz w:val="22"/>
          <w:highlight w:val="cyan"/>
          <w:u w:val="single"/>
        </w:rPr>
        <w:t>to</w:t>
      </w:r>
      <w:r>
        <w:rPr>
          <w:b w:val="0"/>
          <w:i w:val="0"/>
          <w:smallCaps w:val="0"/>
          <w:strike w:val="0"/>
          <w:sz w:val="16"/>
          <w:highlight w:val="cyan"/>
          <w:u w:val="none"/>
        </w:rPr>
        <w:t xml:space="preserve"> </w:t>
      </w:r>
      <w:r>
        <w:rPr>
          <w:b/>
          <w:i w:val="0"/>
          <w:smallCaps w:val="0"/>
          <w:strike w:val="0"/>
          <w:sz w:val="22"/>
          <w:highlight w:val="cyan"/>
          <w:u w:val="single"/>
        </w:rPr>
        <w:t>weaken the U.S.</w:t>
      </w:r>
      <w:r>
        <w:rPr>
          <w:b w:val="0"/>
          <w:i w:val="0"/>
          <w:smallCaps w:val="0"/>
          <w:strike w:val="0"/>
          <w:sz w:val="16"/>
          <w:u w:val="none"/>
        </w:rPr>
        <w:t xml:space="preserve"> </w:t>
      </w:r>
      <w:r>
        <w:rPr>
          <w:b w:val="0"/>
          <w:i w:val="0"/>
          <w:smallCaps w:val="0"/>
          <w:strike w:val="0"/>
          <w:sz w:val="22"/>
          <w:u w:val="single"/>
        </w:rPr>
        <w:t>in a “</w:t>
      </w:r>
      <w:r>
        <w:rPr>
          <w:b/>
          <w:i w:val="0"/>
          <w:smallCaps w:val="0"/>
          <w:strike w:val="0"/>
          <w:sz w:val="22"/>
          <w:u w:val="single"/>
        </w:rPr>
        <w:t>war on two fronts</w:t>
      </w:r>
      <w:r>
        <w:rPr>
          <w:b w:val="0"/>
          <w:i w:val="0"/>
          <w:smallCaps w:val="0"/>
          <w:strike w:val="0"/>
          <w:sz w:val="16"/>
          <w:u w:val="none"/>
        </w:rPr>
        <w:t>.”</w:t>
      </w:r>
    </w:p>
    <w:p>
      <w:pPr>
        <w:spacing w:after="60"/>
      </w:pPr>
      <w:r>
        <w:rPr>
          <w:b w:val="0"/>
          <w:i w:val="0"/>
          <w:smallCaps w:val="0"/>
          <w:strike w:val="0"/>
          <w:sz w:val="16"/>
          <w:u w:val="none"/>
        </w:rPr>
        <w:t xml:space="preserve">Many may think this scenario is an exaggeration. But this may be a valid warning if you put it side by side with the prophecies of Fatima, Medjugorje, and the Book of Revelation. </w:t>
      </w:r>
      <w:r>
        <w:rPr>
          <w:b w:val="0"/>
          <w:i w:val="0"/>
          <w:smallCaps w:val="0"/>
          <w:strike w:val="0"/>
          <w:sz w:val="22"/>
          <w:u w:val="single"/>
        </w:rPr>
        <w:t xml:space="preserve">There is total </w:t>
      </w:r>
      <w:r>
        <w:rPr>
          <w:b/>
          <w:i w:val="0"/>
          <w:smallCaps w:val="0"/>
          <w:strike w:val="0"/>
          <w:sz w:val="22"/>
          <w:highlight w:val="cyan"/>
          <w:u w:val="single"/>
        </w:rPr>
        <w:t>fear</w:t>
      </w:r>
      <w:r>
        <w:rPr>
          <w:b w:val="0"/>
          <w:i w:val="0"/>
          <w:smallCaps w:val="0"/>
          <w:strike w:val="0"/>
          <w:sz w:val="22"/>
          <w:u w:val="single"/>
        </w:rPr>
        <w:t xml:space="preserve"> of a nuclear holocaust among the big powers — U.S.-NATO, Russia, China, and even lesser nuclear-capable nations such as Iran and India — which </w:t>
      </w:r>
      <w:r>
        <w:rPr>
          <w:b/>
          <w:i w:val="0"/>
          <w:smallCaps w:val="0"/>
          <w:strike w:val="0"/>
          <w:sz w:val="22"/>
          <w:highlight w:val="cyan"/>
          <w:u w:val="single"/>
        </w:rPr>
        <w:t>has</w:t>
      </w:r>
      <w:r>
        <w:rPr>
          <w:b w:val="0"/>
          <w:i w:val="0"/>
          <w:smallCaps w:val="0"/>
          <w:strike w:val="0"/>
          <w:sz w:val="22"/>
          <w:highlight w:val="cyan"/>
          <w:u w:val="single"/>
        </w:rPr>
        <w:t xml:space="preserve"> been a deterrent</w:t>
      </w:r>
      <w:r>
        <w:rPr>
          <w:b w:val="0"/>
          <w:i w:val="0"/>
          <w:smallCaps w:val="0"/>
          <w:strike w:val="0"/>
          <w:sz w:val="22"/>
          <w:u w:val="single"/>
        </w:rPr>
        <w:t xml:space="preserve"> to a nuclear war. </w:t>
      </w:r>
      <w:r>
        <w:rPr>
          <w:b w:val="0"/>
          <w:i w:val="0"/>
          <w:smallCaps w:val="0"/>
          <w:strike w:val="0"/>
          <w:sz w:val="22"/>
          <w:highlight w:val="cyan"/>
          <w:u w:val="single"/>
        </w:rPr>
        <w:t>But</w:t>
      </w:r>
      <w:r>
        <w:rPr>
          <w:b w:val="0"/>
          <w:i w:val="0"/>
          <w:smallCaps w:val="0"/>
          <w:strike w:val="0"/>
          <w:sz w:val="16"/>
          <w:u w:val="none"/>
        </w:rPr>
        <w:t xml:space="preserve"> these </w:t>
      </w:r>
      <w:r>
        <w:rPr>
          <w:b w:val="0"/>
          <w:i w:val="0"/>
          <w:smallCaps w:val="0"/>
          <w:strike w:val="0"/>
          <w:sz w:val="22"/>
          <w:highlight w:val="cyan"/>
          <w:u w:val="single"/>
        </w:rPr>
        <w:t>prophecies may</w:t>
      </w:r>
      <w:r>
        <w:rPr>
          <w:b w:val="0"/>
          <w:i w:val="0"/>
          <w:smallCaps w:val="0"/>
          <w:strike w:val="0"/>
          <w:sz w:val="22"/>
          <w:u w:val="single"/>
        </w:rPr>
        <w:t xml:space="preserve"> </w:t>
      </w:r>
      <w:r>
        <w:rPr>
          <w:b w:val="0"/>
          <w:i w:val="0"/>
          <w:smallCaps w:val="0"/>
          <w:strike w:val="0"/>
          <w:sz w:val="22"/>
          <w:highlight w:val="cyan"/>
          <w:u w:val="single"/>
        </w:rPr>
        <w:t>become</w:t>
      </w:r>
      <w:r>
        <w:rPr>
          <w:b w:val="0"/>
          <w:i w:val="0"/>
          <w:smallCaps w:val="0"/>
          <w:strike w:val="0"/>
          <w:sz w:val="22"/>
          <w:u w:val="single"/>
        </w:rPr>
        <w:t xml:space="preserve"> a</w:t>
      </w:r>
      <w:r>
        <w:rPr>
          <w:b w:val="0"/>
          <w:i w:val="0"/>
          <w:smallCaps w:val="0"/>
          <w:strike w:val="0"/>
          <w:sz w:val="16"/>
          <w:u w:val="none"/>
        </w:rPr>
        <w:t xml:space="preserve"> </w:t>
      </w:r>
      <w:r>
        <w:rPr>
          <w:b/>
          <w:i w:val="0"/>
          <w:smallCaps w:val="0"/>
          <w:strike w:val="0"/>
          <w:sz w:val="22"/>
          <w:highlight w:val="cyan"/>
          <w:u w:val="single"/>
        </w:rPr>
        <w:t>reality</w:t>
      </w:r>
      <w:r>
        <w:rPr>
          <w:b w:val="0"/>
          <w:i w:val="0"/>
          <w:smallCaps w:val="0"/>
          <w:strike w:val="0"/>
          <w:sz w:val="16"/>
          <w:highlight w:val="cyan"/>
          <w:u w:val="none"/>
        </w:rPr>
        <w:t xml:space="preserve"> </w:t>
      </w:r>
      <w:r>
        <w:rPr>
          <w:b w:val="0"/>
          <w:i w:val="0"/>
          <w:smallCaps w:val="0"/>
          <w:strike w:val="0"/>
          <w:sz w:val="22"/>
          <w:highlight w:val="cyan"/>
          <w:u w:val="single"/>
        </w:rPr>
        <w:t>once</w:t>
      </w:r>
      <w:r>
        <w:rPr>
          <w:b w:val="0"/>
          <w:i w:val="0"/>
          <w:smallCaps w:val="0"/>
          <w:strike w:val="0"/>
          <w:sz w:val="16"/>
          <w:highlight w:val="cyan"/>
          <w:u w:val="none"/>
        </w:rPr>
        <w:t xml:space="preserve"> </w:t>
      </w:r>
      <w:r>
        <w:rPr>
          <w:b/>
          <w:i w:val="0"/>
          <w:smallCaps w:val="0"/>
          <w:strike w:val="0"/>
          <w:sz w:val="22"/>
          <w:highlight w:val="cyan"/>
          <w:u w:val="single"/>
        </w:rPr>
        <w:t>fear</w:t>
      </w:r>
      <w:r>
        <w:rPr>
          <w:b w:val="0"/>
          <w:i w:val="0"/>
          <w:smallCaps w:val="0"/>
          <w:strike w:val="0"/>
          <w:sz w:val="16"/>
          <w:highlight w:val="cyan"/>
          <w:u w:val="none"/>
        </w:rPr>
        <w:t xml:space="preserve"> </w:t>
      </w:r>
      <w:r>
        <w:rPr>
          <w:b w:val="0"/>
          <w:i w:val="0"/>
          <w:smallCaps w:val="0"/>
          <w:strike w:val="0"/>
          <w:sz w:val="22"/>
          <w:highlight w:val="cyan"/>
          <w:u w:val="single"/>
        </w:rPr>
        <w:t>evolves into</w:t>
      </w:r>
      <w:r>
        <w:rPr>
          <w:b w:val="0"/>
          <w:i w:val="0"/>
          <w:smallCaps w:val="0"/>
          <w:strike w:val="0"/>
          <w:sz w:val="16"/>
          <w:highlight w:val="cyan"/>
          <w:u w:val="none"/>
        </w:rPr>
        <w:t xml:space="preserve"> </w:t>
      </w:r>
      <w:r>
        <w:rPr>
          <w:b/>
          <w:i w:val="0"/>
          <w:smallCaps w:val="0"/>
          <w:strike w:val="0"/>
          <w:sz w:val="22"/>
          <w:highlight w:val="cyan"/>
          <w:u w:val="single"/>
        </w:rPr>
        <w:t>anger</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w:t>
      </w:r>
      <w:r>
        <w:rPr>
          <w:b/>
          <w:i w:val="0"/>
          <w:smallCaps w:val="0"/>
          <w:strike w:val="0"/>
          <w:sz w:val="22"/>
          <w:u w:val="single"/>
        </w:rPr>
        <w:t>survival</w:t>
      </w:r>
      <w:r>
        <w:rPr>
          <w:b w:val="0"/>
          <w:i w:val="0"/>
          <w:smallCaps w:val="0"/>
          <w:strike w:val="0"/>
          <w:sz w:val="16"/>
          <w:u w:val="none"/>
        </w:rPr>
        <w:t>.</w:t>
      </w:r>
    </w:p>
    <w:p>
      <w:pPr>
        <w:spacing w:after="60"/>
      </w:pPr>
      <w:r>
        <w:rPr>
          <w:b w:val="0"/>
          <w:i w:val="0"/>
          <w:smallCaps w:val="0"/>
          <w:strike w:val="0"/>
          <w:sz w:val="16"/>
          <w:u w:val="none"/>
        </w:rPr>
        <w:t xml:space="preserve">There are violent street protests worldwide, especially in EU and U.S. cities, for and against Israel. Nations are uniting for or against Israel, a seeming new biblical event. This </w:t>
      </w:r>
      <w:r>
        <w:rPr>
          <w:b w:val="0"/>
          <w:i w:val="0"/>
          <w:smallCaps w:val="0"/>
          <w:strike w:val="0"/>
          <w:sz w:val="22"/>
          <w:u w:val="single"/>
        </w:rPr>
        <w:t>ongoing</w:t>
      </w:r>
      <w:r>
        <w:rPr>
          <w:b w:val="0"/>
          <w:i w:val="0"/>
          <w:smallCaps w:val="0"/>
          <w:strike w:val="0"/>
          <w:sz w:val="16"/>
          <w:u w:val="none"/>
        </w:rPr>
        <w:t xml:space="preserve"> </w:t>
      </w:r>
      <w:r>
        <w:rPr>
          <w:b/>
          <w:i w:val="0"/>
          <w:smallCaps w:val="0"/>
          <w:strike w:val="0"/>
          <w:sz w:val="22"/>
          <w:highlight w:val="cyan"/>
          <w:u w:val="single"/>
        </w:rPr>
        <w:t>rapid intensifying</w:t>
      </w:r>
      <w:r>
        <w:rPr>
          <w:b/>
          <w:i w:val="0"/>
          <w:smallCaps w:val="0"/>
          <w:strike w:val="0"/>
          <w:sz w:val="22"/>
          <w:u w:val="single"/>
        </w:rPr>
        <w:t xml:space="preserve"> polarization</w:t>
      </w:r>
      <w:r>
        <w:rPr>
          <w:b w:val="0"/>
          <w:i w:val="0"/>
          <w:smallCaps w:val="0"/>
          <w:strike w:val="0"/>
          <w:sz w:val="16"/>
          <w:u w:val="none"/>
        </w:rPr>
        <w:t xml:space="preserve"> </w:t>
      </w:r>
      <w:r>
        <w:rPr>
          <w:b w:val="0"/>
          <w:i w:val="0"/>
          <w:smallCaps w:val="0"/>
          <w:strike w:val="0"/>
          <w:sz w:val="22"/>
          <w:u w:val="single"/>
        </w:rPr>
        <w:t xml:space="preserve">is the </w:t>
      </w:r>
      <w:r>
        <w:rPr>
          <w:b/>
          <w:i w:val="0"/>
          <w:smallCaps w:val="0"/>
          <w:strike w:val="0"/>
          <w:sz w:val="22"/>
          <w:u w:val="single"/>
        </w:rPr>
        <w:t>preview</w:t>
      </w:r>
      <w:r>
        <w:rPr>
          <w:b w:val="0"/>
          <w:i w:val="0"/>
          <w:smallCaps w:val="0"/>
          <w:strike w:val="0"/>
          <w:sz w:val="16"/>
          <w:u w:val="none"/>
        </w:rPr>
        <w:t xml:space="preserve"> </w:t>
      </w:r>
      <w:r>
        <w:rPr>
          <w:b w:val="0"/>
          <w:i w:val="0"/>
          <w:smallCaps w:val="0"/>
          <w:strike w:val="0"/>
          <w:sz w:val="22"/>
          <w:u w:val="single"/>
        </w:rPr>
        <w:t>to</w:t>
      </w:r>
      <w:r>
        <w:rPr>
          <w:b w:val="0"/>
          <w:i w:val="0"/>
          <w:smallCaps w:val="0"/>
          <w:strike w:val="0"/>
          <w:sz w:val="16"/>
          <w:u w:val="none"/>
        </w:rPr>
        <w:t xml:space="preserve"> </w:t>
      </w:r>
      <w:r>
        <w:rPr>
          <w:b/>
          <w:i w:val="0"/>
          <w:smallCaps w:val="0"/>
          <w:strike w:val="0"/>
          <w:sz w:val="22"/>
          <w:highlight w:val="cyan"/>
          <w:u w:val="single"/>
        </w:rPr>
        <w:t>World War III</w:t>
      </w:r>
      <w:r>
        <w:rPr>
          <w:b w:val="0"/>
          <w:i w:val="0"/>
          <w:smallCaps w:val="0"/>
          <w:strike w:val="0"/>
          <w:sz w:val="22"/>
          <w:u w:val="single"/>
        </w:rPr>
        <w:t>, as it was for</w:t>
      </w:r>
      <w:r>
        <w:rPr>
          <w:b w:val="0"/>
          <w:i w:val="0"/>
          <w:smallCaps w:val="0"/>
          <w:strike w:val="0"/>
          <w:sz w:val="16"/>
          <w:u w:val="none"/>
        </w:rPr>
        <w:t xml:space="preserve"> World Wars </w:t>
      </w:r>
      <w:r>
        <w:rPr>
          <w:b/>
          <w:i w:val="0"/>
          <w:smallCaps w:val="0"/>
          <w:strike w:val="0"/>
          <w:sz w:val="22"/>
          <w:u w:val="single"/>
        </w:rPr>
        <w:t>I and II</w:t>
      </w:r>
      <w:r>
        <w:rPr>
          <w:b w:val="0"/>
          <w:i w:val="0"/>
          <w:smallCaps w:val="0"/>
          <w:strike w:val="0"/>
          <w:sz w:val="22"/>
          <w:u w:val="single"/>
        </w:rPr>
        <w:t>. But</w:t>
      </w:r>
      <w:r>
        <w:rPr>
          <w:b w:val="0"/>
          <w:i w:val="0"/>
          <w:smallCaps w:val="0"/>
          <w:strike w:val="0"/>
          <w:sz w:val="16"/>
          <w:u w:val="none"/>
        </w:rPr>
        <w:t xml:space="preserve"> </w:t>
      </w:r>
      <w:r>
        <w:rPr>
          <w:b/>
          <w:i w:val="0"/>
          <w:smallCaps w:val="0"/>
          <w:strike w:val="0"/>
          <w:sz w:val="22"/>
          <w:u w:val="single"/>
        </w:rPr>
        <w:t>this</w:t>
      </w:r>
      <w:r>
        <w:rPr>
          <w:b w:val="0"/>
          <w:i w:val="0"/>
          <w:smallCaps w:val="0"/>
          <w:strike w:val="0"/>
          <w:sz w:val="16"/>
          <w:u w:val="none"/>
        </w:rPr>
        <w:t xml:space="preserve"> new </w:t>
      </w:r>
      <w:r>
        <w:rPr>
          <w:b/>
          <w:i w:val="0"/>
          <w:smallCaps w:val="0"/>
          <w:strike w:val="0"/>
          <w:sz w:val="22"/>
          <w:u w:val="single"/>
        </w:rPr>
        <w:t>one</w:t>
      </w:r>
      <w:r>
        <w:rPr>
          <w:b w:val="0"/>
          <w:i w:val="0"/>
          <w:smallCaps w:val="0"/>
          <w:strike w:val="0"/>
          <w:sz w:val="16"/>
          <w:u w:val="none"/>
        </w:rPr>
        <w:t xml:space="preserve"> </w:t>
      </w:r>
      <w:r>
        <w:rPr>
          <w:b w:val="0"/>
          <w:i w:val="0"/>
          <w:smallCaps w:val="0"/>
          <w:strike w:val="0"/>
          <w:sz w:val="22"/>
          <w:u w:val="single"/>
        </w:rPr>
        <w:t>is</w:t>
      </w:r>
      <w:r>
        <w:rPr>
          <w:b w:val="0"/>
          <w:i w:val="0"/>
          <w:smallCaps w:val="0"/>
          <w:strike w:val="0"/>
          <w:sz w:val="16"/>
          <w:u w:val="none"/>
        </w:rPr>
        <w:t xml:space="preserve"> </w:t>
      </w:r>
      <w:r>
        <w:rPr>
          <w:b/>
          <w:i w:val="0"/>
          <w:smallCaps w:val="0"/>
          <w:strike w:val="0"/>
          <w:sz w:val="22"/>
          <w:highlight w:val="cyan"/>
          <w:u w:val="single"/>
        </w:rPr>
        <w:t>ten-fold in size</w:t>
      </w:r>
      <w:r>
        <w:rPr>
          <w:b w:val="0"/>
          <w:i w:val="0"/>
          <w:smallCaps w:val="0"/>
          <w:strike w:val="0"/>
          <w:sz w:val="16"/>
          <w:u w:val="none"/>
        </w:rPr>
        <w:t>.</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