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Initially </w:t>
      </w:r>
      <w:r>
        <w:rPr>
          <w:b/>
          <w:i w:val="0"/>
          <w:smallCaps w:val="0"/>
          <w:strike w:val="0"/>
          <w:sz w:val="26"/>
          <w:u w:val="single"/>
        </w:rPr>
        <w:t>contained</w:t>
      </w:r>
      <w:r>
        <w:rPr>
          <w:b/>
          <w:i w:val="0"/>
          <w:smallCaps w:val="0"/>
          <w:strike w:val="0"/>
          <w:sz w:val="26"/>
          <w:u w:val="none"/>
        </w:rPr>
        <w:t xml:space="preserve"> conflicts can </w:t>
      </w:r>
      <w:r>
        <w:rPr>
          <w:b/>
          <w:i w:val="0"/>
          <w:smallCaps w:val="0"/>
          <w:strike w:val="0"/>
          <w:sz w:val="26"/>
          <w:u w:val="single"/>
        </w:rPr>
        <w:t>quickly spiral</w:t>
      </w:r>
      <w:r>
        <w:rPr>
          <w:b/>
          <w:i w:val="0"/>
          <w:smallCaps w:val="0"/>
          <w:strike w:val="0"/>
          <w:sz w:val="26"/>
          <w:u w:val="none"/>
        </w:rPr>
        <w:t xml:space="preserve"> to draw in </w:t>
      </w:r>
      <w:r>
        <w:rPr>
          <w:b/>
          <w:i w:val="0"/>
          <w:smallCaps w:val="0"/>
          <w:strike w:val="0"/>
          <w:sz w:val="26"/>
          <w:u w:val="single"/>
        </w:rPr>
        <w:t>great powers</w:t>
      </w:r>
      <w:r>
        <w:rPr>
          <w:b/>
          <w:i w:val="0"/>
          <w:smallCaps w:val="0"/>
          <w:strike w:val="0"/>
          <w:sz w:val="26"/>
          <w:u w:val="none"/>
        </w:rPr>
        <w:t xml:space="preserve">. </w:t>
      </w:r>
    </w:p>
    <w:p>
      <w:pPr>
        <w:spacing w:after="80"/>
      </w:pPr>
      <w:r>
        <w:rPr>
          <w:b w:val="0"/>
          <w:i w:val="0"/>
          <w:smallCaps w:val="0"/>
          <w:strike w:val="0"/>
          <w:u w:val="none"/>
        </w:rPr>
        <w:t xml:space="preserve">Anwesha </w:t>
      </w:r>
      <w:r>
        <w:rPr>
          <w:b/>
          <w:i w:val="0"/>
          <w:smallCaps w:val="0"/>
          <w:strike w:val="0"/>
          <w:sz w:val="26"/>
          <w:u w:val="none"/>
        </w:rPr>
        <w:t>Madhukalya</w:t>
      </w:r>
      <w:r>
        <w:rPr>
          <w:b/>
          <w:i w:val="0"/>
          <w:smallCaps w:val="0"/>
          <w:strike w:val="0"/>
          <w:sz w:val="26"/>
          <w:u w:val="none"/>
        </w:rPr>
        <w:t xml:space="preserve"> 10/13</w:t>
      </w:r>
      <w:r>
        <w:rPr>
          <w:b w:val="0"/>
          <w:i w:val="0"/>
          <w:smallCaps w:val="0"/>
          <w:strike w:val="0"/>
          <w:u w:val="none"/>
        </w:rPr>
        <w:t xml:space="preserve">, Assistant Editor at </w:t>
      </w:r>
      <w:r>
        <w:rPr>
          <w:b w:val="0"/>
          <w:i w:val="0"/>
          <w:smallCaps w:val="0"/>
          <w:strike w:val="0"/>
          <w:u w:val="none"/>
        </w:rPr>
        <w:t>BusinessToday.In</w:t>
      </w:r>
      <w:r>
        <w:rPr>
          <w:b w:val="0"/>
          <w:i w:val="0"/>
          <w:smallCaps w:val="0"/>
          <w:strike w:val="0"/>
          <w:u w:val="none"/>
        </w:rPr>
        <w:t>, quoting Ray Dalio, billionaire investor and founder of investment management company Bridgewater Associates, “'Pre-hot-war to brutal World War III': Ray Dalio explains how Israel-Hamas, Russia-Ukraine conflicts can spiral out of control,” Business Today, 10/13/23, https://www.businesstoday.in/amp/latest/world/story/pre-hot-war-to-brutal-world-war-iii-ray-dalio-explains-how-israel-hamas-russia-ukraine-conflicts-can-spiral-out-of-control-401841-2023-10-13</w:t>
      </w:r>
    </w:p>
    <w:p>
      <w:pPr>
        <w:spacing w:after="60"/>
      </w:pPr>
      <w:r>
        <w:rPr>
          <w:b w:val="0"/>
          <w:i w:val="0"/>
          <w:smallCaps w:val="0"/>
          <w:strike w:val="0"/>
          <w:sz w:val="16"/>
          <w:u w:val="none"/>
        </w:rPr>
        <w:t xml:space="preserve">Ray Dalio, billionaire investor and founder of investment management company Bridgewater Associates, said that the </w:t>
      </w:r>
      <w:r>
        <w:rPr>
          <w:b/>
          <w:i w:val="0"/>
          <w:smallCaps w:val="0"/>
          <w:strike w:val="0"/>
          <w:sz w:val="22"/>
          <w:highlight w:val="cyan"/>
          <w:u w:val="single"/>
        </w:rPr>
        <w:t>Israel-Hamas</w:t>
      </w:r>
      <w:r>
        <w:rPr>
          <w:b w:val="0"/>
          <w:i w:val="0"/>
          <w:smallCaps w:val="0"/>
          <w:strike w:val="0"/>
          <w:sz w:val="16"/>
          <w:u w:val="none"/>
        </w:rPr>
        <w:t xml:space="preserve"> and Russia-Ukraine wars </w:t>
      </w:r>
      <w:r>
        <w:rPr>
          <w:b w:val="0"/>
          <w:i w:val="0"/>
          <w:smallCaps w:val="0"/>
          <w:strike w:val="0"/>
          <w:sz w:val="22"/>
          <w:highlight w:val="cyan"/>
          <w:u w:val="single"/>
        </w:rPr>
        <w:t>should “raise</w:t>
      </w:r>
      <w:r>
        <w:rPr>
          <w:b w:val="0"/>
          <w:i w:val="0"/>
          <w:smallCaps w:val="0"/>
          <w:strike w:val="0"/>
          <w:sz w:val="16"/>
          <w:u w:val="none"/>
        </w:rPr>
        <w:t xml:space="preserve"> revulsion and </w:t>
      </w:r>
      <w:r>
        <w:rPr>
          <w:b/>
          <w:i w:val="0"/>
          <w:smallCaps w:val="0"/>
          <w:strike w:val="0"/>
          <w:sz w:val="22"/>
          <w:highlight w:val="cyan"/>
          <w:u w:val="single"/>
        </w:rPr>
        <w:t>fear</w:t>
      </w:r>
      <w:r>
        <w:rPr>
          <w:b w:val="0"/>
          <w:i w:val="0"/>
          <w:smallCaps w:val="0"/>
          <w:strike w:val="0"/>
          <w:sz w:val="16"/>
          <w:highlight w:val="cyan"/>
          <w:u w:val="none"/>
        </w:rPr>
        <w:t xml:space="preserve"> </w:t>
      </w:r>
      <w:r>
        <w:rPr>
          <w:b w:val="0"/>
          <w:i w:val="0"/>
          <w:smallCaps w:val="0"/>
          <w:strike w:val="0"/>
          <w:sz w:val="22"/>
          <w:highlight w:val="cyan"/>
          <w:u w:val="single"/>
        </w:rPr>
        <w:t>in</w:t>
      </w:r>
      <w:r>
        <w:rPr>
          <w:b w:val="0"/>
          <w:i w:val="0"/>
          <w:smallCaps w:val="0"/>
          <w:strike w:val="0"/>
          <w:sz w:val="16"/>
          <w:u w:val="none"/>
        </w:rPr>
        <w:t xml:space="preserve"> </w:t>
      </w:r>
      <w:r>
        <w:rPr>
          <w:b/>
          <w:i w:val="0"/>
          <w:smallCaps w:val="0"/>
          <w:strike w:val="0"/>
          <w:sz w:val="22"/>
          <w:highlight w:val="cyan"/>
          <w:u w:val="single"/>
        </w:rPr>
        <w:t>everyone</w:t>
      </w:r>
      <w:r>
        <w:rPr>
          <w:b w:val="0"/>
          <w:i w:val="0"/>
          <w:smallCaps w:val="0"/>
          <w:strike w:val="0"/>
          <w:sz w:val="16"/>
          <w:u w:val="none"/>
        </w:rPr>
        <w:t xml:space="preserve">”. He said that </w:t>
      </w:r>
      <w:r>
        <w:rPr>
          <w:b w:val="0"/>
          <w:i w:val="0"/>
          <w:smallCaps w:val="0"/>
          <w:strike w:val="0"/>
          <w:sz w:val="22"/>
          <w:u w:val="single"/>
        </w:rPr>
        <w:t>these</w:t>
      </w:r>
      <w:r>
        <w:rPr>
          <w:b w:val="0"/>
          <w:i w:val="0"/>
          <w:smallCaps w:val="0"/>
          <w:strike w:val="0"/>
          <w:sz w:val="16"/>
          <w:u w:val="none"/>
        </w:rPr>
        <w:t xml:space="preserve"> </w:t>
      </w:r>
      <w:r>
        <w:rPr>
          <w:b/>
          <w:i w:val="0"/>
          <w:smallCaps w:val="0"/>
          <w:strike w:val="0"/>
          <w:sz w:val="22"/>
          <w:highlight w:val="cyan"/>
          <w:u w:val="single"/>
        </w:rPr>
        <w:t xml:space="preserve">‘hot </w:t>
      </w:r>
      <w:r>
        <w:rPr>
          <w:b/>
          <w:i w:val="0"/>
          <w:smallCaps w:val="0"/>
          <w:strike w:val="0"/>
          <w:sz w:val="22"/>
          <w:highlight w:val="cyan"/>
          <w:u w:val="single"/>
        </w:rPr>
        <w:t>wars'</w:t>
      </w:r>
      <w:r>
        <w:rPr>
          <w:b w:val="0"/>
          <w:i w:val="0"/>
          <w:smallCaps w:val="0"/>
          <w:strike w:val="0"/>
          <w:sz w:val="16"/>
          <w:u w:val="none"/>
        </w:rPr>
        <w:t xml:space="preserve"> will cost the allies of these countries a lot and </w:t>
      </w:r>
      <w:r>
        <w:rPr>
          <w:b w:val="0"/>
          <w:i w:val="0"/>
          <w:smallCaps w:val="0"/>
          <w:strike w:val="0"/>
          <w:sz w:val="22"/>
          <w:highlight w:val="cyan"/>
          <w:u w:val="single"/>
        </w:rPr>
        <w:t>has</w:t>
      </w:r>
      <w:r>
        <w:rPr>
          <w:b w:val="0"/>
          <w:i w:val="0"/>
          <w:smallCaps w:val="0"/>
          <w:strike w:val="0"/>
          <w:sz w:val="16"/>
          <w:u w:val="none"/>
        </w:rPr>
        <w:t xml:space="preserve"> the </w:t>
      </w:r>
      <w:r>
        <w:rPr>
          <w:b w:val="0"/>
          <w:i w:val="0"/>
          <w:smallCaps w:val="0"/>
          <w:strike w:val="0"/>
          <w:sz w:val="22"/>
          <w:highlight w:val="cyan"/>
          <w:u w:val="single"/>
        </w:rPr>
        <w:t>potential to</w:t>
      </w:r>
      <w:r>
        <w:rPr>
          <w:b w:val="0"/>
          <w:i w:val="0"/>
          <w:smallCaps w:val="0"/>
          <w:strike w:val="0"/>
          <w:sz w:val="16"/>
          <w:highlight w:val="cyan"/>
          <w:u w:val="none"/>
        </w:rPr>
        <w:t xml:space="preserve"> </w:t>
      </w:r>
      <w:r>
        <w:rPr>
          <w:b/>
          <w:i w:val="0"/>
          <w:smallCaps w:val="0"/>
          <w:strike w:val="0"/>
          <w:sz w:val="22"/>
          <w:highlight w:val="cyan"/>
          <w:u w:val="single"/>
        </w:rPr>
        <w:t>spiral</w:t>
      </w:r>
      <w:r>
        <w:rPr>
          <w:b w:val="0"/>
          <w:i w:val="0"/>
          <w:smallCaps w:val="0"/>
          <w:strike w:val="0"/>
          <w:sz w:val="16"/>
          <w:u w:val="none"/>
        </w:rPr>
        <w:t xml:space="preserve"> out of control </w:t>
      </w:r>
      <w:r>
        <w:rPr>
          <w:b w:val="0"/>
          <w:i w:val="0"/>
          <w:smallCaps w:val="0"/>
          <w:strike w:val="0"/>
          <w:sz w:val="22"/>
          <w:highlight w:val="cyan"/>
          <w:u w:val="single"/>
        </w:rPr>
        <w:t>to become</w:t>
      </w:r>
      <w:r>
        <w:rPr>
          <w:b w:val="0"/>
          <w:i w:val="0"/>
          <w:smallCaps w:val="0"/>
          <w:strike w:val="0"/>
          <w:sz w:val="22"/>
          <w:u w:val="single"/>
        </w:rPr>
        <w:t xml:space="preserve"> an</w:t>
      </w:r>
      <w:r>
        <w:rPr>
          <w:b w:val="0"/>
          <w:i w:val="0"/>
          <w:smallCaps w:val="0"/>
          <w:strike w:val="0"/>
          <w:sz w:val="16"/>
          <w:u w:val="none"/>
        </w:rPr>
        <w:t xml:space="preserve"> </w:t>
      </w:r>
      <w:r>
        <w:rPr>
          <w:b/>
          <w:i w:val="0"/>
          <w:smallCaps w:val="0"/>
          <w:strike w:val="0"/>
          <w:sz w:val="22"/>
          <w:highlight w:val="cyan"/>
          <w:u w:val="single"/>
        </w:rPr>
        <w:t>international</w:t>
      </w:r>
      <w:r>
        <w:rPr>
          <w:b/>
          <w:i w:val="0"/>
          <w:smallCaps w:val="0"/>
          <w:strike w:val="0"/>
          <w:sz w:val="22"/>
          <w:u w:val="single"/>
        </w:rPr>
        <w:t xml:space="preserve"> war</w:t>
      </w:r>
      <w:r>
        <w:rPr>
          <w:b w:val="0"/>
          <w:i w:val="0"/>
          <w:smallCaps w:val="0"/>
          <w:strike w:val="0"/>
          <w:sz w:val="16"/>
          <w:u w:val="none"/>
        </w:rPr>
        <w:t xml:space="preserve">. </w:t>
      </w:r>
    </w:p>
    <w:p>
      <w:pPr>
        <w:spacing w:after="60"/>
      </w:pPr>
      <w:r>
        <w:rPr>
          <w:b w:val="0"/>
          <w:i w:val="0"/>
          <w:smallCaps w:val="0"/>
          <w:strike w:val="0"/>
          <w:sz w:val="16"/>
          <w:u w:val="none"/>
        </w:rPr>
        <w:t xml:space="preserve">These wars reveal the “unimaginably terrible and revolting ways” people can treat other people, he said. No one anywhere can be sure that they won’t find themselves in the middle of a war, he stated in a blog titled ‘Another Step Toward International War’, where he also cites his book ‘Principles for Dealing with the Changing World Order’. </w:t>
      </w:r>
    </w:p>
    <w:p>
      <w:pPr>
        <w:spacing w:after="60"/>
      </w:pPr>
      <w:r>
        <w:rPr>
          <w:b w:val="0"/>
          <w:i w:val="0"/>
          <w:smallCaps w:val="0"/>
          <w:strike w:val="0"/>
          <w:sz w:val="16"/>
          <w:u w:val="none"/>
        </w:rPr>
        <w:t xml:space="preserve">Although Israel, Ukraine, Russia and Hamas are involved in hot wars, “thankfully the major powers” China and the US are not but they might be at the brink of one, he said. Dalio added that it remains to be seen how far the war spreads and how the great powers will react. Dalio said that he hopes the horrific and tragic images will “encourage restraint”. </w:t>
      </w:r>
    </w:p>
    <w:p>
      <w:pPr>
        <w:spacing w:after="60"/>
      </w:pPr>
      <w:r>
        <w:rPr>
          <w:b w:val="0"/>
          <w:i w:val="0"/>
          <w:smallCaps w:val="0"/>
          <w:strike w:val="0"/>
          <w:sz w:val="16"/>
          <w:u w:val="none"/>
        </w:rPr>
        <w:t xml:space="preserve">Assessing how things have played out in the past, Dalio said that it seems clear that </w:t>
      </w:r>
      <w:r>
        <w:rPr>
          <w:b w:val="0"/>
          <w:i w:val="0"/>
          <w:smallCaps w:val="0"/>
          <w:strike w:val="0"/>
          <w:sz w:val="22"/>
          <w:u w:val="single"/>
        </w:rPr>
        <w:t xml:space="preserve">the </w:t>
      </w:r>
      <w:r>
        <w:rPr>
          <w:b w:val="0"/>
          <w:i w:val="0"/>
          <w:smallCaps w:val="0"/>
          <w:strike w:val="0"/>
          <w:sz w:val="22"/>
          <w:highlight w:val="cyan"/>
          <w:u w:val="single"/>
        </w:rPr>
        <w:t>warring sides</w:t>
      </w:r>
      <w:r>
        <w:rPr>
          <w:b w:val="0"/>
          <w:i w:val="0"/>
          <w:smallCaps w:val="0"/>
          <w:strike w:val="0"/>
          <w:sz w:val="22"/>
          <w:u w:val="single"/>
        </w:rPr>
        <w:t xml:space="preserve"> have</w:t>
      </w:r>
      <w:r>
        <w:rPr>
          <w:b w:val="0"/>
          <w:i w:val="0"/>
          <w:smallCaps w:val="0"/>
          <w:strike w:val="0"/>
          <w:sz w:val="16"/>
          <w:u w:val="none"/>
        </w:rPr>
        <w:t xml:space="preserve"> </w:t>
      </w:r>
      <w:r>
        <w:rPr>
          <w:b/>
          <w:i w:val="0"/>
          <w:smallCaps w:val="0"/>
          <w:strike w:val="0"/>
          <w:sz w:val="22"/>
          <w:highlight w:val="cyan"/>
          <w:u w:val="single"/>
        </w:rPr>
        <w:t>crossed the lines</w:t>
      </w:r>
      <w:r>
        <w:rPr>
          <w:b w:val="0"/>
          <w:i w:val="0"/>
          <w:smallCaps w:val="0"/>
          <w:strike w:val="0"/>
          <w:sz w:val="16"/>
          <w:highlight w:val="cyan"/>
          <w:u w:val="none"/>
        </w:rPr>
        <w:t xml:space="preserve"> </w:t>
      </w:r>
      <w:r>
        <w:rPr>
          <w:b w:val="0"/>
          <w:i w:val="0"/>
          <w:smallCaps w:val="0"/>
          <w:strike w:val="0"/>
          <w:sz w:val="22"/>
          <w:highlight w:val="cyan"/>
          <w:u w:val="single"/>
        </w:rPr>
        <w:t>from</w:t>
      </w:r>
      <w:r>
        <w:rPr>
          <w:b w:val="0"/>
          <w:i w:val="0"/>
          <w:smallCaps w:val="0"/>
          <w:strike w:val="0"/>
          <w:sz w:val="16"/>
          <w:highlight w:val="cyan"/>
          <w:u w:val="none"/>
        </w:rPr>
        <w:t xml:space="preserve"> </w:t>
      </w:r>
      <w:r>
        <w:rPr>
          <w:b/>
          <w:i w:val="0"/>
          <w:smallCaps w:val="0"/>
          <w:strike w:val="0"/>
          <w:sz w:val="22"/>
          <w:highlight w:val="cyan"/>
          <w:u w:val="single"/>
        </w:rPr>
        <w:t>“contained</w:t>
      </w:r>
      <w:r>
        <w:rPr>
          <w:b/>
          <w:i w:val="0"/>
          <w:smallCaps w:val="0"/>
          <w:strike w:val="0"/>
          <w:sz w:val="22"/>
          <w:u w:val="single"/>
        </w:rPr>
        <w:t xml:space="preserve"> pre-hot-war conflicts</w:t>
      </w:r>
      <w:r>
        <w:rPr>
          <w:b w:val="0"/>
          <w:i w:val="0"/>
          <w:smallCaps w:val="0"/>
          <w:strike w:val="0"/>
          <w:sz w:val="16"/>
          <w:u w:val="none"/>
        </w:rPr>
        <w:t xml:space="preserve"> </w:t>
      </w:r>
      <w:r>
        <w:rPr>
          <w:b w:val="0"/>
          <w:i w:val="0"/>
          <w:smallCaps w:val="0"/>
          <w:strike w:val="0"/>
          <w:sz w:val="22"/>
          <w:highlight w:val="cyan"/>
          <w:u w:val="single"/>
        </w:rPr>
        <w:t>to</w:t>
      </w:r>
      <w:r>
        <w:rPr>
          <w:b w:val="0"/>
          <w:i w:val="0"/>
          <w:smallCaps w:val="0"/>
          <w:strike w:val="0"/>
          <w:sz w:val="16"/>
          <w:highlight w:val="cyan"/>
          <w:u w:val="none"/>
        </w:rPr>
        <w:t xml:space="preserve"> </w:t>
      </w:r>
      <w:r>
        <w:rPr>
          <w:b/>
          <w:i w:val="0"/>
          <w:smallCaps w:val="0"/>
          <w:strike w:val="0"/>
          <w:sz w:val="22"/>
          <w:highlight w:val="cyan"/>
          <w:u w:val="single"/>
        </w:rPr>
        <w:t>uncontained hot wars</w:t>
      </w:r>
      <w:r>
        <w:rPr>
          <w:b w:val="0"/>
          <w:i w:val="0"/>
          <w:smallCaps w:val="0"/>
          <w:strike w:val="0"/>
          <w:sz w:val="16"/>
          <w:u w:val="none"/>
        </w:rPr>
        <w:t xml:space="preserve">” that are expected to remain brutal till the end. </w:t>
      </w:r>
      <w:r>
        <w:rPr>
          <w:b w:val="0"/>
          <w:i w:val="0"/>
          <w:smallCaps w:val="0"/>
          <w:strike w:val="0"/>
          <w:sz w:val="22"/>
          <w:highlight w:val="cyan"/>
          <w:u w:val="single"/>
        </w:rPr>
        <w:t>Wars</w:t>
      </w:r>
      <w:r>
        <w:rPr>
          <w:b w:val="0"/>
          <w:i w:val="0"/>
          <w:smallCaps w:val="0"/>
          <w:strike w:val="0"/>
          <w:sz w:val="22"/>
          <w:u w:val="single"/>
        </w:rPr>
        <w:t xml:space="preserve"> like these </w:t>
      </w:r>
      <w:r>
        <w:rPr>
          <w:b w:val="0"/>
          <w:i w:val="0"/>
          <w:smallCaps w:val="0"/>
          <w:strike w:val="0"/>
          <w:sz w:val="22"/>
          <w:highlight w:val="cyan"/>
          <w:u w:val="single"/>
        </w:rPr>
        <w:t>are</w:t>
      </w:r>
      <w:r>
        <w:rPr>
          <w:b w:val="0"/>
          <w:i w:val="0"/>
          <w:smallCaps w:val="0"/>
          <w:strike w:val="0"/>
          <w:sz w:val="16"/>
          <w:highlight w:val="cyan"/>
          <w:u w:val="none"/>
        </w:rPr>
        <w:t xml:space="preserve"> </w:t>
      </w:r>
      <w:r>
        <w:rPr>
          <w:b/>
          <w:i w:val="0"/>
          <w:smallCaps w:val="0"/>
          <w:strike w:val="0"/>
          <w:sz w:val="22"/>
          <w:highlight w:val="cyan"/>
          <w:u w:val="single"/>
        </w:rPr>
        <w:t>more likely</w:t>
      </w:r>
      <w:r>
        <w:rPr>
          <w:b w:val="0"/>
          <w:i w:val="0"/>
          <w:smallCaps w:val="0"/>
          <w:strike w:val="0"/>
          <w:sz w:val="16"/>
          <w:highlight w:val="cyan"/>
          <w:u w:val="none"/>
        </w:rPr>
        <w:t xml:space="preserve"> </w:t>
      </w:r>
      <w:r>
        <w:rPr>
          <w:b w:val="0"/>
          <w:i w:val="0"/>
          <w:smallCaps w:val="0"/>
          <w:strike w:val="0"/>
          <w:sz w:val="22"/>
          <w:highlight w:val="cyan"/>
          <w:u w:val="single"/>
        </w:rPr>
        <w:t>to</w:t>
      </w:r>
      <w:r>
        <w:rPr>
          <w:b w:val="0"/>
          <w:i w:val="0"/>
          <w:smallCaps w:val="0"/>
          <w:strike w:val="0"/>
          <w:sz w:val="16"/>
          <w:highlight w:val="cyan"/>
          <w:u w:val="none"/>
        </w:rPr>
        <w:t xml:space="preserve"> </w:t>
      </w:r>
      <w:r>
        <w:rPr>
          <w:b/>
          <w:i w:val="0"/>
          <w:smallCaps w:val="0"/>
          <w:strike w:val="0"/>
          <w:sz w:val="22"/>
          <w:highlight w:val="cyan"/>
          <w:u w:val="single"/>
        </w:rPr>
        <w:t>spread</w:t>
      </w:r>
      <w:r>
        <w:rPr>
          <w:b w:val="0"/>
          <w:i w:val="0"/>
          <w:smallCaps w:val="0"/>
          <w:strike w:val="0"/>
          <w:sz w:val="16"/>
          <w:highlight w:val="cyan"/>
          <w:u w:val="none"/>
        </w:rPr>
        <w:t xml:space="preserve"> </w:t>
      </w:r>
      <w:r>
        <w:rPr>
          <w:b w:val="0"/>
          <w:i w:val="0"/>
          <w:smallCaps w:val="0"/>
          <w:strike w:val="0"/>
          <w:sz w:val="22"/>
          <w:highlight w:val="cyan"/>
          <w:u w:val="single"/>
        </w:rPr>
        <w:t>than</w:t>
      </w:r>
      <w:r>
        <w:rPr>
          <w:b w:val="0"/>
          <w:i w:val="0"/>
          <w:smallCaps w:val="0"/>
          <w:strike w:val="0"/>
          <w:sz w:val="16"/>
          <w:highlight w:val="cyan"/>
          <w:u w:val="none"/>
        </w:rPr>
        <w:t xml:space="preserve"> </w:t>
      </w:r>
      <w:r>
        <w:rPr>
          <w:b/>
          <w:i w:val="0"/>
          <w:smallCaps w:val="0"/>
          <w:strike w:val="0"/>
          <w:sz w:val="22"/>
          <w:highlight w:val="cyan"/>
          <w:u w:val="single"/>
        </w:rPr>
        <w:t>subside</w:t>
      </w:r>
      <w:r>
        <w:rPr>
          <w:b w:val="0"/>
          <w:i w:val="0"/>
          <w:smallCaps w:val="0"/>
          <w:strike w:val="0"/>
          <w:sz w:val="16"/>
          <w:u w:val="none"/>
        </w:rPr>
        <w:t xml:space="preserve">, he said, adding that </w:t>
      </w:r>
      <w:r>
        <w:rPr>
          <w:b w:val="0"/>
          <w:i w:val="0"/>
          <w:smallCaps w:val="0"/>
          <w:strike w:val="0"/>
          <w:sz w:val="22"/>
          <w:u w:val="single"/>
        </w:rPr>
        <w:t>they have</w:t>
      </w:r>
      <w:r>
        <w:rPr>
          <w:b w:val="0"/>
          <w:i w:val="0"/>
          <w:smallCaps w:val="0"/>
          <w:strike w:val="0"/>
          <w:sz w:val="16"/>
          <w:u w:val="none"/>
        </w:rPr>
        <w:t xml:space="preserve"> the </w:t>
      </w:r>
      <w:r>
        <w:rPr>
          <w:b/>
          <w:i w:val="0"/>
          <w:smallCaps w:val="0"/>
          <w:strike w:val="0"/>
          <w:sz w:val="22"/>
          <w:u w:val="single"/>
        </w:rPr>
        <w:t>potential</w:t>
      </w:r>
      <w:r>
        <w:rPr>
          <w:b w:val="0"/>
          <w:i w:val="0"/>
          <w:smallCaps w:val="0"/>
          <w:strike w:val="0"/>
          <w:sz w:val="16"/>
          <w:u w:val="none"/>
        </w:rPr>
        <w:t xml:space="preserve"> </w:t>
      </w:r>
      <w:r>
        <w:rPr>
          <w:b w:val="0"/>
          <w:i w:val="0"/>
          <w:smallCaps w:val="0"/>
          <w:strike w:val="0"/>
          <w:sz w:val="22"/>
          <w:u w:val="single"/>
        </w:rPr>
        <w:t>to be a</w:t>
      </w:r>
      <w:r>
        <w:rPr>
          <w:b w:val="0"/>
          <w:i w:val="0"/>
          <w:smallCaps w:val="0"/>
          <w:strike w:val="0"/>
          <w:sz w:val="16"/>
          <w:u w:val="none"/>
        </w:rPr>
        <w:t xml:space="preserve"> “much more </w:t>
      </w:r>
      <w:r>
        <w:rPr>
          <w:b/>
          <w:i w:val="0"/>
          <w:smallCaps w:val="0"/>
          <w:strike w:val="0"/>
          <w:sz w:val="22"/>
          <w:u w:val="single"/>
        </w:rPr>
        <w:t>horrific hot world war</w:t>
      </w:r>
      <w:r>
        <w:rPr>
          <w:b w:val="0"/>
          <w:i w:val="0"/>
          <w:smallCaps w:val="0"/>
          <w:strike w:val="0"/>
          <w:sz w:val="16"/>
          <w:u w:val="none"/>
        </w:rPr>
        <w:t xml:space="preserve">”. </w:t>
      </w:r>
    </w:p>
    <w:p>
      <w:pPr>
        <w:spacing w:after="60"/>
      </w:pPr>
      <w:r>
        <w:rPr>
          <w:b w:val="0"/>
          <w:i w:val="0"/>
          <w:smallCaps w:val="0"/>
          <w:strike w:val="0"/>
          <w:sz w:val="16"/>
          <w:u w:val="none"/>
        </w:rPr>
        <w:t xml:space="preserve">The world is changing in ways that haven't happened in our lifetimes but many times in history, he said. He listed “five big forces” that always interact to drive the confluence of all major changes in the world – debt, money or economic force, political conflicts due to irreconcilable wealth and value gaps, geopolitical conflicts, forces of nature like droughts, floods and pandemics, and human inventiveness or new technologies. </w:t>
      </w:r>
    </w:p>
    <w:p>
      <w:pPr>
        <w:spacing w:after="60"/>
      </w:pPr>
      <w:r>
        <w:rPr>
          <w:b w:val="0"/>
          <w:i w:val="0"/>
          <w:smallCaps w:val="0"/>
          <w:strike w:val="0"/>
          <w:sz w:val="16"/>
          <w:u w:val="none"/>
        </w:rPr>
        <w:t xml:space="preserve">“Based on the perspective I have gained from studying history and from my over 50 years of experiences betting on what’s likely to happen, it seems to me that the Israel-Hamas war is another classic, unfortunate step toward a more violent and encompassing international war. In other words, it’s part of a larger war dynamic,” he said, adding how these wars can end up involving more countries. </w:t>
      </w:r>
    </w:p>
    <w:p>
      <w:pPr>
        <w:spacing w:after="60"/>
      </w:pPr>
      <w:r>
        <w:rPr>
          <w:b w:val="0"/>
          <w:i w:val="0"/>
          <w:smallCaps w:val="0"/>
          <w:strike w:val="0"/>
          <w:sz w:val="16"/>
          <w:u w:val="none"/>
        </w:rPr>
        <w:t xml:space="preserve">The billionaire investor said that it is unlikely that the Israel-Hamas war will be limited to Israel and </w:t>
      </w:r>
      <w:r>
        <w:rPr>
          <w:b/>
          <w:i w:val="0"/>
          <w:smallCaps w:val="0"/>
          <w:strike w:val="0"/>
          <w:sz w:val="22"/>
          <w:highlight w:val="cyan"/>
          <w:u w:val="single"/>
        </w:rPr>
        <w:t>Gaza</w:t>
      </w:r>
      <w:r>
        <w:rPr>
          <w:b w:val="0"/>
          <w:i w:val="0"/>
          <w:smallCaps w:val="0"/>
          <w:strike w:val="0"/>
          <w:sz w:val="16"/>
          <w:u w:val="none"/>
        </w:rPr>
        <w:t xml:space="preserve"> Strip only. This war along with the Russia-Ukraine war </w:t>
      </w:r>
      <w:r>
        <w:rPr>
          <w:b w:val="0"/>
          <w:i w:val="0"/>
          <w:smallCaps w:val="0"/>
          <w:strike w:val="0"/>
          <w:sz w:val="22"/>
          <w:highlight w:val="cyan"/>
          <w:u w:val="single"/>
        </w:rPr>
        <w:t>will have</w:t>
      </w:r>
      <w:r>
        <w:rPr>
          <w:b w:val="0"/>
          <w:i w:val="0"/>
          <w:smallCaps w:val="0"/>
          <w:strike w:val="0"/>
          <w:sz w:val="16"/>
          <w:highlight w:val="cyan"/>
          <w:u w:val="none"/>
        </w:rPr>
        <w:t xml:space="preserve"> </w:t>
      </w:r>
      <w:r>
        <w:rPr>
          <w:b/>
          <w:i w:val="0"/>
          <w:smallCaps w:val="0"/>
          <w:strike w:val="0"/>
          <w:sz w:val="22"/>
          <w:highlight w:val="cyan"/>
          <w:u w:val="single"/>
        </w:rPr>
        <w:t>“big effects</w:t>
      </w:r>
      <w:r>
        <w:rPr>
          <w:b w:val="0"/>
          <w:i w:val="0"/>
          <w:smallCaps w:val="0"/>
          <w:strike w:val="0"/>
          <w:sz w:val="16"/>
          <w:highlight w:val="cyan"/>
          <w:u w:val="none"/>
        </w:rPr>
        <w:t xml:space="preserve"> </w:t>
      </w:r>
      <w:r>
        <w:rPr>
          <w:b w:val="0"/>
          <w:i w:val="0"/>
          <w:smallCaps w:val="0"/>
          <w:strike w:val="0"/>
          <w:sz w:val="22"/>
          <w:highlight w:val="cyan"/>
          <w:u w:val="single"/>
        </w:rPr>
        <w:t>on</w:t>
      </w:r>
      <w:r>
        <w:rPr>
          <w:b w:val="0"/>
          <w:i w:val="0"/>
          <w:smallCaps w:val="0"/>
          <w:strike w:val="0"/>
          <w:sz w:val="16"/>
          <w:u w:val="none"/>
        </w:rPr>
        <w:t xml:space="preserve"> the </w:t>
      </w:r>
      <w:r>
        <w:rPr>
          <w:b/>
          <w:i w:val="0"/>
          <w:smallCaps w:val="0"/>
          <w:strike w:val="0"/>
          <w:sz w:val="22"/>
          <w:u w:val="single"/>
        </w:rPr>
        <w:t xml:space="preserve">ongoing </w:t>
      </w:r>
      <w:r>
        <w:rPr>
          <w:b/>
          <w:i w:val="0"/>
          <w:smallCaps w:val="0"/>
          <w:strike w:val="0"/>
          <w:sz w:val="22"/>
          <w:highlight w:val="cyan"/>
          <w:u w:val="single"/>
        </w:rPr>
        <w:t>great power conflicts</w:t>
      </w:r>
      <w:r>
        <w:rPr>
          <w:b w:val="0"/>
          <w:i w:val="0"/>
          <w:smallCaps w:val="0"/>
          <w:strike w:val="0"/>
          <w:sz w:val="16"/>
          <w:u w:val="none"/>
        </w:rPr>
        <w:t xml:space="preserve">”. </w:t>
      </w:r>
    </w:p>
    <w:p>
      <w:pPr>
        <w:spacing w:after="60"/>
      </w:pPr>
      <w:r>
        <w:rPr>
          <w:b w:val="0"/>
          <w:i w:val="0"/>
          <w:smallCaps w:val="0"/>
          <w:strike w:val="0"/>
          <w:sz w:val="16"/>
          <w:u w:val="none"/>
        </w:rPr>
        <w:t xml:space="preserve">“These two wars will cost the allies of these countries a lot. For example, the US is now fighting proxy wars in Europe and the Middle East while preparing for war in East Asia. As these wars spread, they will cost more. Fortunately, </w:t>
      </w:r>
      <w:r>
        <w:rPr>
          <w:b w:val="0"/>
          <w:i w:val="0"/>
          <w:smallCaps w:val="0"/>
          <w:strike w:val="0"/>
          <w:sz w:val="22"/>
          <w:u w:val="single"/>
        </w:rPr>
        <w:t xml:space="preserve">the </w:t>
      </w:r>
      <w:r>
        <w:rPr>
          <w:b w:val="0"/>
          <w:i w:val="0"/>
          <w:smallCaps w:val="0"/>
          <w:strike w:val="0"/>
          <w:sz w:val="22"/>
          <w:highlight w:val="cyan"/>
          <w:u w:val="single"/>
        </w:rPr>
        <w:t>progression toward</w:t>
      </w:r>
      <w:r>
        <w:rPr>
          <w:b w:val="0"/>
          <w:i w:val="0"/>
          <w:smallCaps w:val="0"/>
          <w:strike w:val="0"/>
          <w:sz w:val="22"/>
          <w:u w:val="single"/>
        </w:rPr>
        <w:t xml:space="preserve"> a</w:t>
      </w:r>
      <w:r>
        <w:rPr>
          <w:b w:val="0"/>
          <w:i w:val="0"/>
          <w:smallCaps w:val="0"/>
          <w:strike w:val="0"/>
          <w:sz w:val="16"/>
          <w:u w:val="none"/>
        </w:rPr>
        <w:t xml:space="preserve"> </w:t>
      </w:r>
      <w:r>
        <w:rPr>
          <w:b/>
          <w:i w:val="0"/>
          <w:smallCaps w:val="0"/>
          <w:strike w:val="0"/>
          <w:sz w:val="22"/>
          <w:highlight w:val="cyan"/>
          <w:u w:val="single"/>
        </w:rPr>
        <w:t>world war</w:t>
      </w:r>
      <w:r>
        <w:rPr>
          <w:b w:val="0"/>
          <w:i w:val="0"/>
          <w:smallCaps w:val="0"/>
          <w:strike w:val="0"/>
          <w:sz w:val="16"/>
          <w:u w:val="none"/>
        </w:rPr>
        <w:t xml:space="preserve"> </w:t>
      </w:r>
      <w:r>
        <w:rPr>
          <w:b w:val="0"/>
          <w:i w:val="0"/>
          <w:smallCaps w:val="0"/>
          <w:strike w:val="0"/>
          <w:sz w:val="22"/>
          <w:highlight w:val="cyan"/>
          <w:u w:val="single"/>
        </w:rPr>
        <w:t>between the</w:t>
      </w:r>
      <w:r>
        <w:rPr>
          <w:b w:val="0"/>
          <w:i w:val="0"/>
          <w:smallCaps w:val="0"/>
          <w:strike w:val="0"/>
          <w:sz w:val="16"/>
          <w:highlight w:val="cyan"/>
          <w:u w:val="none"/>
        </w:rPr>
        <w:t xml:space="preserve"> </w:t>
      </w:r>
      <w:r>
        <w:rPr>
          <w:b/>
          <w:i w:val="0"/>
          <w:smallCaps w:val="0"/>
          <w:strike w:val="0"/>
          <w:sz w:val="22"/>
          <w:highlight w:val="cyan"/>
          <w:u w:val="single"/>
        </w:rPr>
        <w:t>biggest powers</w:t>
      </w:r>
      <w:r>
        <w:rPr>
          <w:b w:val="0"/>
          <w:i w:val="0"/>
          <w:smallCaps w:val="0"/>
          <w:strike w:val="0"/>
          <w:sz w:val="16"/>
          <w:u w:val="none"/>
        </w:rPr>
        <w:t xml:space="preserve"> (the US and China) </w:t>
      </w:r>
      <w:r>
        <w:rPr>
          <w:b w:val="0"/>
          <w:i w:val="0"/>
          <w:smallCaps w:val="0"/>
          <w:strike w:val="0"/>
          <w:sz w:val="22"/>
          <w:highlight w:val="cyan"/>
          <w:u w:val="single"/>
        </w:rPr>
        <w:t>has not</w:t>
      </w:r>
      <w:r>
        <w:rPr>
          <w:b w:val="0"/>
          <w:i w:val="0"/>
          <w:smallCaps w:val="0"/>
          <w:strike w:val="0"/>
          <w:sz w:val="16"/>
          <w:highlight w:val="cyan"/>
          <w:u w:val="none"/>
        </w:rPr>
        <w:t xml:space="preserve"> </w:t>
      </w:r>
      <w:r>
        <w:rPr>
          <w:b/>
          <w:i w:val="0"/>
          <w:smallCaps w:val="0"/>
          <w:strike w:val="0"/>
          <w:sz w:val="22"/>
          <w:highlight w:val="cyan"/>
          <w:u w:val="single"/>
        </w:rPr>
        <w:t>yet</w:t>
      </w:r>
      <w:r>
        <w:rPr>
          <w:b w:val="0"/>
          <w:i w:val="0"/>
          <w:smallCaps w:val="0"/>
          <w:strike w:val="0"/>
          <w:sz w:val="16"/>
          <w:highlight w:val="cyan"/>
          <w:u w:val="none"/>
        </w:rPr>
        <w:t xml:space="preserve"> </w:t>
      </w:r>
      <w:r>
        <w:rPr>
          <w:b w:val="0"/>
          <w:i w:val="0"/>
          <w:smallCaps w:val="0"/>
          <w:strike w:val="0"/>
          <w:sz w:val="22"/>
          <w:highlight w:val="cyan"/>
          <w:u w:val="single"/>
        </w:rPr>
        <w:t>crossed the</w:t>
      </w:r>
      <w:r>
        <w:rPr>
          <w:b w:val="0"/>
          <w:i w:val="0"/>
          <w:smallCaps w:val="0"/>
          <w:strike w:val="0"/>
          <w:sz w:val="16"/>
          <w:highlight w:val="cyan"/>
          <w:u w:val="none"/>
        </w:rPr>
        <w:t xml:space="preserve"> </w:t>
      </w:r>
      <w:r>
        <w:rPr>
          <w:b/>
          <w:i w:val="0"/>
          <w:smallCaps w:val="0"/>
          <w:strike w:val="0"/>
          <w:sz w:val="22"/>
          <w:highlight w:val="cyan"/>
          <w:u w:val="single"/>
        </w:rPr>
        <w:t>irreversible line</w:t>
      </w:r>
      <w:r>
        <w:rPr>
          <w:b w:val="0"/>
          <w:i w:val="0"/>
          <w:smallCaps w:val="0"/>
          <w:strike w:val="0"/>
          <w:sz w:val="16"/>
          <w:u w:val="none"/>
        </w:rPr>
        <w:t xml:space="preserve"> </w:t>
      </w:r>
      <w:r>
        <w:rPr>
          <w:b w:val="0"/>
          <w:i w:val="0"/>
          <w:smallCaps w:val="0"/>
          <w:strike w:val="0"/>
          <w:sz w:val="22"/>
          <w:highlight w:val="cyan"/>
          <w:u w:val="single"/>
        </w:rPr>
        <w:t>from</w:t>
      </w:r>
      <w:r>
        <w:rPr>
          <w:b w:val="0"/>
          <w:i w:val="0"/>
          <w:smallCaps w:val="0"/>
          <w:strike w:val="0"/>
          <w:sz w:val="22"/>
          <w:u w:val="single"/>
        </w:rPr>
        <w:t xml:space="preserve"> being</w:t>
      </w:r>
      <w:r>
        <w:rPr>
          <w:b w:val="0"/>
          <w:i w:val="0"/>
          <w:smallCaps w:val="0"/>
          <w:strike w:val="0"/>
          <w:sz w:val="16"/>
          <w:u w:val="none"/>
        </w:rPr>
        <w:t xml:space="preserve"> </w:t>
      </w:r>
      <w:r>
        <w:rPr>
          <w:b/>
          <w:i w:val="0"/>
          <w:smallCaps w:val="0"/>
          <w:strike w:val="0"/>
          <w:sz w:val="22"/>
          <w:highlight w:val="cyan"/>
          <w:u w:val="single"/>
        </w:rPr>
        <w:t>containable</w:t>
      </w:r>
      <w:r>
        <w:rPr>
          <w:b w:val="0"/>
          <w:i w:val="0"/>
          <w:smallCaps w:val="0"/>
          <w:strike w:val="0"/>
          <w:sz w:val="16"/>
          <w:u w:val="none"/>
        </w:rPr>
        <w:t xml:space="preserve"> (</w:t>
      </w:r>
      <w:r>
        <w:rPr>
          <w:b w:val="0"/>
          <w:i w:val="0"/>
          <w:smallCaps w:val="0"/>
          <w:strike w:val="0"/>
          <w:sz w:val="22"/>
          <w:highlight w:val="cyan"/>
          <w:u w:val="single"/>
        </w:rPr>
        <w:t>which it</w:t>
      </w:r>
      <w:r>
        <w:rPr>
          <w:b w:val="0"/>
          <w:i w:val="0"/>
          <w:smallCaps w:val="0"/>
          <w:strike w:val="0"/>
          <w:sz w:val="16"/>
          <w:highlight w:val="cyan"/>
          <w:u w:val="none"/>
        </w:rPr>
        <w:t xml:space="preserve"> </w:t>
      </w:r>
      <w:r>
        <w:rPr>
          <w:b/>
          <w:i w:val="0"/>
          <w:smallCaps w:val="0"/>
          <w:strike w:val="0"/>
          <w:sz w:val="22"/>
          <w:highlight w:val="cyan"/>
          <w:u w:val="single"/>
        </w:rPr>
        <w:t>is now</w:t>
      </w:r>
      <w:r>
        <w:rPr>
          <w:b w:val="0"/>
          <w:i w:val="0"/>
          <w:smallCaps w:val="0"/>
          <w:strike w:val="0"/>
          <w:sz w:val="16"/>
          <w:u w:val="none"/>
        </w:rPr>
        <w:t xml:space="preserve">) </w:t>
      </w:r>
      <w:r>
        <w:rPr>
          <w:b w:val="0"/>
          <w:i w:val="0"/>
          <w:smallCaps w:val="0"/>
          <w:strike w:val="0"/>
          <w:sz w:val="22"/>
          <w:highlight w:val="cyan"/>
          <w:u w:val="single"/>
        </w:rPr>
        <w:t>to</w:t>
      </w:r>
      <w:r>
        <w:rPr>
          <w:b w:val="0"/>
          <w:i w:val="0"/>
          <w:smallCaps w:val="0"/>
          <w:strike w:val="0"/>
          <w:sz w:val="22"/>
          <w:u w:val="single"/>
        </w:rPr>
        <w:t xml:space="preserve"> becoming </w:t>
      </w:r>
      <w:r>
        <w:rPr>
          <w:b w:val="0"/>
          <w:i w:val="0"/>
          <w:smallCaps w:val="0"/>
          <w:strike w:val="0"/>
          <w:sz w:val="22"/>
          <w:highlight w:val="cyan"/>
          <w:u w:val="single"/>
        </w:rPr>
        <w:t>a</w:t>
      </w:r>
      <w:r>
        <w:rPr>
          <w:b w:val="0"/>
          <w:i w:val="0"/>
          <w:smallCaps w:val="0"/>
          <w:strike w:val="0"/>
          <w:sz w:val="16"/>
          <w:highlight w:val="cyan"/>
          <w:u w:val="none"/>
        </w:rPr>
        <w:t xml:space="preserve"> </w:t>
      </w:r>
      <w:r>
        <w:rPr>
          <w:b/>
          <w:i w:val="0"/>
          <w:smallCaps w:val="0"/>
          <w:strike w:val="0"/>
          <w:sz w:val="22"/>
          <w:highlight w:val="cyan"/>
          <w:u w:val="single"/>
        </w:rPr>
        <w:t>brutal war</w:t>
      </w:r>
      <w:r>
        <w:rPr>
          <w:b w:val="0"/>
          <w:i w:val="0"/>
          <w:smallCaps w:val="0"/>
          <w:strike w:val="0"/>
          <w:sz w:val="16"/>
          <w:u w:val="none"/>
        </w:rPr>
        <w:t xml:space="preserve"> </w:t>
      </w:r>
      <w:r>
        <w:rPr>
          <w:b w:val="0"/>
          <w:i w:val="0"/>
          <w:smallCaps w:val="0"/>
          <w:strike w:val="0"/>
          <w:sz w:val="22"/>
          <w:u w:val="single"/>
        </w:rPr>
        <w:t>between the</w:t>
      </w:r>
      <w:r>
        <w:rPr>
          <w:b w:val="0"/>
          <w:i w:val="0"/>
          <w:smallCaps w:val="0"/>
          <w:strike w:val="0"/>
          <w:sz w:val="16"/>
          <w:u w:val="none"/>
        </w:rPr>
        <w:t xml:space="preserve"> </w:t>
      </w:r>
      <w:r>
        <w:rPr>
          <w:b/>
          <w:i w:val="0"/>
          <w:smallCaps w:val="0"/>
          <w:strike w:val="0"/>
          <w:sz w:val="22"/>
          <w:u w:val="single"/>
        </w:rPr>
        <w:t>biggest powers</w:t>
      </w:r>
      <w:r>
        <w:rPr>
          <w:b w:val="0"/>
          <w:i w:val="0"/>
          <w:smallCaps w:val="0"/>
          <w:strike w:val="0"/>
          <w:sz w:val="16"/>
          <w:u w:val="none"/>
        </w:rPr>
        <w:t xml:space="preserve"> </w:t>
      </w:r>
      <w:r>
        <w:rPr>
          <w:b w:val="0"/>
          <w:i w:val="0"/>
          <w:smallCaps w:val="0"/>
          <w:strike w:val="0"/>
          <w:sz w:val="22"/>
          <w:u w:val="single"/>
        </w:rPr>
        <w:t>and their</w:t>
      </w:r>
      <w:r>
        <w:rPr>
          <w:b w:val="0"/>
          <w:i w:val="0"/>
          <w:smallCaps w:val="0"/>
          <w:strike w:val="0"/>
          <w:sz w:val="16"/>
          <w:u w:val="none"/>
        </w:rPr>
        <w:t xml:space="preserve"> </w:t>
      </w:r>
      <w:r>
        <w:rPr>
          <w:b/>
          <w:i w:val="0"/>
          <w:smallCaps w:val="0"/>
          <w:strike w:val="0"/>
          <w:sz w:val="22"/>
          <w:u w:val="single"/>
        </w:rPr>
        <w:t>allies</w:t>
      </w:r>
      <w:r>
        <w:rPr>
          <w:b w:val="0"/>
          <w:i w:val="0"/>
          <w:smallCaps w:val="0"/>
          <w:strike w:val="0"/>
          <w:sz w:val="22"/>
          <w:u w:val="single"/>
        </w:rPr>
        <w:t xml:space="preserve">. </w:t>
      </w:r>
      <w:r>
        <w:rPr>
          <w:b w:val="0"/>
          <w:i w:val="0"/>
          <w:smallCaps w:val="0"/>
          <w:strike w:val="0"/>
          <w:sz w:val="22"/>
          <w:highlight w:val="cyan"/>
          <w:u w:val="single"/>
        </w:rPr>
        <w:t>If</w:t>
      </w:r>
      <w:r>
        <w:rPr>
          <w:b w:val="0"/>
          <w:i w:val="0"/>
          <w:smallCaps w:val="0"/>
          <w:strike w:val="0"/>
          <w:sz w:val="16"/>
          <w:u w:val="none"/>
        </w:rPr>
        <w:t xml:space="preserve"> these </w:t>
      </w:r>
      <w:r>
        <w:rPr>
          <w:b w:val="0"/>
          <w:i w:val="0"/>
          <w:smallCaps w:val="0"/>
          <w:strike w:val="0"/>
          <w:sz w:val="22"/>
          <w:highlight w:val="cyan"/>
          <w:u w:val="single"/>
        </w:rPr>
        <w:t>major powers</w:t>
      </w:r>
      <w:r>
        <w:rPr>
          <w:b w:val="0"/>
          <w:i w:val="0"/>
          <w:smallCaps w:val="0"/>
          <w:strike w:val="0"/>
          <w:sz w:val="22"/>
          <w:u w:val="single"/>
        </w:rPr>
        <w:t xml:space="preserve"> do </w:t>
      </w:r>
      <w:r>
        <w:rPr>
          <w:b w:val="0"/>
          <w:i w:val="0"/>
          <w:smallCaps w:val="0"/>
          <w:strike w:val="0"/>
          <w:sz w:val="22"/>
          <w:highlight w:val="cyan"/>
          <w:u w:val="single"/>
        </w:rPr>
        <w:t>have</w:t>
      </w:r>
      <w:r>
        <w:rPr>
          <w:b w:val="0"/>
          <w:i w:val="0"/>
          <w:smallCaps w:val="0"/>
          <w:strike w:val="0"/>
          <w:sz w:val="16"/>
          <w:highlight w:val="cyan"/>
          <w:u w:val="none"/>
        </w:rPr>
        <w:t xml:space="preserve"> </w:t>
      </w:r>
      <w:r>
        <w:rPr>
          <w:b/>
          <w:i w:val="0"/>
          <w:smallCaps w:val="0"/>
          <w:strike w:val="0"/>
          <w:sz w:val="22"/>
          <w:highlight w:val="cyan"/>
          <w:u w:val="single"/>
        </w:rPr>
        <w:t>direct fighting</w:t>
      </w:r>
      <w:r>
        <w:rPr>
          <w:b w:val="0"/>
          <w:i w:val="0"/>
          <w:smallCaps w:val="0"/>
          <w:strike w:val="0"/>
          <w:sz w:val="16"/>
          <w:u w:val="none"/>
        </w:rPr>
        <w:t xml:space="preserve"> </w:t>
      </w:r>
      <w:r>
        <w:rPr>
          <w:b w:val="0"/>
          <w:i w:val="0"/>
          <w:smallCaps w:val="0"/>
          <w:strike w:val="0"/>
          <w:sz w:val="22"/>
          <w:u w:val="single"/>
        </w:rPr>
        <w:t>with each other</w:t>
      </w:r>
      <w:r>
        <w:rPr>
          <w:b w:val="0"/>
          <w:i w:val="0"/>
          <w:smallCaps w:val="0"/>
          <w:strike w:val="0"/>
          <w:sz w:val="16"/>
          <w:u w:val="none"/>
        </w:rPr>
        <w:t xml:space="preserve">, in which one side kills a significant number of people on the other side, </w:t>
      </w:r>
      <w:r>
        <w:rPr>
          <w:b w:val="0"/>
          <w:i w:val="0"/>
          <w:smallCaps w:val="0"/>
          <w:strike w:val="0"/>
          <w:sz w:val="22"/>
          <w:highlight w:val="cyan"/>
          <w:u w:val="single"/>
        </w:rPr>
        <w:t>we will see</w:t>
      </w:r>
      <w:r>
        <w:rPr>
          <w:b w:val="0"/>
          <w:i w:val="0"/>
          <w:smallCaps w:val="0"/>
          <w:strike w:val="0"/>
          <w:sz w:val="22"/>
          <w:u w:val="single"/>
        </w:rPr>
        <w:t xml:space="preserve"> the</w:t>
      </w:r>
      <w:r>
        <w:rPr>
          <w:b w:val="0"/>
          <w:i w:val="0"/>
          <w:smallCaps w:val="0"/>
          <w:strike w:val="0"/>
          <w:sz w:val="16"/>
          <w:u w:val="none"/>
        </w:rPr>
        <w:t xml:space="preserve"> </w:t>
      </w:r>
      <w:r>
        <w:rPr>
          <w:b/>
          <w:i w:val="0"/>
          <w:smallCaps w:val="0"/>
          <w:strike w:val="0"/>
          <w:sz w:val="22"/>
          <w:u w:val="single"/>
        </w:rPr>
        <w:t>transition</w:t>
      </w:r>
      <w:r>
        <w:rPr>
          <w:b w:val="0"/>
          <w:i w:val="0"/>
          <w:smallCaps w:val="0"/>
          <w:strike w:val="0"/>
          <w:sz w:val="16"/>
          <w:u w:val="none"/>
        </w:rPr>
        <w:t xml:space="preserve"> </w:t>
      </w:r>
      <w:r>
        <w:rPr>
          <w:b w:val="0"/>
          <w:i w:val="0"/>
          <w:smallCaps w:val="0"/>
          <w:strike w:val="0"/>
          <w:sz w:val="22"/>
          <w:u w:val="single"/>
        </w:rPr>
        <w:t>from</w:t>
      </w:r>
      <w:r>
        <w:rPr>
          <w:b w:val="0"/>
          <w:i w:val="0"/>
          <w:smallCaps w:val="0"/>
          <w:strike w:val="0"/>
          <w:sz w:val="16"/>
          <w:u w:val="none"/>
        </w:rPr>
        <w:t xml:space="preserve"> </w:t>
      </w:r>
      <w:r>
        <w:rPr>
          <w:b/>
          <w:i w:val="0"/>
          <w:smallCaps w:val="0"/>
          <w:strike w:val="0"/>
          <w:sz w:val="22"/>
          <w:u w:val="single"/>
        </w:rPr>
        <w:t>contained pre-hot-war conflicts</w:t>
      </w:r>
      <w:r>
        <w:rPr>
          <w:b w:val="0"/>
          <w:i w:val="0"/>
          <w:smallCaps w:val="0"/>
          <w:strike w:val="0"/>
          <w:sz w:val="16"/>
          <w:u w:val="none"/>
        </w:rPr>
        <w:t xml:space="preserve"> </w:t>
      </w:r>
      <w:r>
        <w:rPr>
          <w:b w:val="0"/>
          <w:i w:val="0"/>
          <w:smallCaps w:val="0"/>
          <w:strike w:val="0"/>
          <w:sz w:val="22"/>
          <w:u w:val="single"/>
        </w:rPr>
        <w:t>to</w:t>
      </w:r>
      <w:r>
        <w:rPr>
          <w:b w:val="0"/>
          <w:i w:val="0"/>
          <w:smallCaps w:val="0"/>
          <w:strike w:val="0"/>
          <w:sz w:val="16"/>
          <w:u w:val="none"/>
        </w:rPr>
        <w:t xml:space="preserve"> a </w:t>
      </w:r>
      <w:r>
        <w:rPr>
          <w:b/>
          <w:i w:val="0"/>
          <w:smallCaps w:val="0"/>
          <w:strike w:val="0"/>
          <w:sz w:val="22"/>
          <w:highlight w:val="cyan"/>
          <w:u w:val="single"/>
        </w:rPr>
        <w:t>brutal World War III</w:t>
      </w:r>
      <w:r>
        <w:rPr>
          <w:b w:val="0"/>
          <w:i w:val="0"/>
          <w:smallCaps w:val="0"/>
          <w:strike w:val="0"/>
          <w:sz w:val="16"/>
          <w:u w:val="none"/>
        </w:rPr>
        <w:t xml:space="preserve">,” he said. </w:t>
      </w:r>
    </w:p>
    <w:p>
      <w:pPr>
        <w:spacing w:after="60"/>
      </w:pPr>
      <w:r>
        <w:rPr>
          <w:b w:val="0"/>
          <w:i w:val="0"/>
          <w:smallCaps w:val="0"/>
          <w:strike w:val="0"/>
          <w:sz w:val="16"/>
          <w:u w:val="none"/>
        </w:rPr>
        <w:t xml:space="preserve">Wars don’t go as expected and are more brutal than anticipated, he said, adding that the ones in </w:t>
      </w:r>
      <w:r>
        <w:rPr>
          <w:b w:val="0"/>
          <w:i w:val="0"/>
          <w:smallCaps w:val="0"/>
          <w:strike w:val="0"/>
          <w:sz w:val="16"/>
          <w:u w:val="none"/>
        </w:rPr>
        <w:t>favour</w:t>
      </w:r>
      <w:r>
        <w:rPr>
          <w:b w:val="0"/>
          <w:i w:val="0"/>
          <w:smallCaps w:val="0"/>
          <w:strike w:val="0"/>
          <w:sz w:val="16"/>
          <w:u w:val="none"/>
        </w:rPr>
        <w:t xml:space="preserve"> of war also end up regretting having them. “I hope that the leaders of the great powers will wisely step back from the brink, even while they must prepare to be strong enough to successfully fight and win a hot war,” he said, adding that the might of non-fighting parties will also be tested. </w:t>
      </w:r>
    </w:p>
    <w:p>
      <w:pPr>
        <w:spacing w:after="60"/>
      </w:pPr>
      <w:r>
        <w:rPr>
          <w:b w:val="0"/>
          <w:i w:val="0"/>
          <w:smallCaps w:val="0"/>
          <w:strike w:val="0"/>
          <w:sz w:val="16"/>
          <w:u w:val="none"/>
        </w:rPr>
        <w:t xml:space="preserve">“That is because being allied and helpful to the allied countries in these brutal wars is always very costly and raises the risks of being drawn fully into the war. That’s how </w:t>
      </w:r>
      <w:r>
        <w:rPr>
          <w:b w:val="0"/>
          <w:i w:val="0"/>
          <w:smallCaps w:val="0"/>
          <w:strike w:val="0"/>
          <w:sz w:val="22"/>
          <w:u w:val="single"/>
        </w:rPr>
        <w:t>local wars</w:t>
      </w:r>
      <w:r>
        <w:rPr>
          <w:b w:val="0"/>
          <w:i w:val="0"/>
          <w:smallCaps w:val="0"/>
          <w:strike w:val="0"/>
          <w:sz w:val="16"/>
          <w:u w:val="none"/>
        </w:rPr>
        <w:t xml:space="preserve"> </w:t>
      </w:r>
      <w:r>
        <w:rPr>
          <w:b/>
          <w:i w:val="0"/>
          <w:smallCaps w:val="0"/>
          <w:strike w:val="0"/>
          <w:sz w:val="22"/>
          <w:u w:val="single"/>
        </w:rPr>
        <w:t>spread</w:t>
      </w:r>
      <w:r>
        <w:rPr>
          <w:b w:val="0"/>
          <w:i w:val="0"/>
          <w:smallCaps w:val="0"/>
          <w:strike w:val="0"/>
          <w:sz w:val="16"/>
          <w:u w:val="none"/>
        </w:rPr>
        <w:t xml:space="preserve"> </w:t>
      </w:r>
      <w:r>
        <w:rPr>
          <w:b w:val="0"/>
          <w:i w:val="0"/>
          <w:smallCaps w:val="0"/>
          <w:strike w:val="0"/>
          <w:sz w:val="22"/>
          <w:u w:val="single"/>
        </w:rPr>
        <w:t>into</w:t>
      </w:r>
      <w:r>
        <w:rPr>
          <w:b w:val="0"/>
          <w:i w:val="0"/>
          <w:smallCaps w:val="0"/>
          <w:strike w:val="0"/>
          <w:sz w:val="16"/>
          <w:u w:val="none"/>
        </w:rPr>
        <w:t xml:space="preserve"> </w:t>
      </w:r>
      <w:r>
        <w:rPr>
          <w:b/>
          <w:i w:val="0"/>
          <w:smallCaps w:val="0"/>
          <w:strike w:val="0"/>
          <w:sz w:val="22"/>
          <w:u w:val="single"/>
        </w:rPr>
        <w:t>world wars</w:t>
      </w:r>
      <w:r>
        <w:rPr>
          <w:b w:val="0"/>
          <w:i w:val="0"/>
          <w:smallCaps w:val="0"/>
          <w:strike w:val="0"/>
          <w:sz w:val="16"/>
          <w:u w:val="none"/>
        </w:rPr>
        <w:t xml:space="preserve">,” said Ray Dalio. </w:t>
      </w:r>
    </w:p>
    <w:p>
      <w:pPr>
        <w:pStyle w:val="Caption"/>
      </w:pPr>
      <w:r>
        <w:t>Source: Elections DA Harris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