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 Outweighs on </w:t>
      </w:r>
      <w:r>
        <w:rPr>
          <w:b/>
          <w:i w:val="0"/>
          <w:smallCaps w:val="0"/>
          <w:strike w:val="0"/>
          <w:sz w:val="26"/>
          <w:u w:val="single"/>
        </w:rPr>
        <w:t>magnitude</w:t>
      </w:r>
      <w:r>
        <w:rPr>
          <w:b/>
          <w:i w:val="0"/>
          <w:smallCaps w:val="0"/>
          <w:strike w:val="0"/>
          <w:sz w:val="26"/>
          <w:u w:val="none"/>
        </w:rPr>
        <w:t>---</w:t>
      </w:r>
      <w:r>
        <w:rPr>
          <w:b/>
          <w:i w:val="0"/>
          <w:smallCaps w:val="0"/>
          <w:strike w:val="0"/>
          <w:sz w:val="26"/>
          <w:u w:val="single"/>
        </w:rPr>
        <w:t>every global war</w:t>
      </w:r>
      <w:r>
        <w:rPr>
          <w:b/>
          <w:i w:val="0"/>
          <w:smallCaps w:val="0"/>
          <w:strike w:val="0"/>
          <w:sz w:val="26"/>
          <w:u w:val="none"/>
        </w:rPr>
        <w:t xml:space="preserve"> will go nuclear. </w:t>
      </w:r>
    </w:p>
    <w:p>
      <w:pPr>
        <w:spacing w:after="80"/>
      </w:pPr>
      <w:r>
        <w:rPr>
          <w:b w:val="0"/>
          <w:i w:val="0"/>
          <w:smallCaps w:val="0"/>
          <w:strike w:val="0"/>
          <w:u w:val="none"/>
        </w:rPr>
        <w:t xml:space="preserve">Alexander </w:t>
      </w:r>
      <w:r>
        <w:rPr>
          <w:b/>
          <w:i w:val="0"/>
          <w:smallCaps w:val="0"/>
          <w:strike w:val="0"/>
          <w:sz w:val="26"/>
          <w:u w:val="none"/>
        </w:rPr>
        <w:t>Shtorm</w:t>
      </w:r>
      <w:r>
        <w:rPr>
          <w:b/>
          <w:i w:val="0"/>
          <w:smallCaps w:val="0"/>
          <w:strike w:val="0"/>
          <w:sz w:val="26"/>
          <w:u w:val="none"/>
        </w:rPr>
        <w:t xml:space="preserve"> 23</w:t>
      </w:r>
      <w:r>
        <w:rPr>
          <w:b w:val="0"/>
          <w:i w:val="0"/>
          <w:smallCaps w:val="0"/>
          <w:strike w:val="0"/>
          <w:u w:val="none"/>
        </w:rPr>
        <w:t>, quoting intelligence specialist Georgy Rieper, “Crisis in Israel opens the gate of hell in the Middle East and Europe,” Pravda, 10/10/23, https://english.pravda.ru/world/157880-israel_gate_of_hell/</w:t>
      </w:r>
    </w:p>
    <w:p>
      <w:pPr>
        <w:spacing w:after="60"/>
      </w:pPr>
      <w:r>
        <w:rPr>
          <w:b w:val="0"/>
          <w:i w:val="0"/>
          <w:smallCaps w:val="0"/>
          <w:strike w:val="0"/>
          <w:sz w:val="16"/>
          <w:u w:val="none"/>
        </w:rPr>
        <w:t xml:space="preserve">"Today, many write clever forecasts about the Samson Option (Israel's use of nuclear weapons) or </w:t>
      </w:r>
      <w:r>
        <w:rPr>
          <w:b w:val="0"/>
          <w:i w:val="0"/>
          <w:smallCaps w:val="0"/>
          <w:strike w:val="0"/>
          <w:sz w:val="22"/>
          <w:u w:val="single"/>
        </w:rPr>
        <w:t>the</w:t>
      </w:r>
      <w:r>
        <w:rPr>
          <w:b w:val="0"/>
          <w:i w:val="0"/>
          <w:smallCaps w:val="0"/>
          <w:strike w:val="0"/>
          <w:sz w:val="16"/>
          <w:u w:val="none"/>
        </w:rPr>
        <w:t xml:space="preserve"> full </w:t>
      </w:r>
      <w:r>
        <w:rPr>
          <w:b/>
          <w:i w:val="0"/>
          <w:smallCaps w:val="0"/>
          <w:strike w:val="0"/>
          <w:sz w:val="22"/>
          <w:u w:val="single"/>
        </w:rPr>
        <w:t>cleansing of Gaza</w:t>
      </w:r>
      <w:r>
        <w:rPr>
          <w:b w:val="0"/>
          <w:i w:val="0"/>
          <w:smallCaps w:val="0"/>
          <w:strike w:val="0"/>
          <w:sz w:val="16"/>
          <w:u w:val="none"/>
        </w:rPr>
        <w:t xml:space="preserve">. They switch from Ukraine to the Palestinian-Israeli crisis, but the question </w:t>
      </w:r>
      <w:r>
        <w:rPr>
          <w:b w:val="0"/>
          <w:i w:val="0"/>
          <w:smallCaps w:val="0"/>
          <w:strike w:val="0"/>
          <w:sz w:val="22"/>
          <w:u w:val="single"/>
        </w:rPr>
        <w:t>is</w:t>
      </w:r>
      <w:r>
        <w:rPr>
          <w:b w:val="0"/>
          <w:i w:val="0"/>
          <w:smallCaps w:val="0"/>
          <w:strike w:val="0"/>
          <w:sz w:val="16"/>
          <w:u w:val="none"/>
        </w:rPr>
        <w:t xml:space="preserve"> </w:t>
      </w:r>
      <w:r>
        <w:rPr>
          <w:b/>
          <w:i w:val="0"/>
          <w:smallCaps w:val="0"/>
          <w:strike w:val="0"/>
          <w:sz w:val="22"/>
          <w:u w:val="single"/>
        </w:rPr>
        <w:t>much broader</w:t>
      </w:r>
      <w:r>
        <w:rPr>
          <w:b w:val="0"/>
          <w:i w:val="0"/>
          <w:smallCaps w:val="0"/>
          <w:strike w:val="0"/>
          <w:sz w:val="16"/>
          <w:u w:val="none"/>
        </w:rPr>
        <w:t xml:space="preserve">. What we can see now is </w:t>
      </w:r>
      <w:r>
        <w:rPr>
          <w:b w:val="0"/>
          <w:i w:val="0"/>
          <w:smallCaps w:val="0"/>
          <w:strike w:val="0"/>
          <w:sz w:val="22"/>
          <w:u w:val="single"/>
        </w:rPr>
        <w:t>part of the</w:t>
      </w:r>
      <w:r>
        <w:rPr>
          <w:b w:val="0"/>
          <w:i w:val="0"/>
          <w:smallCaps w:val="0"/>
          <w:strike w:val="0"/>
          <w:sz w:val="16"/>
          <w:u w:val="none"/>
        </w:rPr>
        <w:t xml:space="preserve"> </w:t>
      </w:r>
      <w:r>
        <w:rPr>
          <w:b/>
          <w:i w:val="0"/>
          <w:smallCaps w:val="0"/>
          <w:strike w:val="0"/>
          <w:sz w:val="22"/>
          <w:u w:val="single"/>
        </w:rPr>
        <w:t>grandiose redivision of the world</w:t>
      </w:r>
      <w:r>
        <w:rPr>
          <w:b w:val="0"/>
          <w:i w:val="0"/>
          <w:smallCaps w:val="0"/>
          <w:strike w:val="0"/>
          <w:sz w:val="16"/>
          <w:u w:val="none"/>
        </w:rPr>
        <w:t xml:space="preserve"> that was </w:t>
      </w:r>
      <w:r>
        <w:rPr>
          <w:b/>
          <w:i w:val="0"/>
          <w:smallCaps w:val="0"/>
          <w:strike w:val="0"/>
          <w:sz w:val="22"/>
          <w:u w:val="single"/>
        </w:rPr>
        <w:t>formed after WWII</w:t>
      </w:r>
      <w:r>
        <w:rPr>
          <w:b w:val="0"/>
          <w:i w:val="0"/>
          <w:smallCaps w:val="0"/>
          <w:strike w:val="0"/>
          <w:sz w:val="16"/>
          <w:u w:val="none"/>
        </w:rPr>
        <w:t xml:space="preserve">," Georgy Rieper told </w:t>
      </w:r>
      <w:r>
        <w:rPr>
          <w:b w:val="0"/>
          <w:i w:val="0"/>
          <w:smallCaps w:val="0"/>
          <w:strike w:val="0"/>
          <w:sz w:val="16"/>
          <w:u w:val="none"/>
        </w:rPr>
        <w:t>Pravda.Ru</w:t>
      </w:r>
      <w:r>
        <w:rPr>
          <w:b w:val="0"/>
          <w:i w:val="0"/>
          <w:smallCaps w:val="0"/>
          <w:strike w:val="0"/>
          <w:sz w:val="16"/>
          <w:u w:val="none"/>
        </w:rPr>
        <w:t>.</w:t>
      </w:r>
    </w:p>
    <w:p>
      <w:pPr>
        <w:spacing w:after="60"/>
      </w:pPr>
      <w:r>
        <w:rPr>
          <w:b w:val="0"/>
          <w:i w:val="0"/>
          <w:smallCaps w:val="0"/>
          <w:strike w:val="0"/>
          <w:sz w:val="16"/>
          <w:u w:val="none"/>
        </w:rPr>
        <w:t xml:space="preserve">Let us recall that </w:t>
      </w:r>
      <w:r>
        <w:rPr>
          <w:b w:val="0"/>
          <w:i w:val="0"/>
          <w:smallCaps w:val="0"/>
          <w:strike w:val="0"/>
          <w:sz w:val="22"/>
          <w:highlight w:val="cyan"/>
          <w:u w:val="single"/>
        </w:rPr>
        <w:t>Israel</w:t>
      </w:r>
      <w:r>
        <w:rPr>
          <w:b w:val="0"/>
          <w:i w:val="0"/>
          <w:smallCaps w:val="0"/>
          <w:strike w:val="0"/>
          <w:sz w:val="16"/>
          <w:u w:val="none"/>
        </w:rPr>
        <w:t xml:space="preserve"> today </w:t>
      </w:r>
      <w:r>
        <w:rPr>
          <w:b w:val="0"/>
          <w:i w:val="0"/>
          <w:smallCaps w:val="0"/>
          <w:strike w:val="0"/>
          <w:sz w:val="22"/>
          <w:highlight w:val="cyan"/>
          <w:u w:val="single"/>
        </w:rPr>
        <w:t>has</w:t>
      </w:r>
      <w:r>
        <w:rPr>
          <w:b w:val="0"/>
          <w:i w:val="0"/>
          <w:smallCaps w:val="0"/>
          <w:strike w:val="0"/>
          <w:sz w:val="16"/>
          <w:u w:val="none"/>
        </w:rPr>
        <w:t xml:space="preserve"> at least </w:t>
      </w:r>
      <w:r>
        <w:rPr>
          <w:b/>
          <w:i w:val="0"/>
          <w:smallCaps w:val="0"/>
          <w:strike w:val="0"/>
          <w:sz w:val="22"/>
          <w:highlight w:val="cyan"/>
          <w:u w:val="single"/>
        </w:rPr>
        <w:t>200</w:t>
      </w:r>
      <w:r>
        <w:rPr>
          <w:b/>
          <w:i w:val="0"/>
          <w:smallCaps w:val="0"/>
          <w:strike w:val="0"/>
          <w:sz w:val="22"/>
          <w:u w:val="single"/>
        </w:rPr>
        <w:t xml:space="preserve"> nuclear </w:t>
      </w:r>
      <w:r>
        <w:rPr>
          <w:b/>
          <w:i w:val="0"/>
          <w:smallCaps w:val="0"/>
          <w:strike w:val="0"/>
          <w:sz w:val="22"/>
          <w:highlight w:val="cyan"/>
          <w:u w:val="single"/>
        </w:rPr>
        <w:t>warheads</w:t>
      </w:r>
      <w:r>
        <w:rPr>
          <w:b w:val="0"/>
          <w:i w:val="0"/>
          <w:smallCaps w:val="0"/>
          <w:strike w:val="0"/>
          <w:sz w:val="16"/>
          <w:u w:val="none"/>
        </w:rPr>
        <w:t xml:space="preserve">. The country </w:t>
      </w:r>
      <w:r>
        <w:rPr>
          <w:b w:val="0"/>
          <w:i w:val="0"/>
          <w:smallCaps w:val="0"/>
          <w:strike w:val="0"/>
          <w:sz w:val="22"/>
          <w:u w:val="single"/>
        </w:rPr>
        <w:t>also</w:t>
      </w:r>
      <w:r>
        <w:rPr>
          <w:b w:val="0"/>
          <w:i w:val="0"/>
          <w:smallCaps w:val="0"/>
          <w:strike w:val="0"/>
          <w:sz w:val="16"/>
          <w:u w:val="none"/>
        </w:rPr>
        <w:t xml:space="preserve"> has </w:t>
      </w:r>
      <w:r>
        <w:rPr>
          <w:b w:val="0"/>
          <w:i w:val="0"/>
          <w:smallCaps w:val="0"/>
          <w:strike w:val="0"/>
          <w:sz w:val="22"/>
          <w:u w:val="single"/>
        </w:rPr>
        <w:t>a</w:t>
      </w:r>
      <w:r>
        <w:rPr>
          <w:b w:val="0"/>
          <w:i w:val="0"/>
          <w:smallCaps w:val="0"/>
          <w:strike w:val="0"/>
          <w:sz w:val="16"/>
          <w:u w:val="none"/>
        </w:rPr>
        <w:t xml:space="preserve"> </w:t>
      </w:r>
      <w:r>
        <w:rPr>
          <w:b/>
          <w:i w:val="0"/>
          <w:smallCaps w:val="0"/>
          <w:strike w:val="0"/>
          <w:sz w:val="22"/>
          <w:u w:val="single"/>
        </w:rPr>
        <w:t>full-fledged nuclear triad</w:t>
      </w:r>
      <w:r>
        <w:rPr>
          <w:b w:val="0"/>
          <w:i w:val="0"/>
          <w:smallCaps w:val="0"/>
          <w:strike w:val="0"/>
          <w:sz w:val="22"/>
          <w:u w:val="single"/>
        </w:rPr>
        <w:t>. Israeli nuclear arsenal is believed to be the</w:t>
      </w:r>
      <w:r>
        <w:rPr>
          <w:b w:val="0"/>
          <w:i w:val="0"/>
          <w:smallCaps w:val="0"/>
          <w:strike w:val="0"/>
          <w:sz w:val="16"/>
          <w:u w:val="none"/>
        </w:rPr>
        <w:t xml:space="preserve"> </w:t>
      </w:r>
      <w:r>
        <w:rPr>
          <w:b/>
          <w:i w:val="0"/>
          <w:smallCaps w:val="0"/>
          <w:strike w:val="0"/>
          <w:sz w:val="22"/>
          <w:u w:val="single"/>
        </w:rPr>
        <w:t>sixth largest</w:t>
      </w:r>
      <w:r>
        <w:rPr>
          <w:b w:val="0"/>
          <w:i w:val="0"/>
          <w:smallCaps w:val="0"/>
          <w:strike w:val="0"/>
          <w:sz w:val="16"/>
          <w:u w:val="none"/>
        </w:rPr>
        <w:t xml:space="preserve"> nuclear arsenal </w:t>
      </w:r>
      <w:r>
        <w:rPr>
          <w:b/>
          <w:i w:val="0"/>
          <w:smallCaps w:val="0"/>
          <w:strike w:val="0"/>
          <w:sz w:val="22"/>
          <w:u w:val="single"/>
        </w:rPr>
        <w:t>in the world</w:t>
      </w:r>
      <w:r>
        <w:rPr>
          <w:b w:val="0"/>
          <w:i w:val="0"/>
          <w:smallCaps w:val="0"/>
          <w:strike w:val="0"/>
          <w:sz w:val="16"/>
          <w:u w:val="none"/>
        </w:rPr>
        <w:t>.</w:t>
      </w:r>
    </w:p>
    <w:p>
      <w:pPr>
        <w:spacing w:after="60"/>
      </w:pPr>
      <w:r>
        <w:rPr>
          <w:b w:val="0"/>
          <w:i w:val="0"/>
          <w:smallCaps w:val="0"/>
          <w:strike w:val="0"/>
          <w:sz w:val="16"/>
          <w:u w:val="none"/>
        </w:rPr>
        <w:t xml:space="preserve">Officially, Israel never admits to the presence of nuclear weapons. There is only "no one's nuclear explosion" known as the Vela incident. However, </w:t>
      </w:r>
      <w:r>
        <w:rPr>
          <w:b/>
          <w:i w:val="0"/>
          <w:smallCaps w:val="0"/>
          <w:strike w:val="0"/>
          <w:sz w:val="22"/>
          <w:u w:val="single"/>
        </w:rPr>
        <w:t>everyone</w:t>
      </w:r>
      <w:r>
        <w:rPr>
          <w:b w:val="0"/>
          <w:i w:val="0"/>
          <w:smallCaps w:val="0"/>
          <w:strike w:val="0"/>
          <w:sz w:val="16"/>
          <w:u w:val="none"/>
        </w:rPr>
        <w:t xml:space="preserve"> </w:t>
      </w:r>
      <w:r>
        <w:rPr>
          <w:b w:val="0"/>
          <w:i w:val="0"/>
          <w:smallCaps w:val="0"/>
          <w:strike w:val="0"/>
          <w:sz w:val="22"/>
          <w:u w:val="single"/>
        </w:rPr>
        <w:t>knows about the</w:t>
      </w:r>
      <w:r>
        <w:rPr>
          <w:b w:val="0"/>
          <w:i w:val="0"/>
          <w:smallCaps w:val="0"/>
          <w:strike w:val="0"/>
          <w:sz w:val="16"/>
          <w:u w:val="none"/>
        </w:rPr>
        <w:t xml:space="preserve"> </w:t>
      </w:r>
      <w:r>
        <w:rPr>
          <w:b/>
          <w:i w:val="0"/>
          <w:smallCaps w:val="0"/>
          <w:strike w:val="0"/>
          <w:sz w:val="22"/>
          <w:u w:val="single"/>
        </w:rPr>
        <w:t>Samson Option</w:t>
      </w:r>
      <w:r>
        <w:rPr>
          <w:b w:val="0"/>
          <w:i w:val="0"/>
          <w:smallCaps w:val="0"/>
          <w:strike w:val="0"/>
          <w:sz w:val="16"/>
          <w:u w:val="none"/>
        </w:rPr>
        <w:t xml:space="preserve"> </w:t>
      </w:r>
      <w:r>
        <w:rPr>
          <w:b w:val="0"/>
          <w:i w:val="0"/>
          <w:smallCaps w:val="0"/>
          <w:strike w:val="0"/>
          <w:sz w:val="22"/>
          <w:u w:val="single"/>
        </w:rPr>
        <w:t>— Israel's</w:t>
      </w:r>
      <w:r>
        <w:rPr>
          <w:b w:val="0"/>
          <w:i w:val="0"/>
          <w:smallCaps w:val="0"/>
          <w:strike w:val="0"/>
          <w:sz w:val="16"/>
          <w:u w:val="none"/>
        </w:rPr>
        <w:t xml:space="preserve"> </w:t>
      </w:r>
      <w:r>
        <w:rPr>
          <w:b/>
          <w:i w:val="0"/>
          <w:smallCaps w:val="0"/>
          <w:strike w:val="0"/>
          <w:sz w:val="22"/>
          <w:u w:val="single"/>
        </w:rPr>
        <w:t>deterrence strategy</w:t>
      </w:r>
      <w:r>
        <w:rPr>
          <w:b w:val="0"/>
          <w:i w:val="0"/>
          <w:smallCaps w:val="0"/>
          <w:strike w:val="0"/>
          <w:sz w:val="16"/>
          <w:u w:val="none"/>
        </w:rPr>
        <w:t xml:space="preserve"> </w:t>
      </w:r>
      <w:r>
        <w:rPr>
          <w:b w:val="0"/>
          <w:i w:val="0"/>
          <w:smallCaps w:val="0"/>
          <w:strike w:val="0"/>
          <w:sz w:val="22"/>
          <w:u w:val="single"/>
        </w:rPr>
        <w:t>of</w:t>
      </w:r>
      <w:r>
        <w:rPr>
          <w:b w:val="0"/>
          <w:i w:val="0"/>
          <w:smallCaps w:val="0"/>
          <w:strike w:val="0"/>
          <w:sz w:val="16"/>
          <w:u w:val="none"/>
        </w:rPr>
        <w:t xml:space="preserve"> </w:t>
      </w:r>
      <w:r>
        <w:rPr>
          <w:b/>
          <w:i w:val="0"/>
          <w:smallCaps w:val="0"/>
          <w:strike w:val="0"/>
          <w:sz w:val="22"/>
          <w:u w:val="single"/>
        </w:rPr>
        <w:t>massive retaliation</w:t>
      </w:r>
      <w:r>
        <w:rPr>
          <w:b w:val="0"/>
          <w:i w:val="0"/>
          <w:smallCaps w:val="0"/>
          <w:strike w:val="0"/>
          <w:sz w:val="16"/>
          <w:u w:val="none"/>
        </w:rPr>
        <w:t xml:space="preserve"> </w:t>
      </w:r>
      <w:r>
        <w:rPr>
          <w:b w:val="0"/>
          <w:i w:val="0"/>
          <w:smallCaps w:val="0"/>
          <w:strike w:val="0"/>
          <w:sz w:val="22"/>
          <w:u w:val="single"/>
        </w:rPr>
        <w:t>with</w:t>
      </w:r>
      <w:r>
        <w:rPr>
          <w:b w:val="0"/>
          <w:i w:val="0"/>
          <w:smallCaps w:val="0"/>
          <w:strike w:val="0"/>
          <w:sz w:val="16"/>
          <w:u w:val="none"/>
        </w:rPr>
        <w:t xml:space="preserve"> </w:t>
      </w:r>
      <w:r>
        <w:rPr>
          <w:b/>
          <w:i w:val="0"/>
          <w:smallCaps w:val="0"/>
          <w:strike w:val="0"/>
          <w:sz w:val="22"/>
          <w:u w:val="single"/>
        </w:rPr>
        <w:t>nuclear weapons</w:t>
      </w:r>
      <w:r>
        <w:rPr>
          <w:b w:val="0"/>
          <w:i w:val="0"/>
          <w:smallCaps w:val="0"/>
          <w:strike w:val="0"/>
          <w:sz w:val="16"/>
          <w:u w:val="none"/>
        </w:rPr>
        <w:t>.</w:t>
      </w:r>
    </w:p>
    <w:p>
      <w:pPr>
        <w:spacing w:after="60"/>
      </w:pPr>
      <w:r>
        <w:rPr>
          <w:b w:val="0"/>
          <w:i w:val="0"/>
          <w:smallCaps w:val="0"/>
          <w:strike w:val="0"/>
          <w:sz w:val="16"/>
          <w:u w:val="none"/>
        </w:rPr>
        <w:t xml:space="preserve">A lot has been reported about the existence of so-called "Parking Plan” </w:t>
      </w:r>
      <w:r>
        <w:rPr>
          <w:b w:val="0"/>
          <w:i w:val="0"/>
          <w:smallCaps w:val="0"/>
          <w:strike w:val="0"/>
          <w:sz w:val="22"/>
          <w:highlight w:val="cyan"/>
          <w:u w:val="single"/>
        </w:rPr>
        <w:t>when Israel</w:t>
      </w:r>
      <w:r>
        <w:rPr>
          <w:b w:val="0"/>
          <w:i w:val="0"/>
          <w:smallCaps w:val="0"/>
          <w:strike w:val="0"/>
          <w:sz w:val="16"/>
          <w:u w:val="none"/>
        </w:rPr>
        <w:t xml:space="preserve"> </w:t>
      </w:r>
      <w:r>
        <w:rPr>
          <w:b/>
          <w:i w:val="0"/>
          <w:smallCaps w:val="0"/>
          <w:strike w:val="0"/>
          <w:sz w:val="22"/>
          <w:u w:val="single"/>
        </w:rPr>
        <w:t xml:space="preserve">literally </w:t>
      </w:r>
      <w:r>
        <w:rPr>
          <w:b/>
          <w:i w:val="0"/>
          <w:smallCaps w:val="0"/>
          <w:strike w:val="0"/>
          <w:sz w:val="22"/>
          <w:highlight w:val="cyan"/>
          <w:u w:val="single"/>
        </w:rPr>
        <w:t>wipes Gaza out</w:t>
      </w:r>
      <w:r>
        <w:rPr>
          <w:b w:val="0"/>
          <w:i w:val="0"/>
          <w:smallCaps w:val="0"/>
          <w:strike w:val="0"/>
          <w:sz w:val="16"/>
          <w:u w:val="none"/>
        </w:rPr>
        <w:t xml:space="preserve"> </w:t>
      </w:r>
      <w:r>
        <w:rPr>
          <w:b w:val="0"/>
          <w:i w:val="0"/>
          <w:smallCaps w:val="0"/>
          <w:strike w:val="0"/>
          <w:sz w:val="22"/>
          <w:u w:val="single"/>
        </w:rPr>
        <w:t>turning it into one</w:t>
      </w:r>
      <w:r>
        <w:rPr>
          <w:b w:val="0"/>
          <w:i w:val="0"/>
          <w:smallCaps w:val="0"/>
          <w:strike w:val="0"/>
          <w:sz w:val="16"/>
          <w:u w:val="none"/>
        </w:rPr>
        <w:t xml:space="preserve"> </w:t>
      </w:r>
      <w:r>
        <w:rPr>
          <w:b/>
          <w:i w:val="0"/>
          <w:smallCaps w:val="0"/>
          <w:strike w:val="0"/>
          <w:sz w:val="22"/>
          <w:u w:val="single"/>
        </w:rPr>
        <w:t>giant parking lot</w:t>
      </w:r>
      <w:r>
        <w:rPr>
          <w:b w:val="0"/>
          <w:i w:val="0"/>
          <w:smallCaps w:val="0"/>
          <w:strike w:val="0"/>
          <w:sz w:val="16"/>
          <w:u w:val="none"/>
        </w:rPr>
        <w:t>. It appears that Israel is implementing this plan already:</w:t>
      </w:r>
    </w:p>
    <w:p>
      <w:pPr>
        <w:spacing w:after="60"/>
      </w:pPr>
      <w:r>
        <w:rPr>
          <w:b w:val="0"/>
          <w:i w:val="0"/>
          <w:smallCaps w:val="0"/>
          <w:strike w:val="0"/>
          <w:sz w:val="16"/>
          <w:u w:val="none"/>
        </w:rPr>
        <w:t>first Gaza is destroyed in massive rocket attacks,</w:t>
      </w:r>
    </w:p>
    <w:p>
      <w:pPr>
        <w:spacing w:after="60"/>
      </w:pPr>
      <w:r>
        <w:rPr>
          <w:b w:val="0"/>
          <w:i w:val="0"/>
          <w:smallCaps w:val="0"/>
          <w:strike w:val="0"/>
          <w:sz w:val="16"/>
          <w:u w:val="none"/>
        </w:rPr>
        <w:t>heavy tanks and special forces clear the region,</w:t>
      </w:r>
    </w:p>
    <w:p>
      <w:pPr>
        <w:spacing w:after="60"/>
      </w:pPr>
      <w:r>
        <w:rPr>
          <w:b w:val="0"/>
          <w:i w:val="0"/>
          <w:smallCaps w:val="0"/>
          <w:strike w:val="0"/>
          <w:sz w:val="16"/>
          <w:u w:val="none"/>
        </w:rPr>
        <w:t>bulldozers level out the entire territory of the enclave making it look like a parking lot.</w:t>
      </w:r>
    </w:p>
    <w:p>
      <w:pPr>
        <w:spacing w:after="60"/>
      </w:pPr>
      <w:r>
        <w:rPr>
          <w:b w:val="0"/>
          <w:i w:val="0"/>
          <w:smallCaps w:val="0"/>
          <w:strike w:val="0"/>
          <w:sz w:val="22"/>
          <w:u w:val="single"/>
        </w:rPr>
        <w:t>"Israel's</w:t>
      </w:r>
      <w:r>
        <w:rPr>
          <w:b w:val="0"/>
          <w:i w:val="0"/>
          <w:smallCaps w:val="0"/>
          <w:strike w:val="0"/>
          <w:sz w:val="16"/>
          <w:u w:val="none"/>
        </w:rPr>
        <w:t xml:space="preserve"> </w:t>
      </w:r>
      <w:r>
        <w:rPr>
          <w:b/>
          <w:i w:val="0"/>
          <w:smallCaps w:val="0"/>
          <w:strike w:val="0"/>
          <w:sz w:val="22"/>
          <w:highlight w:val="cyan"/>
          <w:u w:val="single"/>
        </w:rPr>
        <w:t>cleansing</w:t>
      </w:r>
      <w:r>
        <w:rPr>
          <w:b w:val="0"/>
          <w:i w:val="0"/>
          <w:smallCaps w:val="0"/>
          <w:strike w:val="0"/>
          <w:sz w:val="16"/>
          <w:u w:val="none"/>
        </w:rPr>
        <w:t xml:space="preserve"> of the Gaza Strip </w:t>
      </w:r>
      <w:r>
        <w:rPr>
          <w:b w:val="0"/>
          <w:i w:val="0"/>
          <w:smallCaps w:val="0"/>
          <w:strike w:val="0"/>
          <w:sz w:val="22"/>
          <w:highlight w:val="cyan"/>
          <w:u w:val="single"/>
        </w:rPr>
        <w:t>will trigger</w:t>
      </w:r>
      <w:r>
        <w:rPr>
          <w:b w:val="0"/>
          <w:i w:val="0"/>
          <w:smallCaps w:val="0"/>
          <w:strike w:val="0"/>
          <w:sz w:val="16"/>
          <w:u w:val="none"/>
        </w:rPr>
        <w:t xml:space="preserve"> a huge migration crisis and </w:t>
      </w:r>
      <w:r>
        <w:rPr>
          <w:b w:val="0"/>
          <w:i w:val="0"/>
          <w:smallCaps w:val="0"/>
          <w:strike w:val="0"/>
          <w:sz w:val="22"/>
          <w:highlight w:val="cyan"/>
          <w:u w:val="single"/>
        </w:rPr>
        <w:t>an</w:t>
      </w:r>
      <w:r>
        <w:rPr>
          <w:b w:val="0"/>
          <w:i w:val="0"/>
          <w:smallCaps w:val="0"/>
          <w:strike w:val="0"/>
          <w:sz w:val="16"/>
          <w:highlight w:val="cyan"/>
          <w:u w:val="none"/>
        </w:rPr>
        <w:t xml:space="preserve"> </w:t>
      </w:r>
      <w:r>
        <w:rPr>
          <w:b/>
          <w:i w:val="0"/>
          <w:smallCaps w:val="0"/>
          <w:strike w:val="0"/>
          <w:sz w:val="22"/>
          <w:highlight w:val="cyan"/>
          <w:u w:val="single"/>
        </w:rPr>
        <w:t>explosion of aggression</w:t>
      </w:r>
      <w:r>
        <w:rPr>
          <w:b w:val="0"/>
          <w:i w:val="0"/>
          <w:smallCaps w:val="0"/>
          <w:strike w:val="0"/>
          <w:sz w:val="16"/>
          <w:u w:val="none"/>
        </w:rPr>
        <w:t xml:space="preserve"> in the Islamic world. The United States is bringing an aircraft carrier group in, but </w:t>
      </w:r>
      <w:r>
        <w:rPr>
          <w:b w:val="0"/>
          <w:i w:val="0"/>
          <w:smallCaps w:val="0"/>
          <w:strike w:val="0"/>
          <w:sz w:val="22"/>
          <w:u w:val="single"/>
        </w:rPr>
        <w:t>who is stopping</w:t>
      </w:r>
      <w:r>
        <w:rPr>
          <w:b w:val="0"/>
          <w:i w:val="0"/>
          <w:smallCaps w:val="0"/>
          <w:strike w:val="0"/>
          <w:sz w:val="16"/>
          <w:u w:val="none"/>
        </w:rPr>
        <w:t xml:space="preserve"> </w:t>
      </w:r>
      <w:r>
        <w:rPr>
          <w:b/>
          <w:i w:val="0"/>
          <w:smallCaps w:val="0"/>
          <w:strike w:val="0"/>
          <w:sz w:val="22"/>
          <w:highlight w:val="cyan"/>
          <w:u w:val="single"/>
        </w:rPr>
        <w:t>Iran</w:t>
      </w:r>
      <w:r>
        <w:rPr>
          <w:b w:val="0"/>
          <w:i w:val="0"/>
          <w:smallCaps w:val="0"/>
          <w:strike w:val="0"/>
          <w:sz w:val="16"/>
          <w:u w:val="none"/>
        </w:rPr>
        <w:t xml:space="preserve"> </w:t>
      </w:r>
      <w:r>
        <w:rPr>
          <w:b w:val="0"/>
          <w:i w:val="0"/>
          <w:smallCaps w:val="0"/>
          <w:strike w:val="0"/>
          <w:sz w:val="22"/>
          <w:u w:val="single"/>
        </w:rPr>
        <w:t xml:space="preserve">from </w:t>
      </w:r>
      <w:r>
        <w:rPr>
          <w:b/>
          <w:i w:val="0"/>
          <w:smallCaps w:val="0"/>
          <w:strike w:val="0"/>
          <w:sz w:val="22"/>
          <w:highlight w:val="cyan"/>
          <w:u w:val="single"/>
        </w:rPr>
        <w:t>transfer</w:t>
      </w:r>
      <w:r>
        <w:rPr>
          <w:b w:val="0"/>
          <w:i w:val="0"/>
          <w:smallCaps w:val="0"/>
          <w:strike w:val="0"/>
          <w:sz w:val="22"/>
          <w:u w:val="single"/>
        </w:rPr>
        <w:t>ring</w:t>
      </w:r>
      <w:r>
        <w:rPr>
          <w:b w:val="0"/>
          <w:i w:val="0"/>
          <w:smallCaps w:val="0"/>
          <w:strike w:val="0"/>
          <w:sz w:val="16"/>
          <w:u w:val="none"/>
        </w:rPr>
        <w:t xml:space="preserve"> </w:t>
      </w:r>
      <w:r>
        <w:rPr>
          <w:b/>
          <w:i w:val="0"/>
          <w:smallCaps w:val="0"/>
          <w:strike w:val="0"/>
          <w:sz w:val="22"/>
          <w:highlight w:val="cyan"/>
          <w:u w:val="single"/>
        </w:rPr>
        <w:t>anti-ship missiles</w:t>
      </w:r>
      <w:r>
        <w:rPr>
          <w:b w:val="0"/>
          <w:i w:val="0"/>
          <w:smallCaps w:val="0"/>
          <w:strike w:val="0"/>
          <w:sz w:val="16"/>
          <w:highlight w:val="cyan"/>
          <w:u w:val="none"/>
        </w:rPr>
        <w:t xml:space="preserve"> </w:t>
      </w:r>
      <w:r>
        <w:rPr>
          <w:b w:val="0"/>
          <w:i w:val="0"/>
          <w:smallCaps w:val="0"/>
          <w:strike w:val="0"/>
          <w:sz w:val="22"/>
          <w:highlight w:val="cyan"/>
          <w:u w:val="single"/>
        </w:rPr>
        <w:t>to</w:t>
      </w:r>
      <w:r>
        <w:rPr>
          <w:b w:val="0"/>
          <w:i w:val="0"/>
          <w:smallCaps w:val="0"/>
          <w:strike w:val="0"/>
          <w:sz w:val="16"/>
          <w:highlight w:val="cyan"/>
          <w:u w:val="none"/>
        </w:rPr>
        <w:t xml:space="preserve"> </w:t>
      </w:r>
      <w:r>
        <w:rPr>
          <w:b/>
          <w:i w:val="0"/>
          <w:smallCaps w:val="0"/>
          <w:strike w:val="0"/>
          <w:sz w:val="22"/>
          <w:highlight w:val="cyan"/>
          <w:u w:val="single"/>
        </w:rPr>
        <w:t>Hamas</w:t>
      </w:r>
      <w:r>
        <w:rPr>
          <w:b w:val="0"/>
          <w:i w:val="0"/>
          <w:smallCaps w:val="0"/>
          <w:strike w:val="0"/>
          <w:sz w:val="16"/>
          <w:highlight w:val="cyan"/>
          <w:u w:val="none"/>
        </w:rPr>
        <w:t xml:space="preserve"> </w:t>
      </w:r>
      <w:r>
        <w:rPr>
          <w:b w:val="0"/>
          <w:i w:val="0"/>
          <w:smallCaps w:val="0"/>
          <w:strike w:val="0"/>
          <w:sz w:val="22"/>
          <w:highlight w:val="cyan"/>
          <w:u w:val="single"/>
        </w:rPr>
        <w:t>or</w:t>
      </w:r>
      <w:r>
        <w:rPr>
          <w:b w:val="0"/>
          <w:i w:val="0"/>
          <w:smallCaps w:val="0"/>
          <w:strike w:val="0"/>
          <w:sz w:val="16"/>
          <w:highlight w:val="cyan"/>
          <w:u w:val="none"/>
        </w:rPr>
        <w:t xml:space="preserve"> </w:t>
      </w:r>
      <w:r>
        <w:rPr>
          <w:b/>
          <w:i w:val="0"/>
          <w:smallCaps w:val="0"/>
          <w:strike w:val="0"/>
          <w:sz w:val="22"/>
          <w:highlight w:val="cyan"/>
          <w:u w:val="single"/>
        </w:rPr>
        <w:t>Hezbollah</w:t>
      </w:r>
      <w:r>
        <w:rPr>
          <w:b w:val="0"/>
          <w:i w:val="0"/>
          <w:smallCaps w:val="0"/>
          <w:strike w:val="0"/>
          <w:sz w:val="16"/>
          <w:u w:val="none"/>
        </w:rPr>
        <w:t xml:space="preserve">? </w:t>
      </w:r>
      <w:r>
        <w:rPr>
          <w:b/>
          <w:i w:val="0"/>
          <w:smallCaps w:val="0"/>
          <w:strike w:val="0"/>
          <w:sz w:val="22"/>
          <w:highlight w:val="cyan"/>
          <w:u w:val="single"/>
        </w:rPr>
        <w:t>Libya</w:t>
      </w:r>
      <w:r>
        <w:rPr>
          <w:b w:val="0"/>
          <w:i w:val="0"/>
          <w:smallCaps w:val="0"/>
          <w:strike w:val="0"/>
          <w:sz w:val="16"/>
          <w:u w:val="none"/>
        </w:rPr>
        <w:t xml:space="preserve"> </w:t>
      </w:r>
      <w:r>
        <w:rPr>
          <w:b w:val="0"/>
          <w:i w:val="0"/>
          <w:smallCaps w:val="0"/>
          <w:strike w:val="0"/>
          <w:sz w:val="22"/>
          <w:u w:val="single"/>
        </w:rPr>
        <w:t xml:space="preserve">may </w:t>
      </w:r>
      <w:r>
        <w:rPr>
          <w:b w:val="0"/>
          <w:i w:val="0"/>
          <w:smallCaps w:val="0"/>
          <w:strike w:val="0"/>
          <w:sz w:val="22"/>
          <w:highlight w:val="cyan"/>
          <w:u w:val="single"/>
        </w:rPr>
        <w:t>supply</w:t>
      </w:r>
      <w:r>
        <w:rPr>
          <w:b w:val="0"/>
          <w:i w:val="0"/>
          <w:smallCaps w:val="0"/>
          <w:strike w:val="0"/>
          <w:sz w:val="16"/>
          <w:u w:val="none"/>
        </w:rPr>
        <w:t xml:space="preserve"> old </w:t>
      </w:r>
      <w:r>
        <w:rPr>
          <w:b/>
          <w:i w:val="0"/>
          <w:smallCaps w:val="0"/>
          <w:strike w:val="0"/>
          <w:sz w:val="22"/>
          <w:u w:val="single"/>
        </w:rPr>
        <w:t xml:space="preserve">strategic </w:t>
      </w:r>
      <w:r>
        <w:rPr>
          <w:b/>
          <w:i w:val="0"/>
          <w:smallCaps w:val="0"/>
          <w:strike w:val="0"/>
          <w:sz w:val="22"/>
          <w:highlight w:val="cyan"/>
          <w:u w:val="single"/>
        </w:rPr>
        <w:t>Tu-22 aircraft</w:t>
      </w:r>
      <w:r>
        <w:rPr>
          <w:b w:val="0"/>
          <w:i w:val="0"/>
          <w:smallCaps w:val="0"/>
          <w:strike w:val="0"/>
          <w:sz w:val="16"/>
          <w:u w:val="none"/>
        </w:rPr>
        <w:t xml:space="preserve"> </w:t>
      </w:r>
      <w:r>
        <w:rPr>
          <w:b w:val="0"/>
          <w:i w:val="0"/>
          <w:smallCaps w:val="0"/>
          <w:strike w:val="0"/>
          <w:sz w:val="22"/>
          <w:u w:val="single"/>
        </w:rPr>
        <w:t>to</w:t>
      </w:r>
      <w:r>
        <w:rPr>
          <w:b w:val="0"/>
          <w:i w:val="0"/>
          <w:smallCaps w:val="0"/>
          <w:strike w:val="0"/>
          <w:sz w:val="16"/>
          <w:u w:val="none"/>
        </w:rPr>
        <w:t xml:space="preserve"> </w:t>
      </w:r>
      <w:r>
        <w:rPr>
          <w:b/>
          <w:i w:val="0"/>
          <w:smallCaps w:val="0"/>
          <w:strike w:val="0"/>
          <w:sz w:val="22"/>
          <w:u w:val="single"/>
        </w:rPr>
        <w:t>Hamas</w:t>
      </w:r>
      <w:r>
        <w:rPr>
          <w:b w:val="0"/>
          <w:i w:val="0"/>
          <w:smallCaps w:val="0"/>
          <w:strike w:val="0"/>
          <w:sz w:val="16"/>
          <w:u w:val="none"/>
        </w:rPr>
        <w:t xml:space="preserve"> as well. </w:t>
      </w:r>
      <w:r>
        <w:rPr>
          <w:b w:val="0"/>
          <w:i w:val="0"/>
          <w:smallCaps w:val="0"/>
          <w:strike w:val="0"/>
          <w:sz w:val="22"/>
          <w:highlight w:val="cyan"/>
          <w:u w:val="single"/>
        </w:rPr>
        <w:t>A</w:t>
      </w:r>
      <w:r>
        <w:rPr>
          <w:b w:val="0"/>
          <w:i w:val="0"/>
          <w:smallCaps w:val="0"/>
          <w:strike w:val="0"/>
          <w:sz w:val="16"/>
          <w:highlight w:val="cyan"/>
          <w:u w:val="none"/>
        </w:rPr>
        <w:t xml:space="preserve"> </w:t>
      </w:r>
      <w:r>
        <w:rPr>
          <w:b/>
          <w:i w:val="0"/>
          <w:smallCaps w:val="0"/>
          <w:strike w:val="0"/>
          <w:sz w:val="22"/>
          <w:highlight w:val="cyan"/>
          <w:u w:val="single"/>
        </w:rPr>
        <w:t>sunken</w:t>
      </w:r>
      <w:r>
        <w:rPr>
          <w:b/>
          <w:i w:val="0"/>
          <w:smallCaps w:val="0"/>
          <w:strike w:val="0"/>
          <w:sz w:val="22"/>
          <w:u w:val="single"/>
        </w:rPr>
        <w:t xml:space="preserve"> aircraft </w:t>
      </w:r>
      <w:r>
        <w:rPr>
          <w:b/>
          <w:i w:val="0"/>
          <w:smallCaps w:val="0"/>
          <w:strike w:val="0"/>
          <w:sz w:val="22"/>
          <w:highlight w:val="cyan"/>
          <w:u w:val="single"/>
        </w:rPr>
        <w:t>carrier</w:t>
      </w:r>
      <w:r>
        <w:rPr>
          <w:b w:val="0"/>
          <w:i w:val="0"/>
          <w:smallCaps w:val="0"/>
          <w:strike w:val="0"/>
          <w:sz w:val="16"/>
          <w:highlight w:val="cyan"/>
          <w:u w:val="none"/>
        </w:rPr>
        <w:t xml:space="preserve"> </w:t>
      </w:r>
      <w:r>
        <w:rPr>
          <w:b w:val="0"/>
          <w:i w:val="0"/>
          <w:smallCaps w:val="0"/>
          <w:strike w:val="0"/>
          <w:sz w:val="22"/>
          <w:highlight w:val="cyan"/>
          <w:u w:val="single"/>
        </w:rPr>
        <w:t>is something</w:t>
      </w:r>
      <w:r>
        <w:rPr>
          <w:b w:val="0"/>
          <w:i w:val="0"/>
          <w:smallCaps w:val="0"/>
          <w:strike w:val="0"/>
          <w:sz w:val="16"/>
          <w:highlight w:val="cyan"/>
          <w:u w:val="none"/>
        </w:rPr>
        <w:t xml:space="preserve"> </w:t>
      </w:r>
      <w:r>
        <w:rPr>
          <w:b/>
          <w:i w:val="0"/>
          <w:smallCaps w:val="0"/>
          <w:strike w:val="0"/>
          <w:sz w:val="22"/>
          <w:highlight w:val="cyan"/>
          <w:u w:val="single"/>
        </w:rPr>
        <w:t>different</w:t>
      </w:r>
      <w:r>
        <w:rPr>
          <w:b w:val="0"/>
          <w:i w:val="0"/>
          <w:smallCaps w:val="0"/>
          <w:strike w:val="0"/>
          <w:sz w:val="16"/>
          <w:u w:val="none"/>
        </w:rPr>
        <w:t xml:space="preserve"> </w:t>
      </w:r>
      <w:r>
        <w:rPr>
          <w:b w:val="0"/>
          <w:i w:val="0"/>
          <w:smallCaps w:val="0"/>
          <w:strike w:val="0"/>
          <w:sz w:val="22"/>
          <w:u w:val="single"/>
        </w:rPr>
        <w:t>than</w:t>
      </w:r>
      <w:r>
        <w:rPr>
          <w:b w:val="0"/>
          <w:i w:val="0"/>
          <w:smallCaps w:val="0"/>
          <w:strike w:val="0"/>
          <w:sz w:val="16"/>
          <w:u w:val="none"/>
        </w:rPr>
        <w:t xml:space="preserve"> </w:t>
      </w:r>
      <w:r>
        <w:rPr>
          <w:b/>
          <w:i w:val="0"/>
          <w:smallCaps w:val="0"/>
          <w:strike w:val="0"/>
          <w:sz w:val="22"/>
          <w:u w:val="single"/>
        </w:rPr>
        <w:t>bulldozers</w:t>
      </w:r>
      <w:r>
        <w:rPr>
          <w:b w:val="0"/>
          <w:i w:val="0"/>
          <w:smallCaps w:val="0"/>
          <w:strike w:val="0"/>
          <w:sz w:val="16"/>
          <w:u w:val="none"/>
        </w:rPr>
        <w:t xml:space="preserve"> in Gaza. </w:t>
      </w:r>
      <w:r>
        <w:rPr>
          <w:b w:val="0"/>
          <w:i w:val="0"/>
          <w:smallCaps w:val="0"/>
          <w:strike w:val="0"/>
          <w:sz w:val="22"/>
          <w:highlight w:val="cyan"/>
          <w:u w:val="single"/>
        </w:rPr>
        <w:t>The</w:t>
      </w:r>
      <w:r>
        <w:rPr>
          <w:b w:val="0"/>
          <w:i w:val="0"/>
          <w:smallCaps w:val="0"/>
          <w:strike w:val="0"/>
          <w:sz w:val="16"/>
          <w:u w:val="none"/>
        </w:rPr>
        <w:t xml:space="preserve"> very </w:t>
      </w:r>
      <w:r>
        <w:rPr>
          <w:b/>
          <w:i w:val="0"/>
          <w:smallCaps w:val="0"/>
          <w:strike w:val="0"/>
          <w:sz w:val="22"/>
          <w:highlight w:val="cyan"/>
          <w:u w:val="single"/>
        </w:rPr>
        <w:t>existence of Israel</w:t>
      </w:r>
      <w:r>
        <w:rPr>
          <w:b w:val="0"/>
          <w:i w:val="0"/>
          <w:smallCaps w:val="0"/>
          <w:strike w:val="0"/>
          <w:sz w:val="16"/>
          <w:highlight w:val="cyan"/>
          <w:u w:val="none"/>
        </w:rPr>
        <w:t xml:space="preserve"> </w:t>
      </w:r>
      <w:r>
        <w:rPr>
          <w:b w:val="0"/>
          <w:i w:val="0"/>
          <w:smallCaps w:val="0"/>
          <w:strike w:val="0"/>
          <w:sz w:val="22"/>
          <w:highlight w:val="cyan"/>
          <w:u w:val="single"/>
        </w:rPr>
        <w:t>is at risk. This</w:t>
      </w:r>
      <w:r>
        <w:rPr>
          <w:b w:val="0"/>
          <w:i w:val="0"/>
          <w:smallCaps w:val="0"/>
          <w:strike w:val="0"/>
          <w:sz w:val="22"/>
          <w:u w:val="single"/>
        </w:rPr>
        <w:t xml:space="preserve"> may </w:t>
      </w:r>
      <w:r>
        <w:rPr>
          <w:b w:val="0"/>
          <w:i w:val="0"/>
          <w:smallCaps w:val="0"/>
          <w:strike w:val="0"/>
          <w:sz w:val="22"/>
          <w:highlight w:val="cyan"/>
          <w:u w:val="single"/>
        </w:rPr>
        <w:t>lead to</w:t>
      </w:r>
      <w:r>
        <w:rPr>
          <w:b w:val="0"/>
          <w:i w:val="0"/>
          <w:smallCaps w:val="0"/>
          <w:strike w:val="0"/>
          <w:sz w:val="22"/>
          <w:u w:val="single"/>
        </w:rPr>
        <w:t xml:space="preserve"> the</w:t>
      </w:r>
      <w:r>
        <w:rPr>
          <w:b w:val="0"/>
          <w:i w:val="0"/>
          <w:smallCaps w:val="0"/>
          <w:strike w:val="0"/>
          <w:sz w:val="16"/>
          <w:u w:val="none"/>
        </w:rPr>
        <w:t xml:space="preserve"> </w:t>
      </w:r>
      <w:r>
        <w:rPr>
          <w:b/>
          <w:i w:val="0"/>
          <w:smallCaps w:val="0"/>
          <w:strike w:val="0"/>
          <w:sz w:val="22"/>
          <w:highlight w:val="cyan"/>
          <w:u w:val="single"/>
        </w:rPr>
        <w:t>nuclear destruction</w:t>
      </w:r>
      <w:r>
        <w:rPr>
          <w:b w:val="0"/>
          <w:i w:val="0"/>
          <w:smallCaps w:val="0"/>
          <w:strike w:val="0"/>
          <w:sz w:val="16"/>
          <w:u w:val="none"/>
        </w:rPr>
        <w:t xml:space="preserve"> </w:t>
      </w:r>
      <w:r>
        <w:rPr>
          <w:b w:val="0"/>
          <w:i w:val="0"/>
          <w:smallCaps w:val="0"/>
          <w:strike w:val="0"/>
          <w:sz w:val="22"/>
          <w:u w:val="single"/>
        </w:rPr>
        <w:t>of the</w:t>
      </w:r>
      <w:r>
        <w:rPr>
          <w:b w:val="0"/>
          <w:i w:val="0"/>
          <w:smallCaps w:val="0"/>
          <w:strike w:val="0"/>
          <w:sz w:val="16"/>
          <w:u w:val="none"/>
        </w:rPr>
        <w:t xml:space="preserve"> countries of the </w:t>
      </w:r>
      <w:r>
        <w:rPr>
          <w:b/>
          <w:i w:val="0"/>
          <w:smallCaps w:val="0"/>
          <w:strike w:val="0"/>
          <w:sz w:val="22"/>
          <w:u w:val="single"/>
        </w:rPr>
        <w:t>Arab world</w:t>
      </w:r>
      <w:r>
        <w:rPr>
          <w:b w:val="0"/>
          <w:i w:val="0"/>
          <w:smallCaps w:val="0"/>
          <w:strike w:val="0"/>
          <w:sz w:val="16"/>
          <w:u w:val="none"/>
        </w:rPr>
        <w:t>,” Georgy Rieper believes.</w:t>
      </w:r>
    </w:p>
    <w:p>
      <w:pPr>
        <w:spacing w:after="60"/>
      </w:pPr>
      <w:r>
        <w:rPr>
          <w:b w:val="0"/>
          <w:i w:val="0"/>
          <w:smallCaps w:val="0"/>
          <w:strike w:val="0"/>
          <w:sz w:val="16"/>
          <w:u w:val="none"/>
        </w:rPr>
        <w:t xml:space="preserve">Migrants (mostly Muslims) will then cause civil-religious and simply </w:t>
      </w:r>
      <w:r>
        <w:rPr>
          <w:b w:val="0"/>
          <w:i w:val="0"/>
          <w:smallCaps w:val="0"/>
          <w:strike w:val="0"/>
          <w:sz w:val="16"/>
          <w:u w:val="none"/>
        </w:rPr>
        <w:t>civilisational</w:t>
      </w:r>
      <w:r>
        <w:rPr>
          <w:b w:val="0"/>
          <w:i w:val="0"/>
          <w:smallCaps w:val="0"/>
          <w:strike w:val="0"/>
          <w:sz w:val="16"/>
          <w:u w:val="none"/>
        </w:rPr>
        <w:t xml:space="preserve"> wars in the EU, he also added.</w:t>
      </w:r>
    </w:p>
    <w:p>
      <w:pPr>
        <w:spacing w:after="60"/>
      </w:pPr>
      <w:r>
        <w:rPr>
          <w:b w:val="0"/>
          <w:i w:val="0"/>
          <w:smallCaps w:val="0"/>
          <w:strike w:val="0"/>
          <w:sz w:val="16"/>
          <w:u w:val="none"/>
        </w:rPr>
        <w:t xml:space="preserve">"Believe me, many want to fish in troubled waters and catch benefits when redividing the world. </w:t>
      </w:r>
      <w:r>
        <w:rPr>
          <w:b w:val="0"/>
          <w:i w:val="0"/>
          <w:smallCaps w:val="0"/>
          <w:strike w:val="0"/>
          <w:sz w:val="22"/>
          <w:u w:val="single"/>
        </w:rPr>
        <w:t xml:space="preserve">The crisis in </w:t>
      </w:r>
      <w:r>
        <w:rPr>
          <w:b w:val="0"/>
          <w:i w:val="0"/>
          <w:smallCaps w:val="0"/>
          <w:strike w:val="0"/>
          <w:sz w:val="22"/>
          <w:highlight w:val="cyan"/>
          <w:u w:val="single"/>
        </w:rPr>
        <w:t>Israel has</w:t>
      </w:r>
      <w:r>
        <w:rPr>
          <w:b w:val="0"/>
          <w:i w:val="0"/>
          <w:smallCaps w:val="0"/>
          <w:strike w:val="0"/>
          <w:sz w:val="16"/>
          <w:highlight w:val="cyan"/>
          <w:u w:val="none"/>
        </w:rPr>
        <w:t xml:space="preserve"> </w:t>
      </w:r>
      <w:r>
        <w:rPr>
          <w:b/>
          <w:i w:val="0"/>
          <w:smallCaps w:val="0"/>
          <w:strike w:val="0"/>
          <w:sz w:val="22"/>
          <w:highlight w:val="cyan"/>
          <w:u w:val="single"/>
        </w:rPr>
        <w:t>opened the gate of hell</w:t>
      </w:r>
      <w:r>
        <w:rPr>
          <w:b w:val="0"/>
          <w:i w:val="0"/>
          <w:smallCaps w:val="0"/>
          <w:strike w:val="0"/>
          <w:sz w:val="16"/>
          <w:u w:val="none"/>
        </w:rPr>
        <w:t xml:space="preserve"> in the Middle East and Europe. </w:t>
      </w:r>
      <w:r>
        <w:rPr>
          <w:b w:val="0"/>
          <w:i w:val="0"/>
          <w:smallCaps w:val="0"/>
          <w:strike w:val="0"/>
          <w:sz w:val="22"/>
          <w:highlight w:val="cyan"/>
          <w:u w:val="single"/>
        </w:rPr>
        <w:t>The</w:t>
      </w:r>
      <w:r>
        <w:rPr>
          <w:b w:val="0"/>
          <w:i w:val="0"/>
          <w:smallCaps w:val="0"/>
          <w:strike w:val="0"/>
          <w:sz w:val="16"/>
          <w:u w:val="none"/>
        </w:rPr>
        <w:t xml:space="preserve"> </w:t>
      </w:r>
      <w:r>
        <w:rPr>
          <w:b/>
          <w:i w:val="0"/>
          <w:smallCaps w:val="0"/>
          <w:strike w:val="0"/>
          <w:sz w:val="22"/>
          <w:u w:val="single"/>
        </w:rPr>
        <w:t xml:space="preserve">whole </w:t>
      </w:r>
      <w:r>
        <w:rPr>
          <w:b/>
          <w:i w:val="0"/>
          <w:smallCaps w:val="0"/>
          <w:strike w:val="0"/>
          <w:sz w:val="22"/>
          <w:highlight w:val="cyan"/>
          <w:u w:val="single"/>
        </w:rPr>
        <w:t>world will be on fire</w:t>
      </w:r>
      <w:r>
        <w:rPr>
          <w:b w:val="0"/>
          <w:i w:val="0"/>
          <w:smallCaps w:val="0"/>
          <w:strike w:val="0"/>
          <w:sz w:val="22"/>
          <w:u w:val="single"/>
        </w:rPr>
        <w:t xml:space="preserve">, </w:t>
      </w:r>
      <w:r>
        <w:rPr>
          <w:b/>
          <w:i w:val="0"/>
          <w:smallCaps w:val="0"/>
          <w:strike w:val="0"/>
          <w:sz w:val="22"/>
          <w:u w:val="single"/>
        </w:rPr>
        <w:t>blood</w:t>
      </w:r>
      <w:r>
        <w:rPr>
          <w:b w:val="0"/>
          <w:i w:val="0"/>
          <w:smallCaps w:val="0"/>
          <w:strike w:val="0"/>
          <w:sz w:val="22"/>
          <w:u w:val="single"/>
        </w:rPr>
        <w:t xml:space="preserve"> will </w:t>
      </w:r>
      <w:r>
        <w:rPr>
          <w:b/>
          <w:i w:val="0"/>
          <w:smallCaps w:val="0"/>
          <w:strike w:val="0"/>
          <w:sz w:val="22"/>
          <w:u w:val="single"/>
        </w:rPr>
        <w:t>drip down the meridians</w:t>
      </w:r>
      <w:r>
        <w:rPr>
          <w:b w:val="0"/>
          <w:i w:val="0"/>
          <w:smallCaps w:val="0"/>
          <w:strike w:val="0"/>
          <w:sz w:val="16"/>
          <w:u w:val="none"/>
        </w:rPr>
        <w:t>,” he also said.</w:t>
      </w:r>
    </w:p>
    <w:p>
      <w:pPr>
        <w:spacing w:after="60"/>
      </w:pPr>
      <w:r>
        <w:rPr>
          <w:b w:val="0"/>
          <w:i w:val="0"/>
          <w:smallCaps w:val="0"/>
          <w:strike w:val="0"/>
          <w:sz w:val="16"/>
          <w:u w:val="none"/>
        </w:rPr>
        <w:t xml:space="preserve">The expert does not rule out that </w:t>
      </w:r>
      <w:r>
        <w:rPr>
          <w:b/>
          <w:i w:val="0"/>
          <w:smallCaps w:val="0"/>
          <w:strike w:val="0"/>
          <w:sz w:val="22"/>
          <w:u w:val="single"/>
        </w:rPr>
        <w:t>other major conflicts</w:t>
      </w:r>
      <w:r>
        <w:rPr>
          <w:b w:val="0"/>
          <w:i w:val="0"/>
          <w:smallCaps w:val="0"/>
          <w:strike w:val="0"/>
          <w:sz w:val="16"/>
          <w:u w:val="none"/>
        </w:rPr>
        <w:t xml:space="preserve"> </w:t>
      </w:r>
      <w:r>
        <w:rPr>
          <w:b w:val="0"/>
          <w:i w:val="0"/>
          <w:smallCaps w:val="0"/>
          <w:strike w:val="0"/>
          <w:sz w:val="22"/>
          <w:u w:val="single"/>
        </w:rPr>
        <w:t xml:space="preserve">may occur </w:t>
      </w:r>
      <w:r>
        <w:rPr>
          <w:b w:val="0"/>
          <w:i w:val="0"/>
          <w:smallCaps w:val="0"/>
          <w:strike w:val="0"/>
          <w:sz w:val="22"/>
          <w:highlight w:val="cyan"/>
          <w:u w:val="single"/>
        </w:rPr>
        <w:t>against the</w:t>
      </w:r>
      <w:r>
        <w:rPr>
          <w:b w:val="0"/>
          <w:i w:val="0"/>
          <w:smallCaps w:val="0"/>
          <w:strike w:val="0"/>
          <w:sz w:val="16"/>
          <w:highlight w:val="cyan"/>
          <w:u w:val="none"/>
        </w:rPr>
        <w:t xml:space="preserve"> </w:t>
      </w:r>
      <w:r>
        <w:rPr>
          <w:b/>
          <w:i w:val="0"/>
          <w:smallCaps w:val="0"/>
          <w:strike w:val="0"/>
          <w:sz w:val="22"/>
          <w:highlight w:val="cyan"/>
          <w:u w:val="single"/>
        </w:rPr>
        <w:t>backdrop</w:t>
      </w:r>
      <w:r>
        <w:rPr>
          <w:b w:val="0"/>
          <w:i w:val="0"/>
          <w:smallCaps w:val="0"/>
          <w:strike w:val="0"/>
          <w:sz w:val="16"/>
          <w:u w:val="none"/>
        </w:rPr>
        <w:t xml:space="preserve"> of such turmoil:</w:t>
      </w:r>
    </w:p>
    <w:p>
      <w:pPr>
        <w:spacing w:after="60"/>
      </w:pPr>
      <w:r>
        <w:rPr>
          <w:b/>
          <w:i w:val="0"/>
          <w:smallCaps w:val="0"/>
          <w:strike w:val="0"/>
          <w:sz w:val="22"/>
          <w:highlight w:val="cyan"/>
          <w:u w:val="single"/>
        </w:rPr>
        <w:t>China</w:t>
      </w:r>
      <w:r>
        <w:rPr>
          <w:b w:val="0"/>
          <w:i w:val="0"/>
          <w:smallCaps w:val="0"/>
          <w:strike w:val="0"/>
          <w:sz w:val="22"/>
          <w:highlight w:val="cyan"/>
          <w:u w:val="single"/>
        </w:rPr>
        <w:t xml:space="preserve"> will</w:t>
      </w:r>
      <w:r>
        <w:rPr>
          <w:b w:val="0"/>
          <w:i w:val="0"/>
          <w:smallCaps w:val="0"/>
          <w:strike w:val="0"/>
          <w:sz w:val="22"/>
          <w:u w:val="single"/>
        </w:rPr>
        <w:t xml:space="preserve"> launch a military operation to</w:t>
      </w:r>
      <w:r>
        <w:rPr>
          <w:b w:val="0"/>
          <w:i w:val="0"/>
          <w:smallCaps w:val="0"/>
          <w:strike w:val="0"/>
          <w:sz w:val="16"/>
          <w:u w:val="none"/>
        </w:rPr>
        <w:t xml:space="preserve"> </w:t>
      </w:r>
      <w:r>
        <w:rPr>
          <w:b/>
          <w:i w:val="0"/>
          <w:smallCaps w:val="0"/>
          <w:strike w:val="0"/>
          <w:sz w:val="22"/>
          <w:highlight w:val="cyan"/>
          <w:u w:val="single"/>
        </w:rPr>
        <w:t xml:space="preserve">conquer </w:t>
      </w:r>
      <w:r>
        <w:rPr>
          <w:b/>
          <w:i w:val="0"/>
          <w:smallCaps w:val="0"/>
          <w:strike w:val="0"/>
          <w:sz w:val="22"/>
          <w:highlight w:val="cyan"/>
          <w:u w:val="single"/>
        </w:rPr>
        <w:t>Taiwan</w:t>
      </w:r>
      <w:r>
        <w:rPr>
          <w:b w:val="0"/>
          <w:i w:val="0"/>
          <w:smallCaps w:val="0"/>
          <w:strike w:val="0"/>
          <w:sz w:val="16"/>
          <w:u w:val="none"/>
        </w:rPr>
        <w:t>;</w:t>
      </w:r>
    </w:p>
    <w:p>
      <w:pPr>
        <w:spacing w:after="60"/>
      </w:pPr>
      <w:r>
        <w:rPr>
          <w:b w:val="0"/>
          <w:i w:val="0"/>
          <w:smallCaps w:val="0"/>
          <w:strike w:val="0"/>
          <w:sz w:val="16"/>
          <w:u w:val="none"/>
        </w:rPr>
        <w:t>The Poles will snatch</w:t>
      </w:r>
      <w:r>
        <w:rPr>
          <w:b w:val="0"/>
          <w:i w:val="0"/>
          <w:smallCaps w:val="0"/>
          <w:strike w:val="0"/>
          <w:sz w:val="16"/>
          <w:u w:val="none"/>
        </w:rPr>
        <w:t xml:space="preserve"> pieces of </w:t>
      </w:r>
      <w:r>
        <w:rPr>
          <w:b/>
          <w:i w:val="0"/>
          <w:smallCaps w:val="0"/>
          <w:strike w:val="0"/>
          <w:sz w:val="22"/>
          <w:highlight w:val="cyan"/>
          <w:u w:val="single"/>
        </w:rPr>
        <w:t>Ukraine</w:t>
      </w:r>
      <w:r>
        <w:rPr>
          <w:b w:val="0"/>
          <w:i w:val="0"/>
          <w:smallCaps w:val="0"/>
          <w:strike w:val="0"/>
          <w:sz w:val="16"/>
          <w:u w:val="none"/>
        </w:rPr>
        <w:t>;</w:t>
      </w:r>
    </w:p>
    <w:p>
      <w:pPr>
        <w:spacing w:after="60"/>
      </w:pPr>
      <w:r>
        <w:rPr>
          <w:b/>
          <w:i w:val="0"/>
          <w:smallCaps w:val="0"/>
          <w:strike w:val="0"/>
          <w:sz w:val="22"/>
          <w:highlight w:val="cyan"/>
          <w:u w:val="single"/>
        </w:rPr>
        <w:t>India</w:t>
      </w:r>
      <w:r>
        <w:rPr>
          <w:b w:val="0"/>
          <w:i w:val="0"/>
          <w:smallCaps w:val="0"/>
          <w:strike w:val="0"/>
          <w:sz w:val="16"/>
          <w:highlight w:val="cyan"/>
          <w:u w:val="none"/>
        </w:rPr>
        <w:t xml:space="preserve"> </w:t>
      </w:r>
      <w:r>
        <w:rPr>
          <w:b w:val="0"/>
          <w:i w:val="0"/>
          <w:smallCaps w:val="0"/>
          <w:strike w:val="0"/>
          <w:sz w:val="22"/>
          <w:highlight w:val="cyan"/>
          <w:u w:val="single"/>
        </w:rPr>
        <w:t>and</w:t>
      </w:r>
      <w:r>
        <w:rPr>
          <w:b w:val="0"/>
          <w:i w:val="0"/>
          <w:smallCaps w:val="0"/>
          <w:strike w:val="0"/>
          <w:sz w:val="16"/>
          <w:highlight w:val="cyan"/>
          <w:u w:val="none"/>
        </w:rPr>
        <w:t xml:space="preserve"> </w:t>
      </w:r>
      <w:r>
        <w:rPr>
          <w:b/>
          <w:i w:val="0"/>
          <w:smallCaps w:val="0"/>
          <w:strike w:val="0"/>
          <w:sz w:val="22"/>
          <w:highlight w:val="cyan"/>
          <w:u w:val="single"/>
        </w:rPr>
        <w:t>Pakistan</w:t>
      </w:r>
      <w:r>
        <w:rPr>
          <w:b w:val="0"/>
          <w:i w:val="0"/>
          <w:smallCaps w:val="0"/>
          <w:strike w:val="0"/>
          <w:sz w:val="16"/>
          <w:u w:val="none"/>
        </w:rPr>
        <w:t xml:space="preserve"> </w:t>
      </w:r>
      <w:r>
        <w:rPr>
          <w:b w:val="0"/>
          <w:i w:val="0"/>
          <w:smallCaps w:val="0"/>
          <w:strike w:val="0"/>
          <w:sz w:val="22"/>
          <w:u w:val="single"/>
        </w:rPr>
        <w:t>will</w:t>
      </w:r>
      <w:r>
        <w:rPr>
          <w:b w:val="0"/>
          <w:i w:val="0"/>
          <w:smallCaps w:val="0"/>
          <w:strike w:val="0"/>
          <w:sz w:val="16"/>
          <w:u w:val="none"/>
        </w:rPr>
        <w:t xml:space="preserve"> </w:t>
      </w:r>
      <w:r>
        <w:rPr>
          <w:b/>
          <w:i w:val="0"/>
          <w:smallCaps w:val="0"/>
          <w:strike w:val="0"/>
          <w:sz w:val="22"/>
          <w:u w:val="single"/>
        </w:rPr>
        <w:t>"redistribute” Kashmir</w:t>
      </w:r>
      <w:r>
        <w:rPr>
          <w:b w:val="0"/>
          <w:i w:val="0"/>
          <w:smallCaps w:val="0"/>
          <w:strike w:val="0"/>
          <w:sz w:val="16"/>
          <w:u w:val="none"/>
        </w:rPr>
        <w:t xml:space="preserve"> (which is dangerous, since </w:t>
      </w:r>
      <w:r>
        <w:rPr>
          <w:b w:val="0"/>
          <w:i w:val="0"/>
          <w:smallCaps w:val="0"/>
          <w:strike w:val="0"/>
          <w:sz w:val="22"/>
          <w:u w:val="single"/>
        </w:rPr>
        <w:t>both</w:t>
      </w:r>
      <w:r>
        <w:rPr>
          <w:b w:val="0"/>
          <w:i w:val="0"/>
          <w:smallCaps w:val="0"/>
          <w:strike w:val="0"/>
          <w:sz w:val="16"/>
          <w:u w:val="none"/>
        </w:rPr>
        <w:t xml:space="preserve"> countries </w:t>
      </w:r>
      <w:r>
        <w:rPr>
          <w:b w:val="0"/>
          <w:i w:val="0"/>
          <w:smallCaps w:val="0"/>
          <w:strike w:val="0"/>
          <w:sz w:val="22"/>
          <w:highlight w:val="cyan"/>
          <w:u w:val="single"/>
        </w:rPr>
        <w:t>are</w:t>
      </w:r>
      <w:r>
        <w:rPr>
          <w:b w:val="0"/>
          <w:i w:val="0"/>
          <w:smallCaps w:val="0"/>
          <w:strike w:val="0"/>
          <w:sz w:val="16"/>
          <w:highlight w:val="cyan"/>
          <w:u w:val="none"/>
        </w:rPr>
        <w:t xml:space="preserve"> </w:t>
      </w:r>
      <w:r>
        <w:rPr>
          <w:b/>
          <w:i w:val="0"/>
          <w:smallCaps w:val="0"/>
          <w:strike w:val="0"/>
          <w:sz w:val="22"/>
          <w:highlight w:val="cyan"/>
          <w:u w:val="single"/>
        </w:rPr>
        <w:t>nuclear powers</w:t>
      </w:r>
      <w:r>
        <w:rPr>
          <w:b w:val="0"/>
          <w:i w:val="0"/>
          <w:smallCaps w:val="0"/>
          <w:strike w:val="0"/>
          <w:sz w:val="16"/>
          <w:u w:val="none"/>
        </w:rPr>
        <w:t>);</w:t>
      </w:r>
    </w:p>
    <w:p>
      <w:pPr>
        <w:spacing w:after="60"/>
      </w:pPr>
      <w:r>
        <w:rPr>
          <w:b/>
          <w:i w:val="0"/>
          <w:smallCaps w:val="0"/>
          <w:strike w:val="0"/>
          <w:sz w:val="22"/>
          <w:u w:val="single"/>
        </w:rPr>
        <w:t>Japan</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w:t>
      </w:r>
      <w:r>
        <w:rPr>
          <w:b/>
          <w:i w:val="0"/>
          <w:smallCaps w:val="0"/>
          <w:strike w:val="0"/>
          <w:sz w:val="22"/>
          <w:highlight w:val="cyan"/>
          <w:u w:val="single"/>
        </w:rPr>
        <w:t>No</w:t>
      </w:r>
      <w:r>
        <w:rPr>
          <w:b w:val="0"/>
          <w:i w:val="0"/>
          <w:smallCaps w:val="0"/>
          <w:strike w:val="0"/>
          <w:sz w:val="16"/>
          <w:u w:val="none"/>
        </w:rPr>
        <w:t xml:space="preserve">rth </w:t>
      </w:r>
      <w:r>
        <w:rPr>
          <w:b/>
          <w:i w:val="0"/>
          <w:smallCaps w:val="0"/>
          <w:strike w:val="0"/>
          <w:sz w:val="22"/>
          <w:highlight w:val="cyan"/>
          <w:u w:val="single"/>
        </w:rPr>
        <w:t>Ko</w:t>
      </w:r>
      <w:r>
        <w:rPr>
          <w:b w:val="0"/>
          <w:i w:val="0"/>
          <w:smallCaps w:val="0"/>
          <w:strike w:val="0"/>
          <w:sz w:val="16"/>
          <w:u w:val="none"/>
        </w:rPr>
        <w:t xml:space="preserve">rea </w:t>
      </w:r>
      <w:r>
        <w:rPr>
          <w:b w:val="0"/>
          <w:i w:val="0"/>
          <w:smallCaps w:val="0"/>
          <w:strike w:val="0"/>
          <w:sz w:val="22"/>
          <w:highlight w:val="cyan"/>
          <w:u w:val="single"/>
        </w:rPr>
        <w:t>may</w:t>
      </w:r>
      <w:r>
        <w:rPr>
          <w:b w:val="0"/>
          <w:i w:val="0"/>
          <w:smallCaps w:val="0"/>
          <w:strike w:val="0"/>
          <w:sz w:val="16"/>
          <w:u w:val="none"/>
        </w:rPr>
        <w:t xml:space="preserve"> decide to </w:t>
      </w:r>
      <w:r>
        <w:rPr>
          <w:b w:val="0"/>
          <w:i w:val="0"/>
          <w:smallCaps w:val="0"/>
          <w:strike w:val="0"/>
          <w:sz w:val="22"/>
          <w:highlight w:val="cyan"/>
          <w:u w:val="single"/>
        </w:rPr>
        <w:t>close their</w:t>
      </w:r>
      <w:r>
        <w:rPr>
          <w:b w:val="0"/>
          <w:i w:val="0"/>
          <w:smallCaps w:val="0"/>
          <w:strike w:val="0"/>
          <w:sz w:val="16"/>
          <w:u w:val="none"/>
        </w:rPr>
        <w:t xml:space="preserve"> </w:t>
      </w:r>
      <w:r>
        <w:rPr>
          <w:b/>
          <w:i w:val="0"/>
          <w:smallCaps w:val="0"/>
          <w:strike w:val="0"/>
          <w:sz w:val="22"/>
          <w:u w:val="single"/>
        </w:rPr>
        <w:t>civilisational</w:t>
      </w:r>
      <w:r>
        <w:rPr>
          <w:b w:val="0"/>
          <w:i w:val="0"/>
          <w:smallCaps w:val="0"/>
          <w:strike w:val="0"/>
          <w:sz w:val="16"/>
          <w:u w:val="none"/>
        </w:rPr>
        <w:t xml:space="preserve"> and territorial </w:t>
      </w:r>
      <w:r>
        <w:rPr>
          <w:b/>
          <w:i w:val="0"/>
          <w:smallCaps w:val="0"/>
          <w:strike w:val="0"/>
          <w:sz w:val="22"/>
          <w:highlight w:val="cyan"/>
          <w:u w:val="single"/>
        </w:rPr>
        <w:t>disputes</w:t>
      </w:r>
      <w:r>
        <w:rPr>
          <w:b w:val="0"/>
          <w:i w:val="0"/>
          <w:smallCaps w:val="0"/>
          <w:strike w:val="0"/>
          <w:sz w:val="16"/>
          <w:u w:val="none"/>
        </w:rPr>
        <w:t>;</w:t>
      </w:r>
    </w:p>
    <w:p>
      <w:pPr>
        <w:spacing w:after="60"/>
      </w:pPr>
      <w:r>
        <w:rPr>
          <w:b w:val="0"/>
          <w:i w:val="0"/>
          <w:smallCaps w:val="0"/>
          <w:strike w:val="0"/>
          <w:sz w:val="22"/>
          <w:u w:val="single"/>
        </w:rPr>
        <w:t>Northern</w:t>
      </w:r>
      <w:r>
        <w:rPr>
          <w:b w:val="0"/>
          <w:i w:val="0"/>
          <w:smallCaps w:val="0"/>
          <w:strike w:val="0"/>
          <w:sz w:val="16"/>
          <w:u w:val="none"/>
        </w:rPr>
        <w:t xml:space="preserve"> </w:t>
      </w:r>
      <w:r>
        <w:rPr>
          <w:b/>
          <w:i w:val="0"/>
          <w:smallCaps w:val="0"/>
          <w:strike w:val="0"/>
          <w:sz w:val="22"/>
          <w:highlight w:val="cyan"/>
          <w:u w:val="single"/>
        </w:rPr>
        <w:t>Cyprus</w:t>
      </w:r>
      <w:r>
        <w:rPr>
          <w:b w:val="0"/>
          <w:i w:val="0"/>
          <w:smallCaps w:val="0"/>
          <w:strike w:val="0"/>
          <w:sz w:val="16"/>
          <w:u w:val="none"/>
        </w:rPr>
        <w:t xml:space="preserve"> </w:t>
      </w:r>
      <w:r>
        <w:rPr>
          <w:b w:val="0"/>
          <w:i w:val="0"/>
          <w:smallCaps w:val="0"/>
          <w:strike w:val="0"/>
          <w:sz w:val="22"/>
          <w:u w:val="single"/>
        </w:rPr>
        <w:t xml:space="preserve">could </w:t>
      </w:r>
      <w:r>
        <w:rPr>
          <w:b w:val="0"/>
          <w:i w:val="0"/>
          <w:smallCaps w:val="0"/>
          <w:strike w:val="0"/>
          <w:sz w:val="22"/>
          <w:highlight w:val="cyan"/>
          <w:u w:val="single"/>
        </w:rPr>
        <w:t>become</w:t>
      </w:r>
      <w:r>
        <w:rPr>
          <w:b w:val="0"/>
          <w:i w:val="0"/>
          <w:smallCaps w:val="0"/>
          <w:strike w:val="0"/>
          <w:sz w:val="16"/>
          <w:highlight w:val="cyan"/>
          <w:u w:val="none"/>
        </w:rPr>
        <w:t xml:space="preserve"> </w:t>
      </w:r>
      <w:r>
        <w:rPr>
          <w:b/>
          <w:i w:val="0"/>
          <w:smallCaps w:val="0"/>
          <w:strike w:val="0"/>
          <w:sz w:val="22"/>
          <w:highlight w:val="cyan"/>
          <w:u w:val="single"/>
        </w:rPr>
        <w:t>a</w:t>
      </w:r>
      <w:r>
        <w:rPr>
          <w:b w:val="0"/>
          <w:i w:val="0"/>
          <w:smallCaps w:val="0"/>
          <w:strike w:val="0"/>
          <w:sz w:val="16"/>
          <w:u w:val="none"/>
        </w:rPr>
        <w:t xml:space="preserve">nother </w:t>
      </w:r>
      <w:r>
        <w:rPr>
          <w:b/>
          <w:i w:val="0"/>
          <w:smallCaps w:val="0"/>
          <w:strike w:val="0"/>
          <w:sz w:val="22"/>
          <w:highlight w:val="cyan"/>
          <w:u w:val="single"/>
        </w:rPr>
        <w:t>hotspot</w:t>
      </w:r>
      <w:r>
        <w:rPr>
          <w:b w:val="0"/>
          <w:i w:val="0"/>
          <w:smallCaps w:val="0"/>
          <w:strike w:val="0"/>
          <w:sz w:val="16"/>
          <w:u w:val="none"/>
        </w:rPr>
        <w:t>;</w:t>
      </w:r>
    </w:p>
    <w:p>
      <w:pPr>
        <w:spacing w:after="60"/>
      </w:pPr>
      <w:r>
        <w:rPr>
          <w:b w:val="0"/>
          <w:i w:val="0"/>
          <w:smallCaps w:val="0"/>
          <w:strike w:val="0"/>
          <w:sz w:val="16"/>
          <w:u w:val="none"/>
        </w:rPr>
        <w:t xml:space="preserve">The </w:t>
      </w:r>
      <w:r>
        <w:rPr>
          <w:b/>
          <w:i w:val="0"/>
          <w:smallCaps w:val="0"/>
          <w:strike w:val="0"/>
          <w:sz w:val="22"/>
          <w:highlight w:val="cyan"/>
          <w:u w:val="single"/>
        </w:rPr>
        <w:t>Serbs</w:t>
      </w:r>
      <w:r>
        <w:rPr>
          <w:b w:val="0"/>
          <w:i w:val="0"/>
          <w:smallCaps w:val="0"/>
          <w:strike w:val="0"/>
          <w:sz w:val="16"/>
          <w:u w:val="none"/>
        </w:rPr>
        <w:t xml:space="preserve"> and the Albanians </w:t>
      </w:r>
      <w:r>
        <w:rPr>
          <w:b w:val="0"/>
          <w:i w:val="0"/>
          <w:smallCaps w:val="0"/>
          <w:strike w:val="0"/>
          <w:sz w:val="22"/>
          <w:highlight w:val="cyan"/>
          <w:u w:val="single"/>
        </w:rPr>
        <w:t>will fight</w:t>
      </w:r>
      <w:r>
        <w:rPr>
          <w:b w:val="0"/>
          <w:i w:val="0"/>
          <w:smallCaps w:val="0"/>
          <w:strike w:val="0"/>
          <w:sz w:val="22"/>
          <w:u w:val="single"/>
        </w:rPr>
        <w:t xml:space="preserve"> over</w:t>
      </w:r>
      <w:r>
        <w:rPr>
          <w:b w:val="0"/>
          <w:i w:val="0"/>
          <w:smallCaps w:val="0"/>
          <w:strike w:val="0"/>
          <w:sz w:val="16"/>
          <w:u w:val="none"/>
        </w:rPr>
        <w:t xml:space="preserve"> </w:t>
      </w:r>
      <w:r>
        <w:rPr>
          <w:b/>
          <w:i w:val="0"/>
          <w:smallCaps w:val="0"/>
          <w:strike w:val="0"/>
          <w:sz w:val="22"/>
          <w:highlight w:val="cyan"/>
          <w:u w:val="single"/>
        </w:rPr>
        <w:t>Kosovo</w:t>
      </w:r>
      <w:r>
        <w:rPr>
          <w:b w:val="0"/>
          <w:i w:val="0"/>
          <w:smallCaps w:val="0"/>
          <w:strike w:val="0"/>
          <w:sz w:val="16"/>
          <w:u w:val="none"/>
        </w:rPr>
        <w:t>;</w:t>
      </w:r>
    </w:p>
    <w:p>
      <w:pPr>
        <w:spacing w:after="60"/>
      </w:pPr>
      <w:r>
        <w:rPr>
          <w:b/>
          <w:i w:val="0"/>
          <w:smallCaps w:val="0"/>
          <w:strike w:val="0"/>
          <w:sz w:val="22"/>
          <w:u w:val="single"/>
        </w:rPr>
        <w:t>Ireland</w:t>
      </w:r>
      <w:r>
        <w:rPr>
          <w:b w:val="0"/>
          <w:i w:val="0"/>
          <w:smallCaps w:val="0"/>
          <w:strike w:val="0"/>
          <w:sz w:val="16"/>
          <w:u w:val="none"/>
        </w:rPr>
        <w:t xml:space="preserve"> </w:t>
      </w:r>
      <w:r>
        <w:rPr>
          <w:b w:val="0"/>
          <w:i w:val="0"/>
          <w:smallCaps w:val="0"/>
          <w:strike w:val="0"/>
          <w:sz w:val="22"/>
          <w:u w:val="single"/>
        </w:rPr>
        <w:t>will remember its</w:t>
      </w:r>
      <w:r>
        <w:rPr>
          <w:b w:val="0"/>
          <w:i w:val="0"/>
          <w:smallCaps w:val="0"/>
          <w:strike w:val="0"/>
          <w:sz w:val="16"/>
          <w:u w:val="none"/>
        </w:rPr>
        <w:t xml:space="preserve"> </w:t>
      </w:r>
      <w:r>
        <w:rPr>
          <w:b/>
          <w:i w:val="0"/>
          <w:smallCaps w:val="0"/>
          <w:strike w:val="0"/>
          <w:sz w:val="22"/>
          <w:u w:val="single"/>
        </w:rPr>
        <w:t>independence</w:t>
      </w:r>
      <w:r>
        <w:rPr>
          <w:b w:val="0"/>
          <w:i w:val="0"/>
          <w:smallCaps w:val="0"/>
          <w:strike w:val="0"/>
          <w:sz w:val="16"/>
          <w:u w:val="none"/>
        </w:rPr>
        <w:t xml:space="preserve"> and centuries of humiliation </w:t>
      </w:r>
      <w:r>
        <w:rPr>
          <w:b w:val="0"/>
          <w:i w:val="0"/>
          <w:smallCaps w:val="0"/>
          <w:strike w:val="0"/>
          <w:sz w:val="22"/>
          <w:u w:val="single"/>
        </w:rPr>
        <w:t>from</w:t>
      </w:r>
      <w:r>
        <w:rPr>
          <w:b w:val="0"/>
          <w:i w:val="0"/>
          <w:smallCaps w:val="0"/>
          <w:strike w:val="0"/>
          <w:sz w:val="16"/>
          <w:u w:val="none"/>
        </w:rPr>
        <w:t xml:space="preserve"> </w:t>
      </w:r>
      <w:r>
        <w:rPr>
          <w:b/>
          <w:i w:val="0"/>
          <w:smallCaps w:val="0"/>
          <w:strike w:val="0"/>
          <w:sz w:val="22"/>
          <w:u w:val="single"/>
        </w:rPr>
        <w:t>Britain</w:t>
      </w:r>
      <w:r>
        <w:rPr>
          <w:b w:val="0"/>
          <w:i w:val="0"/>
          <w:smallCaps w:val="0"/>
          <w:strike w:val="0"/>
          <w:sz w:val="16"/>
          <w:u w:val="none"/>
        </w:rPr>
        <w:t>;</w:t>
      </w:r>
    </w:p>
    <w:p>
      <w:pPr>
        <w:spacing w:after="60"/>
      </w:pPr>
      <w:r>
        <w:rPr>
          <w:b w:val="0"/>
          <w:i w:val="0"/>
          <w:smallCaps w:val="0"/>
          <w:strike w:val="0"/>
          <w:sz w:val="22"/>
          <w:u w:val="single"/>
        </w:rPr>
        <w:t>If Britain is</w:t>
      </w:r>
      <w:r>
        <w:rPr>
          <w:b w:val="0"/>
          <w:i w:val="0"/>
          <w:smallCaps w:val="0"/>
          <w:strike w:val="0"/>
          <w:sz w:val="16"/>
          <w:u w:val="none"/>
        </w:rPr>
        <w:t xml:space="preserve"> </w:t>
      </w:r>
      <w:r>
        <w:rPr>
          <w:b/>
          <w:i w:val="0"/>
          <w:smallCaps w:val="0"/>
          <w:strike w:val="0"/>
          <w:sz w:val="22"/>
          <w:u w:val="single"/>
        </w:rPr>
        <w:t>distracted</w:t>
      </w:r>
      <w:r>
        <w:rPr>
          <w:b w:val="0"/>
          <w:i w:val="0"/>
          <w:smallCaps w:val="0"/>
          <w:strike w:val="0"/>
          <w:sz w:val="16"/>
          <w:u w:val="none"/>
        </w:rPr>
        <w:t xml:space="preserve"> by Ireland, </w:t>
      </w:r>
      <w:r>
        <w:rPr>
          <w:b/>
          <w:i w:val="0"/>
          <w:smallCaps w:val="0"/>
          <w:strike w:val="0"/>
          <w:sz w:val="22"/>
          <w:u w:val="single"/>
        </w:rPr>
        <w:t>Argentina</w:t>
      </w:r>
      <w:r>
        <w:rPr>
          <w:b w:val="0"/>
          <w:i w:val="0"/>
          <w:smallCaps w:val="0"/>
          <w:strike w:val="0"/>
          <w:sz w:val="16"/>
          <w:u w:val="none"/>
        </w:rPr>
        <w:t xml:space="preserve"> </w:t>
      </w:r>
      <w:r>
        <w:rPr>
          <w:b w:val="0"/>
          <w:i w:val="0"/>
          <w:smallCaps w:val="0"/>
          <w:strike w:val="0"/>
          <w:sz w:val="22"/>
          <w:u w:val="single"/>
        </w:rPr>
        <w:t>may remember "its”</w:t>
      </w:r>
      <w:r>
        <w:rPr>
          <w:b w:val="0"/>
          <w:i w:val="0"/>
          <w:smallCaps w:val="0"/>
          <w:strike w:val="0"/>
          <w:sz w:val="16"/>
          <w:u w:val="none"/>
        </w:rPr>
        <w:t xml:space="preserve"> </w:t>
      </w:r>
      <w:r>
        <w:rPr>
          <w:b/>
          <w:i w:val="0"/>
          <w:smallCaps w:val="0"/>
          <w:strike w:val="0"/>
          <w:sz w:val="22"/>
          <w:u w:val="single"/>
        </w:rPr>
        <w:t>Malvinas Islands</w:t>
      </w:r>
      <w:r>
        <w:rPr>
          <w:b w:val="0"/>
          <w:i w:val="0"/>
          <w:smallCaps w:val="0"/>
          <w:strike w:val="0"/>
          <w:sz w:val="16"/>
          <w:u w:val="none"/>
        </w:rPr>
        <w:t>.</w:t>
      </w:r>
    </w:p>
    <w:p>
      <w:pPr>
        <w:spacing w:after="60"/>
      </w:pPr>
      <w:r>
        <w:rPr>
          <w:b w:val="0"/>
          <w:i w:val="0"/>
          <w:smallCaps w:val="0"/>
          <w:strike w:val="0"/>
          <w:sz w:val="22"/>
          <w:u w:val="single"/>
        </w:rPr>
        <w:t>"In this period</w:t>
      </w:r>
      <w:r>
        <w:rPr>
          <w:b w:val="0"/>
          <w:i w:val="0"/>
          <w:smallCaps w:val="0"/>
          <w:strike w:val="0"/>
          <w:sz w:val="16"/>
          <w:u w:val="none"/>
        </w:rPr>
        <w:t xml:space="preserve"> of wars, as the world is being reshuffled, </w:t>
      </w:r>
      <w:r>
        <w:rPr>
          <w:b/>
          <w:i w:val="0"/>
          <w:smallCaps w:val="0"/>
          <w:strike w:val="0"/>
          <w:sz w:val="28"/>
          <w:u w:val="single"/>
        </w:rPr>
        <w:t>only penguins will be able to lead their peaceful lives</w:t>
      </w:r>
      <w:r>
        <w:rPr>
          <w:b w:val="0"/>
          <w:i w:val="0"/>
          <w:smallCaps w:val="0"/>
          <w:strike w:val="0"/>
          <w:sz w:val="20"/>
          <w:u w:val="none"/>
        </w:rPr>
        <w:t xml:space="preserve"> </w:t>
      </w:r>
      <w:r>
        <w:rPr>
          <w:b w:val="0"/>
          <w:i w:val="0"/>
          <w:smallCaps w:val="0"/>
          <w:strike w:val="0"/>
          <w:sz w:val="16"/>
          <w:u w:val="none"/>
        </w:rPr>
        <w:t>on the Pole. Australia appears to be an island of stability and calmness as well. Oddly enough, the largest country in the world, Russia, may also settle down and live in peace after it resolves the Ukrainian crisis in a year or two, unless a war with NATO breaks out. Russia has formulated its principles of a new world order and is now sitting and watching," Rieper concluded.</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