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winning narrowly – but he’s rallying his base</w:t>
      </w:r>
    </w:p>
    <w:p>
      <w:pPr>
        <w:spacing w:after="80"/>
      </w:pPr>
      <w:r>
        <w:rPr>
          <w:b w:val="0"/>
          <w:i w:val="0"/>
          <w:smallCaps w:val="0"/>
          <w:strike w:val="0"/>
          <w:u w:val="none"/>
        </w:rPr>
        <w:t xml:space="preserve">Frano </w:t>
      </w:r>
      <w:r>
        <w:rPr>
          <w:b/>
          <w:i w:val="0"/>
          <w:smallCaps w:val="0"/>
          <w:strike w:val="0"/>
          <w:sz w:val="26"/>
          <w:u w:val="none"/>
        </w:rPr>
        <w:t>Ordoñez</w:t>
      </w:r>
      <w:r>
        <w:rPr>
          <w:b w:val="0"/>
          <w:i w:val="0"/>
          <w:smallCaps w:val="0"/>
          <w:strike w:val="0"/>
          <w:u w:val="none"/>
        </w:rPr>
        <w:t xml:space="preserve"> </w:t>
      </w:r>
      <w:r>
        <w:rPr>
          <w:b/>
          <w:i w:val="0"/>
          <w:smallCaps w:val="0"/>
          <w:strike w:val="0"/>
          <w:sz w:val="26"/>
          <w:u w:val="none"/>
        </w:rPr>
        <w:t>7/24</w:t>
      </w:r>
      <w:r>
        <w:rPr>
          <w:b w:val="0"/>
          <w:i w:val="0"/>
          <w:smallCaps w:val="0"/>
          <w:strike w:val="0"/>
          <w:u w:val="none"/>
        </w:rPr>
        <w:t>/</w:t>
      </w:r>
      <w:r>
        <w:rPr>
          <w:b/>
          <w:i w:val="0"/>
          <w:smallCaps w:val="0"/>
          <w:strike w:val="0"/>
          <w:sz w:val="26"/>
          <w:u w:val="none"/>
        </w:rPr>
        <w:t>24</w:t>
      </w:r>
      <w:r>
        <w:rPr>
          <w:b w:val="0"/>
          <w:i w:val="0"/>
          <w:smallCaps w:val="0"/>
          <w:strike w:val="0"/>
          <w:u w:val="none"/>
        </w:rPr>
        <w:t xml:space="preserve"> “Trump tries out attack lines on Kamala Harris as her campaign heats up” https://www.npr.org/2024/07/24/g-s1-13239/trump-rally-kamala-harris-2024-election Franco Ordoñez is a White House Correspondent for NPR's Washington Desk. Before he came to NPR in 2019, Ordoñez covered the White House for McClatchy. He has also written about diplomatic affairs, foreign policy and immigration, and has been a correspondent in Cuba, Colombia, Mexico and Haiti. //$</w:t>
      </w:r>
      <w:r>
        <w:rPr>
          <w:b w:val="0"/>
          <w:i w:val="0"/>
          <w:smallCaps w:val="0"/>
          <w:strike w:val="0"/>
          <w:u w:val="none"/>
        </w:rPr>
        <w:t>tobo</w:t>
      </w:r>
    </w:p>
    <w:p>
      <w:pPr>
        <w:spacing w:after="60"/>
      </w:pPr>
      <w:r>
        <w:rPr>
          <w:b w:val="0"/>
          <w:i w:val="0"/>
          <w:smallCaps w:val="0"/>
          <w:strike w:val="0"/>
          <w:u w:val="none"/>
        </w:rPr>
        <w:t xml:space="preserve">Former President Donald </w:t>
      </w:r>
      <w:r>
        <w:rPr>
          <w:b w:val="0"/>
          <w:i w:val="0"/>
          <w:smallCaps w:val="0"/>
          <w:strike w:val="0"/>
          <w:sz w:val="22"/>
          <w:highlight w:val="cyan"/>
          <w:u w:val="single"/>
        </w:rPr>
        <w:t>Trump</w:t>
      </w:r>
      <w:r>
        <w:rPr>
          <w:b w:val="0"/>
          <w:i w:val="0"/>
          <w:smallCaps w:val="0"/>
          <w:strike w:val="0"/>
          <w:highlight w:val="cyan"/>
          <w:u w:val="none"/>
        </w:rPr>
        <w:t xml:space="preserve"> </w:t>
      </w:r>
      <w:r>
        <w:rPr>
          <w:b w:val="0"/>
          <w:i w:val="0"/>
          <w:smallCaps w:val="0"/>
          <w:strike w:val="0"/>
          <w:sz w:val="22"/>
          <w:highlight w:val="cyan"/>
          <w:u w:val="single"/>
        </w:rPr>
        <w:t>turned</w:t>
      </w:r>
      <w:r>
        <w:rPr>
          <w:b w:val="0"/>
          <w:i w:val="0"/>
          <w:smallCaps w:val="0"/>
          <w:strike w:val="0"/>
          <w:u w:val="none"/>
        </w:rPr>
        <w:t xml:space="preserve"> his ire </w:t>
      </w:r>
      <w:r>
        <w:rPr>
          <w:b w:val="0"/>
          <w:i w:val="0"/>
          <w:smallCaps w:val="0"/>
          <w:strike w:val="0"/>
          <w:sz w:val="22"/>
          <w:highlight w:val="cyan"/>
          <w:u w:val="single"/>
        </w:rPr>
        <w:t>on</w:t>
      </w:r>
      <w:r>
        <w:rPr>
          <w:b w:val="0"/>
          <w:i w:val="0"/>
          <w:smallCaps w:val="0"/>
          <w:strike w:val="0"/>
          <w:u w:val="none"/>
        </w:rPr>
        <w:t xml:space="preserve"> Vice President </w:t>
      </w:r>
      <w:r>
        <w:rPr>
          <w:b w:val="0"/>
          <w:i w:val="0"/>
          <w:smallCaps w:val="0"/>
          <w:strike w:val="0"/>
          <w:sz w:val="22"/>
          <w:highlight w:val="cyan"/>
          <w:u w:val="single"/>
        </w:rPr>
        <w:t>Harris</w:t>
      </w:r>
      <w:r>
        <w:rPr>
          <w:b w:val="0"/>
          <w:i w:val="0"/>
          <w:smallCaps w:val="0"/>
          <w:strike w:val="0"/>
          <w:u w:val="none"/>
        </w:rPr>
        <w:t xml:space="preserve"> in Charlotte, N.C., describing her as </w:t>
      </w:r>
      <w:r>
        <w:rPr>
          <w:b/>
          <w:i w:val="0"/>
          <w:smallCaps w:val="0"/>
          <w:strike w:val="0"/>
          <w:sz w:val="22"/>
          <w:highlight w:val="cyan"/>
          <w:u w:val="single"/>
        </w:rPr>
        <w:t>“a new victim to defeat.”</w:t>
      </w:r>
    </w:p>
    <w:p>
      <w:pPr>
        <w:spacing w:after="60"/>
      </w:pPr>
      <w:r>
        <w:rPr>
          <w:b w:val="0"/>
          <w:i w:val="0"/>
          <w:smallCaps w:val="0"/>
          <w:strike w:val="0"/>
          <w:u w:val="none"/>
        </w:rPr>
        <w:t xml:space="preserve">Trump repeatedly mispronounced Harris first name, Kamala, while describing her as more radical than Biden </w:t>
      </w:r>
      <w:r>
        <w:rPr>
          <w:b/>
          <w:i w:val="0"/>
          <w:smallCaps w:val="0"/>
          <w:strike w:val="0"/>
          <w:sz w:val="22"/>
          <w:u w:val="single"/>
        </w:rPr>
        <w:t>and “</w:t>
      </w:r>
      <w:r>
        <w:rPr>
          <w:b/>
          <w:i w:val="0"/>
          <w:smallCaps w:val="0"/>
          <w:strike w:val="0"/>
          <w:sz w:val="22"/>
          <w:highlight w:val="cyan"/>
          <w:u w:val="single"/>
        </w:rPr>
        <w:t>a danger to democracy.”</w:t>
      </w:r>
      <w:r>
        <w:rPr>
          <w:b w:val="0"/>
          <w:i w:val="0"/>
          <w:smallCaps w:val="0"/>
          <w:strike w:val="0"/>
          <w:u w:val="none"/>
        </w:rPr>
        <w:t xml:space="preserve"> US Vice President and Democratic presidential candidate Kamala Harris speaks at her campaign headquarters in Wilmington, Delaware, on July 22, 2024. POLITICS As she is poised to be the Democratic nominee, here are 5 facts about Kamala Harris </w:t>
      </w:r>
      <w:r>
        <w:rPr>
          <w:b w:val="0"/>
          <w:i w:val="0"/>
          <w:smallCaps w:val="0"/>
          <w:strike w:val="0"/>
          <w:sz w:val="22"/>
          <w:u w:val="single"/>
        </w:rPr>
        <w:t>“Something happened to me when I got shot,”</w:t>
      </w:r>
      <w:r>
        <w:rPr>
          <w:b w:val="0"/>
          <w:i w:val="0"/>
          <w:smallCaps w:val="0"/>
          <w:strike w:val="0"/>
          <w:u w:val="none"/>
        </w:rPr>
        <w:t xml:space="preserve"> he said at a rally Wednesday night. “I became nice. And </w:t>
      </w:r>
      <w:r>
        <w:rPr>
          <w:b w:val="0"/>
          <w:i w:val="0"/>
          <w:smallCaps w:val="0"/>
          <w:strike w:val="0"/>
          <w:sz w:val="22"/>
          <w:u w:val="single"/>
        </w:rPr>
        <w:t>when you're dealing with these people, they're very dangerous people when you're dealing with them. You can't be too nice</w:t>
      </w:r>
      <w:r>
        <w:rPr>
          <w:b w:val="0"/>
          <w:i w:val="0"/>
          <w:smallCaps w:val="0"/>
          <w:strike w:val="0"/>
          <w:u w:val="none"/>
        </w:rPr>
        <w:t>. You really can't be, so if you don't mind</w:t>
      </w:r>
      <w:r>
        <w:rPr>
          <w:b w:val="0"/>
          <w:i w:val="0"/>
          <w:smallCaps w:val="0"/>
          <w:strike w:val="0"/>
          <w:sz w:val="22"/>
          <w:u w:val="single"/>
        </w:rPr>
        <w:t>, I'm not going to be nice</w:t>
      </w:r>
      <w:r>
        <w:rPr>
          <w:b w:val="0"/>
          <w:i w:val="0"/>
          <w:smallCaps w:val="0"/>
          <w:strike w:val="0"/>
          <w:u w:val="none"/>
        </w:rPr>
        <w:t xml:space="preserve"> — is that OK?” The </w:t>
      </w:r>
      <w:r>
        <w:rPr>
          <w:b w:val="0"/>
          <w:i w:val="0"/>
          <w:smallCaps w:val="0"/>
          <w:strike w:val="0"/>
          <w:sz w:val="22"/>
          <w:highlight w:val="cyan"/>
          <w:u w:val="single"/>
        </w:rPr>
        <w:t>crowd</w:t>
      </w:r>
      <w:r>
        <w:rPr>
          <w:b w:val="0"/>
          <w:i w:val="0"/>
          <w:smallCaps w:val="0"/>
          <w:strike w:val="0"/>
          <w:u w:val="none"/>
        </w:rPr>
        <w:t xml:space="preserve"> roared. They </w:t>
      </w:r>
      <w:r>
        <w:rPr>
          <w:b w:val="0"/>
          <w:i w:val="0"/>
          <w:smallCaps w:val="0"/>
          <w:strike w:val="0"/>
          <w:sz w:val="22"/>
          <w:highlight w:val="cyan"/>
          <w:u w:val="single"/>
        </w:rPr>
        <w:t>chanted</w:t>
      </w:r>
      <w:r>
        <w:rPr>
          <w:b/>
          <w:i w:val="0"/>
          <w:smallCaps w:val="0"/>
          <w:strike w:val="0"/>
          <w:sz w:val="22"/>
          <w:highlight w:val="cyan"/>
          <w:u w:val="single"/>
        </w:rPr>
        <w:t>: “Fight. Fight. Fight,”</w:t>
      </w:r>
      <w:r>
        <w:rPr>
          <w:b w:val="0"/>
          <w:i w:val="0"/>
          <w:smallCaps w:val="0"/>
          <w:strike w:val="0"/>
          <w:u w:val="none"/>
        </w:rPr>
        <w:t xml:space="preserve"> a rallying cry that echoes through his events after a failed assassination attempt. Harris has not shied away from her own attacks. In her first major speech as the likely nominee on Tuesday, Harris boasted of her background as a prosecutor and said that experience would come in handy against Trump. “I took on perpetrators of all kinds — predators who abused women, fraudsters who ripped off consumers, cheaters who broke the rules for their own gain,” she said in Wisconsin. “</w:t>
      </w:r>
      <w:r>
        <w:rPr>
          <w:b w:val="0"/>
          <w:i w:val="0"/>
          <w:smallCaps w:val="0"/>
          <w:strike w:val="0"/>
          <w:u w:val="none"/>
        </w:rPr>
        <w:t>So</w:t>
      </w:r>
      <w:r>
        <w:rPr>
          <w:b w:val="0"/>
          <w:i w:val="0"/>
          <w:smallCaps w:val="0"/>
          <w:strike w:val="0"/>
          <w:u w:val="none"/>
        </w:rPr>
        <w:t xml:space="preserve"> hear me when I say, I know Donald Trump's type.” On Wednesday, Trump responded. He was anything but nice. Bar chart: If November’s presidential election were held today, whom would you support? </w:t>
      </w:r>
      <w:r>
        <w:rPr>
          <w:b w:val="0"/>
          <w:i w:val="0"/>
          <w:smallCaps w:val="0"/>
          <w:strike w:val="0"/>
          <w:sz w:val="22"/>
          <w:highlight w:val="cyan"/>
          <w:u w:val="single"/>
        </w:rPr>
        <w:t>Donald Trump: 46%.</w:t>
      </w:r>
      <w:r>
        <w:rPr>
          <w:b w:val="0"/>
          <w:i w:val="0"/>
          <w:smallCaps w:val="0"/>
          <w:strike w:val="0"/>
          <w:highlight w:val="cyan"/>
          <w:u w:val="none"/>
        </w:rPr>
        <w:t xml:space="preserve"> </w:t>
      </w:r>
      <w:r>
        <w:rPr>
          <w:b w:val="0"/>
          <w:i w:val="0"/>
          <w:smallCaps w:val="0"/>
          <w:strike w:val="0"/>
          <w:sz w:val="22"/>
          <w:highlight w:val="cyan"/>
          <w:u w:val="single"/>
        </w:rPr>
        <w:t>Kamala Harris: 45%.</w:t>
      </w:r>
      <w:r>
        <w:rPr>
          <w:b w:val="0"/>
          <w:i w:val="0"/>
          <w:smallCaps w:val="0"/>
          <w:strike w:val="0"/>
          <w:u w:val="none"/>
        </w:rPr>
        <w:t xml:space="preserve"> Undecided: 9%. ELECTIONS Poll: Presidential race hits a reset with Harris vs. Trump In very personal terms, he went on to call her “</w:t>
      </w:r>
      <w:r>
        <w:rPr>
          <w:b w:val="0"/>
          <w:i w:val="0"/>
          <w:smallCaps w:val="0"/>
          <w:strike w:val="0"/>
          <w:u w:val="none"/>
        </w:rPr>
        <w:t>Lyin</w:t>
      </w:r>
      <w:r>
        <w:rPr>
          <w:b w:val="0"/>
          <w:i w:val="0"/>
          <w:smallCaps w:val="0"/>
          <w:strike w:val="0"/>
          <w:u w:val="none"/>
        </w:rPr>
        <w:t xml:space="preserve">’ Kamala Harris” and "the most incompetent and far left vice president in American history.” </w:t>
      </w:r>
      <w:r>
        <w:rPr>
          <w:b w:val="0"/>
          <w:i w:val="0"/>
          <w:smallCaps w:val="0"/>
          <w:strike w:val="0"/>
          <w:sz w:val="22"/>
          <w:u w:val="single"/>
        </w:rPr>
        <w:t xml:space="preserve">He </w:t>
      </w:r>
      <w:r>
        <w:rPr>
          <w:b w:val="0"/>
          <w:i w:val="0"/>
          <w:smallCaps w:val="0"/>
          <w:strike w:val="0"/>
          <w:sz w:val="22"/>
          <w:highlight w:val="cyan"/>
          <w:u w:val="single"/>
        </w:rPr>
        <w:t>told supporters she was “a radical, crazy person</w:t>
      </w:r>
      <w:r>
        <w:rPr>
          <w:b w:val="0"/>
          <w:i w:val="0"/>
          <w:smallCaps w:val="0"/>
          <w:strike w:val="0"/>
          <w:u w:val="none"/>
        </w:rPr>
        <w:t xml:space="preserve">” on issues like gun rights and abortion. “You've been terrible at everything you've done,” he said, as though speaking to her directly. “You're </w:t>
      </w:r>
      <w:r>
        <w:rPr>
          <w:b w:val="0"/>
          <w:i w:val="0"/>
          <w:smallCaps w:val="0"/>
          <w:strike w:val="0"/>
          <w:u w:val="none"/>
        </w:rPr>
        <w:t>ultra liberal</w:t>
      </w:r>
      <w:r>
        <w:rPr>
          <w:b w:val="0"/>
          <w:i w:val="0"/>
          <w:smallCaps w:val="0"/>
          <w:strike w:val="0"/>
          <w:u w:val="none"/>
        </w:rPr>
        <w:t>. And we don't want you here. We don't want you anywhere, Kamala. You're fired.” It was Trump’s first rally since President Biden dropped out of the presidential race and only his second since the attempt on his life</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