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will be closely tied to Biden.</w:t>
      </w:r>
    </w:p>
    <w:p>
      <w:pPr>
        <w:spacing w:after="80"/>
      </w:pPr>
      <w:r>
        <w:rPr>
          <w:b/>
          <w:i w:val="0"/>
          <w:smallCaps w:val="0"/>
          <w:strike w:val="0"/>
          <w:sz w:val="26"/>
          <w:u w:val="none"/>
        </w:rPr>
        <w:t xml:space="preserve">Kim ‘7/24 </w:t>
      </w:r>
      <w:r>
        <w:rPr>
          <w:b w:val="0"/>
          <w:i w:val="0"/>
          <w:smallCaps w:val="0"/>
          <w:strike w:val="0"/>
          <w:u w:val="none"/>
        </w:rPr>
        <w:t>[Seung and Zeke Miller; July 24; Kim is an American journalist who is a White House correspondent for the Associated Press; Zeke is AP's chief White House correspondent; Associated Press, "Biden makes a case for his legacy — and for Harris to continue it — in his Oval Office address," https://apnews.com/article/biden-legacy-oval-office-address-harris-0f92ccfe6f948770b760e983869fa989]//av</w:t>
      </w:r>
    </w:p>
    <w:p>
      <w:pPr>
        <w:spacing w:after="60"/>
      </w:pPr>
      <w:r>
        <w:rPr>
          <w:b w:val="0"/>
          <w:i w:val="0"/>
          <w:smallCaps w:val="0"/>
          <w:strike w:val="0"/>
          <w:sz w:val="22"/>
          <w:u w:val="single"/>
        </w:rPr>
        <w:t xml:space="preserve">Even </w:t>
      </w:r>
      <w:r>
        <w:rPr>
          <w:b w:val="0"/>
          <w:i w:val="0"/>
          <w:smallCaps w:val="0"/>
          <w:strike w:val="0"/>
          <w:sz w:val="22"/>
          <w:highlight w:val="cyan"/>
          <w:u w:val="single"/>
        </w:rPr>
        <w:t>though</w:t>
      </w:r>
      <w:r>
        <w:rPr>
          <w:b w:val="0"/>
          <w:i w:val="0"/>
          <w:smallCaps w:val="0"/>
          <w:strike w:val="0"/>
          <w:sz w:val="16"/>
          <w:u w:val="none"/>
        </w:rPr>
        <w:t xml:space="preserve"> President Joe </w:t>
      </w:r>
      <w:r>
        <w:rPr>
          <w:b w:val="0"/>
          <w:i w:val="0"/>
          <w:smallCaps w:val="0"/>
          <w:strike w:val="0"/>
          <w:sz w:val="22"/>
          <w:highlight w:val="cyan"/>
          <w:u w:val="single"/>
        </w:rPr>
        <w:t>Biden won’t be on</w:t>
      </w:r>
      <w:r>
        <w:rPr>
          <w:b w:val="0"/>
          <w:i w:val="0"/>
          <w:smallCaps w:val="0"/>
          <w:strike w:val="0"/>
          <w:sz w:val="22"/>
          <w:u w:val="single"/>
        </w:rPr>
        <w:t xml:space="preserve"> the </w:t>
      </w:r>
      <w:r>
        <w:rPr>
          <w:b w:val="0"/>
          <w:i w:val="0"/>
          <w:smallCaps w:val="0"/>
          <w:strike w:val="0"/>
          <w:sz w:val="22"/>
          <w:highlight w:val="cyan"/>
          <w:u w:val="single"/>
        </w:rPr>
        <w:t>ballot</w:t>
      </w:r>
      <w:r>
        <w:rPr>
          <w:b w:val="0"/>
          <w:i w:val="0"/>
          <w:smallCaps w:val="0"/>
          <w:strike w:val="0"/>
          <w:sz w:val="16"/>
          <w:u w:val="none"/>
        </w:rPr>
        <w:t xml:space="preserve"> in November, </w:t>
      </w:r>
      <w:r>
        <w:rPr>
          <w:b/>
          <w:i w:val="0"/>
          <w:smallCaps w:val="0"/>
          <w:strike w:val="0"/>
          <w:sz w:val="22"/>
          <w:highlight w:val="cyan"/>
          <w:u w:val="single"/>
        </w:rPr>
        <w:t>voters</w:t>
      </w:r>
      <w:r>
        <w:rPr>
          <w:b w:val="0"/>
          <w:i w:val="0"/>
          <w:smallCaps w:val="0"/>
          <w:strike w:val="0"/>
          <w:sz w:val="22"/>
          <w:u w:val="single"/>
        </w:rPr>
        <w:t xml:space="preserve"> still will be </w:t>
      </w:r>
      <w:r>
        <w:rPr>
          <w:b/>
          <w:i w:val="0"/>
          <w:smallCaps w:val="0"/>
          <w:strike w:val="0"/>
          <w:sz w:val="22"/>
          <w:highlight w:val="cyan"/>
          <w:u w:val="single"/>
        </w:rPr>
        <w:t>weigh</w:t>
      </w:r>
      <w:r>
        <w:rPr>
          <w:b/>
          <w:i w:val="0"/>
          <w:smallCaps w:val="0"/>
          <w:strike w:val="0"/>
          <w:sz w:val="22"/>
          <w:u w:val="single"/>
        </w:rPr>
        <w:t xml:space="preserve">ing </w:t>
      </w:r>
      <w:r>
        <w:rPr>
          <w:b/>
          <w:i w:val="0"/>
          <w:smallCaps w:val="0"/>
          <w:strike w:val="0"/>
          <w:sz w:val="22"/>
          <w:highlight w:val="cyan"/>
          <w:u w:val="single"/>
        </w:rPr>
        <w:t>his legacy.</w:t>
      </w:r>
    </w:p>
    <w:p>
      <w:pPr>
        <w:spacing w:after="60"/>
      </w:pPr>
      <w:r>
        <w:rPr>
          <w:b w:val="0"/>
          <w:i w:val="0"/>
          <w:smallCaps w:val="0"/>
          <w:strike w:val="0"/>
          <w:sz w:val="16"/>
          <w:u w:val="none"/>
        </w:rPr>
        <w:t xml:space="preserve">As Vice President </w:t>
      </w:r>
      <w:r>
        <w:rPr>
          <w:b w:val="0"/>
          <w:i w:val="0"/>
          <w:smallCaps w:val="0"/>
          <w:strike w:val="0"/>
          <w:sz w:val="22"/>
          <w:u w:val="single"/>
        </w:rPr>
        <w:t>Kamala Harris moves to take his place</w:t>
      </w:r>
      <w:r>
        <w:rPr>
          <w:b w:val="0"/>
          <w:i w:val="0"/>
          <w:smallCaps w:val="0"/>
          <w:strike w:val="0"/>
          <w:sz w:val="16"/>
          <w:u w:val="none"/>
        </w:rPr>
        <w:t xml:space="preserve"> as the Democratic standard-bearer, </w:t>
      </w:r>
      <w:r>
        <w:rPr>
          <w:b/>
          <w:i w:val="0"/>
          <w:smallCaps w:val="0"/>
          <w:strike w:val="0"/>
          <w:sz w:val="22"/>
          <w:highlight w:val="cyan"/>
          <w:u w:val="single"/>
        </w:rPr>
        <w:t>Biden's</w:t>
      </w:r>
      <w:r>
        <w:rPr>
          <w:b w:val="0"/>
          <w:i w:val="0"/>
          <w:smallCaps w:val="0"/>
          <w:strike w:val="0"/>
          <w:sz w:val="22"/>
          <w:u w:val="single"/>
        </w:rPr>
        <w:t xml:space="preserve"> accomplishments </w:t>
      </w:r>
      <w:r>
        <w:rPr>
          <w:b/>
          <w:i w:val="0"/>
          <w:smallCaps w:val="0"/>
          <w:strike w:val="0"/>
          <w:sz w:val="22"/>
          <w:highlight w:val="cyan"/>
          <w:u w:val="single"/>
        </w:rPr>
        <w:t>remain</w:t>
      </w:r>
      <w:r>
        <w:rPr>
          <w:b w:val="0"/>
          <w:i w:val="0"/>
          <w:smallCaps w:val="0"/>
          <w:strike w:val="0"/>
          <w:sz w:val="22"/>
          <w:u w:val="single"/>
        </w:rPr>
        <w:t xml:space="preserve"> very much </w:t>
      </w:r>
      <w:r>
        <w:rPr>
          <w:b/>
          <w:i w:val="0"/>
          <w:smallCaps w:val="0"/>
          <w:strike w:val="0"/>
          <w:sz w:val="22"/>
          <w:highlight w:val="cyan"/>
          <w:u w:val="single"/>
        </w:rPr>
        <w:t>at risk</w:t>
      </w:r>
      <w:r>
        <w:rPr>
          <w:b w:val="0"/>
          <w:i w:val="0"/>
          <w:smallCaps w:val="0"/>
          <w:strike w:val="0"/>
          <w:sz w:val="16"/>
          <w:u w:val="none"/>
        </w:rPr>
        <w:t xml:space="preserve"> should Republican Donald Trump prevail.</w:t>
      </w:r>
    </w:p>
    <w:p>
      <w:pPr>
        <w:spacing w:after="60"/>
      </w:pPr>
      <w:r>
        <w:rPr>
          <w:b w:val="0"/>
          <w:i w:val="0"/>
          <w:smallCaps w:val="0"/>
          <w:strike w:val="0"/>
          <w:sz w:val="16"/>
          <w:u w:val="none"/>
        </w:rPr>
        <w:t xml:space="preserve">How </w:t>
      </w:r>
      <w:r>
        <w:rPr>
          <w:b w:val="0"/>
          <w:i w:val="0"/>
          <w:smallCaps w:val="0"/>
          <w:strike w:val="0"/>
          <w:sz w:val="22"/>
          <w:u w:val="single"/>
        </w:rPr>
        <w:t xml:space="preserve">Biden's single term and </w:t>
      </w:r>
      <w:r>
        <w:rPr>
          <w:b w:val="0"/>
          <w:i w:val="0"/>
          <w:smallCaps w:val="0"/>
          <w:strike w:val="0"/>
          <w:sz w:val="22"/>
          <w:highlight w:val="cyan"/>
          <w:u w:val="single"/>
        </w:rPr>
        <w:t>his decision</w:t>
      </w:r>
      <w:r>
        <w:rPr>
          <w:b w:val="0"/>
          <w:i w:val="0"/>
          <w:smallCaps w:val="0"/>
          <w:strike w:val="0"/>
          <w:sz w:val="22"/>
          <w:u w:val="single"/>
        </w:rPr>
        <w:t xml:space="preserve"> to step aside are remembered will </w:t>
      </w:r>
      <w:r>
        <w:rPr>
          <w:b w:val="0"/>
          <w:i w:val="0"/>
          <w:smallCaps w:val="0"/>
          <w:strike w:val="0"/>
          <w:sz w:val="22"/>
          <w:highlight w:val="cyan"/>
          <w:u w:val="single"/>
        </w:rPr>
        <w:t xml:space="preserve">be </w:t>
      </w:r>
      <w:r>
        <w:rPr>
          <w:b/>
          <w:i w:val="0"/>
          <w:smallCaps w:val="0"/>
          <w:strike w:val="0"/>
          <w:sz w:val="22"/>
          <w:highlight w:val="cyan"/>
          <w:u w:val="single"/>
        </w:rPr>
        <w:t>intertwined with Harris</w:t>
      </w:r>
      <w:r>
        <w:rPr>
          <w:b w:val="0"/>
          <w:i w:val="0"/>
          <w:smallCaps w:val="0"/>
          <w:strike w:val="0"/>
          <w:sz w:val="22"/>
          <w:highlight w:val="cyan"/>
          <w:u w:val="single"/>
        </w:rPr>
        <w:t>'</w:t>
      </w:r>
      <w:r>
        <w:rPr>
          <w:b w:val="0"/>
          <w:i w:val="0"/>
          <w:smallCaps w:val="0"/>
          <w:strike w:val="0"/>
          <w:sz w:val="22"/>
          <w:u w:val="single"/>
        </w:rPr>
        <w:t xml:space="preserve"> electoral </w:t>
      </w:r>
      <w:r>
        <w:rPr>
          <w:b w:val="0"/>
          <w:i w:val="0"/>
          <w:smallCaps w:val="0"/>
          <w:strike w:val="0"/>
          <w:sz w:val="22"/>
          <w:highlight w:val="cyan"/>
          <w:u w:val="single"/>
        </w:rPr>
        <w:t>result</w:t>
      </w:r>
      <w:r>
        <w:rPr>
          <w:b w:val="0"/>
          <w:i w:val="0"/>
          <w:smallCaps w:val="0"/>
          <w:strike w:val="0"/>
          <w:sz w:val="16"/>
          <w:u w:val="none"/>
        </w:rPr>
        <w:t xml:space="preserve"> in November, particularly as the vice president runs tightly on the achievements of the Biden administration.</w:t>
      </w:r>
    </w:p>
    <w:p>
      <w:pPr>
        <w:spacing w:after="60"/>
      </w:pPr>
      <w:r>
        <w:rPr>
          <w:b w:val="0"/>
          <w:i w:val="0"/>
          <w:smallCaps w:val="0"/>
          <w:strike w:val="0"/>
          <w:sz w:val="22"/>
          <w:u w:val="single"/>
        </w:rPr>
        <w:t>Biden will have an opportunity to make a case for his legacy</w:t>
      </w:r>
      <w:r>
        <w:rPr>
          <w:b w:val="0"/>
          <w:i w:val="0"/>
          <w:smallCaps w:val="0"/>
          <w:strike w:val="0"/>
          <w:sz w:val="16"/>
          <w:u w:val="none"/>
        </w:rPr>
        <w:t xml:space="preserve"> — sweeping domestic legislation, renewal of alliances abroad, defense of democracy — on Wednesday night when he delivers an Oval Office address about his decision to bow out of the race and "what lies ahead."</w:t>
      </w:r>
    </w:p>
    <w:p>
      <w:pPr>
        <w:spacing w:after="60"/>
      </w:pPr>
      <w:r>
        <w:rPr>
          <w:b w:val="0"/>
          <w:i w:val="0"/>
          <w:smallCaps w:val="0"/>
          <w:strike w:val="0"/>
          <w:sz w:val="16"/>
          <w:u w:val="none"/>
        </w:rPr>
        <w:t>And no matter how frustrated Biden is at being pushed aside by his party — and he's plenty upset — he has too much at stake simply to wash his hands of this election.</w:t>
      </w:r>
    </w:p>
    <w:p>
      <w:pPr>
        <w:spacing w:after="60"/>
      </w:pPr>
      <w:r>
        <w:rPr>
          <w:b w:val="0"/>
          <w:i w:val="0"/>
          <w:smallCaps w:val="0"/>
          <w:strike w:val="0"/>
          <w:sz w:val="22"/>
          <w:u w:val="single"/>
        </w:rPr>
        <w:t>Biden endorsed Harris</w:t>
      </w:r>
      <w:r>
        <w:rPr>
          <w:b w:val="0"/>
          <w:i w:val="0"/>
          <w:smallCaps w:val="0"/>
          <w:strike w:val="0"/>
          <w:sz w:val="16"/>
          <w:u w:val="none"/>
        </w:rPr>
        <w:t xml:space="preserve"> shortly after he announced Sunday that he would end his candidacy, effectively giving her a head start over would-be challengers and helping to jumpstart a candidacy focused largely on continuing his own agenda.</w:t>
      </w:r>
    </w:p>
    <w:p>
      <w:pPr>
        <w:spacing w:after="60"/>
      </w:pPr>
      <w:r>
        <w:rPr>
          <w:b w:val="0"/>
          <w:i w:val="0"/>
          <w:smallCaps w:val="0"/>
          <w:strike w:val="0"/>
          <w:sz w:val="16"/>
          <w:u w:val="none"/>
        </w:rPr>
        <w:t xml:space="preserve">“If she wins, then it will be confirmation that he did the right thing to fight against the threat that is Trump, and he will be seen as a legend on behalf of democracy,” said presidential historian Lindsay </w:t>
      </w:r>
      <w:r>
        <w:rPr>
          <w:b w:val="0"/>
          <w:i w:val="0"/>
          <w:smallCaps w:val="0"/>
          <w:strike w:val="0"/>
          <w:sz w:val="16"/>
          <w:u w:val="none"/>
        </w:rPr>
        <w:t>Chervinsky</w:t>
      </w:r>
      <w:r>
        <w:rPr>
          <w:b w:val="0"/>
          <w:i w:val="0"/>
          <w:smallCaps w:val="0"/>
          <w:strike w:val="0"/>
          <w:sz w:val="16"/>
          <w:u w:val="none"/>
        </w:rPr>
        <w:t>, executive director of the George Washington Presidential Library at Mount Vernon. “If she loses, I think there will be questions about, did he step down too late? Would the Democratic Party have been more effective if he had said he was not going to run?”</w:t>
      </w:r>
    </w:p>
    <w:p>
      <w:pPr>
        <w:spacing w:after="60"/>
      </w:pPr>
      <w:r>
        <w:rPr>
          <w:b w:val="0"/>
          <w:i w:val="0"/>
          <w:smallCaps w:val="0"/>
          <w:strike w:val="0"/>
          <w:sz w:val="16"/>
          <w:u w:val="none"/>
        </w:rPr>
        <w:t>What-ifs play out at the end of every presidency. But Biden's defiance in the face of questions about his fitness for office and then his late submission to his party's crisis of confidence heightens the stakes.</w:t>
      </w:r>
    </w:p>
    <w:p>
      <w:pPr>
        <w:spacing w:after="60"/>
      </w:pPr>
      <w:r>
        <w:rPr>
          <w:b w:val="0"/>
          <w:i w:val="0"/>
          <w:smallCaps w:val="0"/>
          <w:strike w:val="0"/>
          <w:sz w:val="16"/>
          <w:u w:val="none"/>
        </w:rPr>
        <w:t>The last vice president to run for the top job was Democrat Al Gore, who sought to distance himself from President Bill Clinton during the 2000 campaign after the president's affair with a White House intern and subsequent impeachment.</w:t>
      </w:r>
    </w:p>
    <w:p>
      <w:pPr>
        <w:spacing w:after="60"/>
      </w:pPr>
      <w:r>
        <w:rPr>
          <w:b/>
          <w:i w:val="0"/>
          <w:smallCaps w:val="0"/>
          <w:strike w:val="0"/>
          <w:sz w:val="22"/>
          <w:highlight w:val="cyan"/>
          <w:u w:val="single"/>
        </w:rPr>
        <w:t>Harris</w:t>
      </w:r>
      <w:r>
        <w:rPr>
          <w:b w:val="0"/>
          <w:i w:val="0"/>
          <w:smallCaps w:val="0"/>
          <w:strike w:val="0"/>
          <w:sz w:val="16"/>
          <w:u w:val="none"/>
        </w:rPr>
        <w:t xml:space="preserve">, in contrast, has </w:t>
      </w:r>
      <w:r>
        <w:rPr>
          <w:b w:val="0"/>
          <w:i w:val="0"/>
          <w:smallCaps w:val="0"/>
          <w:strike w:val="0"/>
          <w:sz w:val="22"/>
          <w:highlight w:val="cyan"/>
          <w:u w:val="single"/>
        </w:rPr>
        <w:t>spent</w:t>
      </w:r>
      <w:r>
        <w:rPr>
          <w:b w:val="0"/>
          <w:i w:val="0"/>
          <w:smallCaps w:val="0"/>
          <w:strike w:val="0"/>
          <w:sz w:val="22"/>
          <w:u w:val="single"/>
        </w:rPr>
        <w:t xml:space="preserve"> the better part of the last </w:t>
      </w:r>
      <w:r>
        <w:rPr>
          <w:b w:val="0"/>
          <w:i w:val="0"/>
          <w:smallCaps w:val="0"/>
          <w:strike w:val="0"/>
          <w:sz w:val="22"/>
          <w:highlight w:val="cyan"/>
          <w:u w:val="single"/>
        </w:rPr>
        <w:t xml:space="preserve">three years </w:t>
      </w:r>
      <w:r>
        <w:rPr>
          <w:b/>
          <w:i w:val="0"/>
          <w:smallCaps w:val="0"/>
          <w:strike w:val="0"/>
          <w:sz w:val="22"/>
          <w:highlight w:val="cyan"/>
          <w:u w:val="single"/>
        </w:rPr>
        <w:t>praising Biden</w:t>
      </w:r>
      <w:r>
        <w:rPr>
          <w:b/>
          <w:i w:val="0"/>
          <w:smallCaps w:val="0"/>
          <w:strike w:val="0"/>
          <w:sz w:val="22"/>
          <w:u w:val="single"/>
        </w:rPr>
        <w:t>’s doings</w:t>
      </w:r>
      <w:r>
        <w:rPr>
          <w:b w:val="0"/>
          <w:i w:val="0"/>
          <w:smallCaps w:val="0"/>
          <w:strike w:val="0"/>
          <w:sz w:val="16"/>
          <w:u w:val="none"/>
        </w:rPr>
        <w:t xml:space="preserve"> — meaning </w:t>
      </w:r>
      <w:r>
        <w:rPr>
          <w:b w:val="0"/>
          <w:i w:val="0"/>
          <w:smallCaps w:val="0"/>
          <w:strike w:val="0"/>
          <w:sz w:val="22"/>
          <w:highlight w:val="cyan"/>
          <w:u w:val="single"/>
        </w:rPr>
        <w:t xml:space="preserve">any </w:t>
      </w:r>
      <w:r>
        <w:rPr>
          <w:b/>
          <w:i w:val="0"/>
          <w:smallCaps w:val="0"/>
          <w:strike w:val="0"/>
          <w:sz w:val="22"/>
          <w:highlight w:val="cyan"/>
          <w:u w:val="single"/>
        </w:rPr>
        <w:t>attempt to</w:t>
      </w:r>
      <w:r>
        <w:rPr>
          <w:b/>
          <w:i w:val="0"/>
          <w:smallCaps w:val="0"/>
          <w:strike w:val="0"/>
          <w:sz w:val="22"/>
          <w:u w:val="single"/>
        </w:rPr>
        <w:t xml:space="preserve"> now </w:t>
      </w:r>
      <w:r>
        <w:rPr>
          <w:b/>
          <w:i w:val="0"/>
          <w:smallCaps w:val="0"/>
          <w:strike w:val="0"/>
          <w:sz w:val="22"/>
          <w:highlight w:val="cyan"/>
          <w:u w:val="single"/>
        </w:rPr>
        <w:t>distance herself</w:t>
      </w:r>
      <w:r>
        <w:rPr>
          <w:b w:val="0"/>
          <w:i w:val="0"/>
          <w:smallCaps w:val="0"/>
          <w:strike w:val="0"/>
          <w:sz w:val="22"/>
          <w:highlight w:val="cyan"/>
          <w:u w:val="single"/>
        </w:rPr>
        <w:t xml:space="preserve"> would </w:t>
      </w:r>
      <w:r>
        <w:rPr>
          <w:b/>
          <w:i w:val="0"/>
          <w:smallCaps w:val="0"/>
          <w:strike w:val="0"/>
          <w:sz w:val="22"/>
          <w:highlight w:val="cyan"/>
          <w:u w:val="single"/>
        </w:rPr>
        <w:t>be difficult</w:t>
      </w:r>
      <w:r>
        <w:rPr>
          <w:b w:val="0"/>
          <w:i w:val="0"/>
          <w:smallCaps w:val="0"/>
          <w:strike w:val="0"/>
          <w:sz w:val="22"/>
          <w:u w:val="single"/>
        </w:rPr>
        <w:t xml:space="preserve"> to explain</w:t>
      </w:r>
      <w:r>
        <w:rPr>
          <w:b w:val="0"/>
          <w:i w:val="0"/>
          <w:smallCaps w:val="0"/>
          <w:strike w:val="0"/>
          <w:sz w:val="16"/>
          <w:u w:val="none"/>
        </w:rPr>
        <w:t xml:space="preserve">. And </w:t>
      </w:r>
      <w:r>
        <w:rPr>
          <w:b w:val="0"/>
          <w:i w:val="0"/>
          <w:smallCaps w:val="0"/>
          <w:strike w:val="0"/>
          <w:sz w:val="22"/>
          <w:highlight w:val="cyan"/>
          <w:u w:val="single"/>
        </w:rPr>
        <w:t xml:space="preserve">she </w:t>
      </w:r>
      <w:r>
        <w:rPr>
          <w:b/>
          <w:i w:val="0"/>
          <w:smallCaps w:val="0"/>
          <w:strike w:val="0"/>
          <w:sz w:val="22"/>
          <w:highlight w:val="cyan"/>
          <w:u w:val="single"/>
        </w:rPr>
        <w:t>has to</w:t>
      </w:r>
      <w:r>
        <w:rPr>
          <w:b/>
          <w:i w:val="0"/>
          <w:smallCaps w:val="0"/>
          <w:strike w:val="0"/>
          <w:sz w:val="22"/>
          <w:highlight w:val="cyan"/>
          <w:u w:val="single"/>
        </w:rPr>
        <w:t xml:space="preserve"> rely on</w:t>
      </w:r>
      <w:r>
        <w:rPr>
          <w:b/>
          <w:i w:val="0"/>
          <w:smallCaps w:val="0"/>
          <w:strike w:val="0"/>
          <w:sz w:val="22"/>
          <w:u w:val="single"/>
        </w:rPr>
        <w:t xml:space="preserve"> the </w:t>
      </w:r>
      <w:r>
        <w:rPr>
          <w:b/>
          <w:i w:val="0"/>
          <w:smallCaps w:val="0"/>
          <w:strike w:val="0"/>
          <w:sz w:val="22"/>
          <w:highlight w:val="cyan"/>
          <w:u w:val="single"/>
        </w:rPr>
        <w:t>Biden</w:t>
      </w:r>
      <w:r>
        <w:rPr>
          <w:b w:val="0"/>
          <w:i w:val="0"/>
          <w:smallCaps w:val="0"/>
          <w:strike w:val="0"/>
          <w:sz w:val="22"/>
          <w:u w:val="single"/>
        </w:rPr>
        <w:t xml:space="preserve"> political </w:t>
      </w:r>
      <w:r>
        <w:rPr>
          <w:b/>
          <w:i w:val="0"/>
          <w:smallCaps w:val="0"/>
          <w:strike w:val="0"/>
          <w:sz w:val="22"/>
          <w:highlight w:val="cyan"/>
          <w:u w:val="single"/>
        </w:rPr>
        <w:t>operation</w:t>
      </w:r>
      <w:r>
        <w:rPr>
          <w:b w:val="0"/>
          <w:i w:val="0"/>
          <w:smallCaps w:val="0"/>
          <w:strike w:val="0"/>
          <w:sz w:val="22"/>
          <w:u w:val="single"/>
        </w:rPr>
        <w:t xml:space="preserve"> she inherited </w:t>
      </w:r>
      <w:r>
        <w:rPr>
          <w:b w:val="0"/>
          <w:i w:val="0"/>
          <w:smallCaps w:val="0"/>
          <w:strike w:val="0"/>
          <w:sz w:val="22"/>
          <w:highlight w:val="cyan"/>
          <w:u w:val="single"/>
        </w:rPr>
        <w:t>to win</w:t>
      </w:r>
      <w:r>
        <w:rPr>
          <w:b w:val="0"/>
          <w:i w:val="0"/>
          <w:smallCaps w:val="0"/>
          <w:strike w:val="0"/>
          <w:sz w:val="22"/>
          <w:u w:val="single"/>
        </w:rPr>
        <w:t xml:space="preserve"> the election</w:t>
      </w:r>
      <w:r>
        <w:rPr>
          <w:b w:val="0"/>
          <w:i w:val="0"/>
          <w:smallCaps w:val="0"/>
          <w:strike w:val="0"/>
          <w:sz w:val="16"/>
          <w:u w:val="none"/>
        </w:rPr>
        <w:t xml:space="preserve"> with just over 100 days to go before polls close.</w:t>
      </w:r>
    </w:p>
    <w:p>
      <w:pPr>
        <w:spacing w:after="60"/>
      </w:pPr>
      <w:r>
        <w:rPr>
          <w:b w:val="0"/>
          <w:i w:val="0"/>
          <w:smallCaps w:val="0"/>
          <w:strike w:val="0"/>
          <w:sz w:val="16"/>
          <w:u w:val="none"/>
        </w:rPr>
        <w:t>Speaking to campaign staff on Monday, Harris said Biden's legacy of accomplishment "just over the last three and a half years is unmatched in modern history.”</w:t>
      </w:r>
    </w:p>
    <w:p>
      <w:pPr>
        <w:spacing w:after="60"/>
      </w:pPr>
      <w:r>
        <w:rPr>
          <w:b w:val="0"/>
          <w:i w:val="0"/>
          <w:smallCaps w:val="0"/>
          <w:strike w:val="0"/>
          <w:sz w:val="16"/>
          <w:u w:val="none"/>
        </w:rPr>
        <w:t>Harris, addressing the historically Black sorority Zeta Phi Beta in Indianapolis on Wednesday, previewed Biden's remarks, saying, “</w:t>
      </w:r>
      <w:r>
        <w:rPr>
          <w:b w:val="0"/>
          <w:i w:val="0"/>
          <w:smallCaps w:val="0"/>
          <w:strike w:val="0"/>
          <w:sz w:val="22"/>
          <w:u w:val="single"/>
        </w:rPr>
        <w:t>He will talk about not only the work</w:t>
      </w:r>
      <w:r>
        <w:rPr>
          <w:b w:val="0"/>
          <w:i w:val="0"/>
          <w:smallCaps w:val="0"/>
          <w:strike w:val="0"/>
          <w:sz w:val="16"/>
          <w:u w:val="none"/>
        </w:rPr>
        <w:t xml:space="preserve">, the extraordinary work, </w:t>
      </w:r>
      <w:r>
        <w:rPr>
          <w:b w:val="0"/>
          <w:i w:val="0"/>
          <w:smallCaps w:val="0"/>
          <w:strike w:val="0"/>
          <w:sz w:val="22"/>
          <w:u w:val="single"/>
        </w:rPr>
        <w:t>that he has accomplished, but about his work in the next six months.</w:t>
      </w:r>
      <w:r>
        <w:rPr>
          <w:b w:val="0"/>
          <w:i w:val="0"/>
          <w:smallCaps w:val="0"/>
          <w:strike w:val="0"/>
          <w:sz w:val="16"/>
          <w:u w:val="none"/>
        </w:rPr>
        <w:t>”</w:t>
      </w:r>
    </w:p>
    <w:p>
      <w:pPr>
        <w:spacing w:after="60"/>
      </w:pPr>
      <w:r>
        <w:rPr>
          <w:b w:val="0"/>
          <w:i w:val="0"/>
          <w:smallCaps w:val="0"/>
          <w:strike w:val="0"/>
          <w:sz w:val="22"/>
          <w:highlight w:val="cyan"/>
          <w:u w:val="single"/>
        </w:rPr>
        <w:t>Trump</w:t>
      </w:r>
      <w:r>
        <w:rPr>
          <w:b w:val="0"/>
          <w:i w:val="0"/>
          <w:smallCaps w:val="0"/>
          <w:strike w:val="0"/>
          <w:sz w:val="16"/>
          <w:u w:val="none"/>
        </w:rPr>
        <w:t xml:space="preserve"> and his allies, for their part, were </w:t>
      </w:r>
      <w:r>
        <w:rPr>
          <w:b w:val="0"/>
          <w:i w:val="0"/>
          <w:smallCaps w:val="0"/>
          <w:strike w:val="0"/>
          <w:sz w:val="22"/>
          <w:highlight w:val="cyan"/>
          <w:u w:val="single"/>
        </w:rPr>
        <w:t xml:space="preserve">eager to </w:t>
      </w:r>
      <w:r>
        <w:rPr>
          <w:b/>
          <w:i w:val="0"/>
          <w:smallCaps w:val="0"/>
          <w:strike w:val="0"/>
          <w:sz w:val="22"/>
          <w:highlight w:val="cyan"/>
          <w:u w:val="single"/>
        </w:rPr>
        <w:t>tie Harris to Biden</w:t>
      </w:r>
      <w:r>
        <w:rPr>
          <w:b/>
          <w:i w:val="0"/>
          <w:smallCaps w:val="0"/>
          <w:strike w:val="0"/>
          <w:sz w:val="22"/>
          <w:u w:val="single"/>
        </w:rPr>
        <w:t>’s</w:t>
      </w:r>
      <w:r>
        <w:rPr>
          <w:b w:val="0"/>
          <w:i w:val="0"/>
          <w:smallCaps w:val="0"/>
          <w:strike w:val="0"/>
          <w:sz w:val="22"/>
          <w:u w:val="single"/>
        </w:rPr>
        <w:t xml:space="preserve"> record</w:t>
      </w:r>
      <w:r>
        <w:rPr>
          <w:b w:val="0"/>
          <w:i w:val="0"/>
          <w:smallCaps w:val="0"/>
          <w:strike w:val="0"/>
          <w:sz w:val="16"/>
          <w:u w:val="none"/>
        </w:rPr>
        <w:t xml:space="preserve"> even before the president left the race — and not in a good way.</w:t>
      </w:r>
    </w:p>
    <w:p>
      <w:pPr>
        <w:spacing w:after="60"/>
      </w:pPr>
      <w:r>
        <w:rPr>
          <w:b w:val="0"/>
          <w:i w:val="0"/>
          <w:smallCaps w:val="0"/>
          <w:strike w:val="0"/>
          <w:sz w:val="16"/>
          <w:u w:val="none"/>
        </w:rPr>
        <w:t xml:space="preserve">One campaign email to supporters declared “KAMALA HARRIS IS BIDEN 2.0 – </w:t>
      </w:r>
      <w:r>
        <w:rPr>
          <w:b w:val="0"/>
          <w:i w:val="0"/>
          <w:smallCaps w:val="0"/>
          <w:strike w:val="0"/>
          <w:sz w:val="22"/>
          <w:u w:val="single"/>
        </w:rPr>
        <w:t xml:space="preserve">Kamala </w:t>
      </w:r>
      <w:r>
        <w:rPr>
          <w:b/>
          <w:i w:val="0"/>
          <w:smallCaps w:val="0"/>
          <w:strike w:val="0"/>
          <w:sz w:val="22"/>
          <w:highlight w:val="cyan"/>
          <w:u w:val="single"/>
        </w:rPr>
        <w:t>Harris owns Joe Biden’s</w:t>
      </w:r>
      <w:r>
        <w:rPr>
          <w:b w:val="0"/>
          <w:i w:val="0"/>
          <w:smallCaps w:val="0"/>
          <w:strike w:val="0"/>
          <w:sz w:val="22"/>
          <w:u w:val="single"/>
        </w:rPr>
        <w:t xml:space="preserve"> terrible </w:t>
      </w:r>
      <w:r>
        <w:rPr>
          <w:b/>
          <w:i w:val="0"/>
          <w:smallCaps w:val="0"/>
          <w:strike w:val="0"/>
          <w:sz w:val="22"/>
          <w:highlight w:val="cyan"/>
          <w:u w:val="single"/>
        </w:rPr>
        <w:t>record</w:t>
      </w:r>
      <w:r>
        <w:rPr>
          <w:b w:val="0"/>
          <w:i w:val="0"/>
          <w:smallCaps w:val="0"/>
          <w:strike w:val="0"/>
          <w:sz w:val="22"/>
          <w:highlight w:val="cyan"/>
          <w:u w:val="single"/>
        </w:rPr>
        <w:t xml:space="preserve"> because it is her record as well</w:t>
      </w:r>
      <w:r>
        <w:rPr>
          <w:b w:val="0"/>
          <w:i w:val="0"/>
          <w:smallCaps w:val="0"/>
          <w:strike w:val="0"/>
          <w:sz w:val="16"/>
          <w:u w:val="none"/>
        </w:rPr>
        <w:t>,” calling out high inflation and border policies, among other things.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