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Kamala’s campaign is reliant on Biden.</w:t>
      </w:r>
    </w:p>
    <w:p>
      <w:pPr>
        <w:spacing w:after="80"/>
      </w:pPr>
      <w:r>
        <w:rPr>
          <w:b/>
          <w:i w:val="0"/>
          <w:smallCaps w:val="0"/>
          <w:strike w:val="0"/>
          <w:sz w:val="26"/>
          <w:u w:val="none"/>
        </w:rPr>
        <w:t xml:space="preserve">Weissert ‘7/24 </w:t>
      </w:r>
      <w:r>
        <w:rPr>
          <w:b w:val="0"/>
          <w:i w:val="0"/>
          <w:smallCaps w:val="0"/>
          <w:strike w:val="0"/>
          <w:u w:val="none"/>
        </w:rPr>
        <w:t>[Will, Kim Seung, and Zeke Miller; July 24; Will is a national political reporter based in Washington; Kim is an American journalist who is a White House correspondent for the Associated Press; Zeke is AP's chief White House correspondent; WHYY, "Biden makes a case for his legacy — and for Harris to continue it — in Oval Office address," https://whyy.org/articles/joe-biden-address-oval-office-election-harris/]//av</w:t>
      </w:r>
    </w:p>
    <w:p>
      <w:pPr>
        <w:spacing w:after="60"/>
      </w:pPr>
      <w:r>
        <w:rPr>
          <w:b w:val="0"/>
          <w:i w:val="0"/>
          <w:smallCaps w:val="0"/>
          <w:strike w:val="0"/>
          <w:sz w:val="16"/>
          <w:u w:val="none"/>
        </w:rPr>
        <w:t xml:space="preserve">The </w:t>
      </w:r>
      <w:r>
        <w:rPr>
          <w:b w:val="0"/>
          <w:i w:val="0"/>
          <w:smallCaps w:val="0"/>
          <w:strike w:val="0"/>
          <w:sz w:val="22"/>
          <w:u w:val="single"/>
        </w:rPr>
        <w:t>president sought to use the address to outline the stakes</w:t>
      </w:r>
      <w:r>
        <w:rPr>
          <w:b w:val="0"/>
          <w:i w:val="0"/>
          <w:smallCaps w:val="0"/>
          <w:strike w:val="0"/>
          <w:sz w:val="16"/>
          <w:u w:val="none"/>
        </w:rPr>
        <w:t xml:space="preserve"> in the election, which </w:t>
      </w:r>
      <w:r>
        <w:rPr>
          <w:b w:val="0"/>
          <w:i w:val="0"/>
          <w:smallCaps w:val="0"/>
          <w:strike w:val="0"/>
          <w:sz w:val="22"/>
          <w:u w:val="single"/>
        </w:rPr>
        <w:t xml:space="preserve">both </w:t>
      </w:r>
      <w:r>
        <w:rPr>
          <w:b w:val="0"/>
          <w:i w:val="0"/>
          <w:smallCaps w:val="0"/>
          <w:strike w:val="0"/>
          <w:sz w:val="22"/>
          <w:highlight w:val="cyan"/>
          <w:u w:val="single"/>
        </w:rPr>
        <w:t>Biden and Harris</w:t>
      </w:r>
      <w:r>
        <w:rPr>
          <w:b w:val="0"/>
          <w:i w:val="0"/>
          <w:smallCaps w:val="0"/>
          <w:strike w:val="0"/>
          <w:sz w:val="22"/>
          <w:u w:val="single"/>
        </w:rPr>
        <w:t xml:space="preserve"> have </w:t>
      </w:r>
      <w:r>
        <w:rPr>
          <w:b w:val="0"/>
          <w:i w:val="0"/>
          <w:smallCaps w:val="0"/>
          <w:strike w:val="0"/>
          <w:sz w:val="22"/>
          <w:highlight w:val="cyan"/>
          <w:u w:val="single"/>
        </w:rPr>
        <w:t>framed</w:t>
      </w:r>
      <w:r>
        <w:rPr>
          <w:b w:val="0"/>
          <w:i w:val="0"/>
          <w:smallCaps w:val="0"/>
          <w:strike w:val="0"/>
          <w:sz w:val="22"/>
          <w:u w:val="single"/>
        </w:rPr>
        <w:t xml:space="preserve"> as a </w:t>
      </w:r>
      <w:r>
        <w:rPr>
          <w:b w:val="0"/>
          <w:i w:val="0"/>
          <w:smallCaps w:val="0"/>
          <w:strike w:val="0"/>
          <w:sz w:val="22"/>
          <w:highlight w:val="cyan"/>
          <w:u w:val="single"/>
        </w:rPr>
        <w:t>choice between freedom and chaos</w:t>
      </w:r>
      <w:r>
        <w:rPr>
          <w:b w:val="0"/>
          <w:i w:val="0"/>
          <w:smallCaps w:val="0"/>
          <w:strike w:val="0"/>
          <w:sz w:val="16"/>
          <w:u w:val="none"/>
        </w:rPr>
        <w:t>, but he tried to steer clear of overt campaigning from his official office.</w:t>
      </w:r>
    </w:p>
    <w:p>
      <w:pPr>
        <w:spacing w:after="60"/>
      </w:pPr>
      <w:r>
        <w:rPr>
          <w:b w:val="0"/>
          <w:i w:val="0"/>
          <w:smallCaps w:val="0"/>
          <w:strike w:val="0"/>
          <w:sz w:val="16"/>
          <w:u w:val="none"/>
        </w:rPr>
        <w:t>“The great thing about America is here, kings and dictators do not rule,” Biden said. “The people do. History is in your hands. The power is in your hands. The idea of America — lies in your hands.”</w:t>
      </w:r>
    </w:p>
    <w:p>
      <w:pPr>
        <w:spacing w:after="60"/>
      </w:pPr>
      <w:r>
        <w:rPr>
          <w:b w:val="0"/>
          <w:i w:val="0"/>
          <w:smallCaps w:val="0"/>
          <w:strike w:val="0"/>
          <w:sz w:val="22"/>
          <w:highlight w:val="cyan"/>
          <w:u w:val="single"/>
        </w:rPr>
        <w:t>Biden</w:t>
      </w:r>
      <w:r>
        <w:rPr>
          <w:b w:val="0"/>
          <w:i w:val="0"/>
          <w:smallCaps w:val="0"/>
          <w:strike w:val="0"/>
          <w:sz w:val="22"/>
          <w:u w:val="single"/>
        </w:rPr>
        <w:t xml:space="preserve"> was also </w:t>
      </w:r>
      <w:r>
        <w:rPr>
          <w:b w:val="0"/>
          <w:i w:val="0"/>
          <w:smallCaps w:val="0"/>
          <w:strike w:val="0"/>
          <w:sz w:val="22"/>
          <w:highlight w:val="cyan"/>
          <w:u w:val="single"/>
        </w:rPr>
        <w:t>making</w:t>
      </w:r>
      <w:r>
        <w:rPr>
          <w:b w:val="0"/>
          <w:i w:val="0"/>
          <w:smallCaps w:val="0"/>
          <w:strike w:val="0"/>
          <w:sz w:val="22"/>
          <w:u w:val="single"/>
        </w:rPr>
        <w:t xml:space="preserve"> the </w:t>
      </w:r>
      <w:r>
        <w:rPr>
          <w:b w:val="0"/>
          <w:i w:val="0"/>
          <w:smallCaps w:val="0"/>
          <w:strike w:val="0"/>
          <w:sz w:val="22"/>
          <w:highlight w:val="cyan"/>
          <w:u w:val="single"/>
        </w:rPr>
        <w:t>case for</w:t>
      </w:r>
      <w:r>
        <w:rPr>
          <w:b w:val="0"/>
          <w:i w:val="0"/>
          <w:smallCaps w:val="0"/>
          <w:strike w:val="0"/>
          <w:sz w:val="22"/>
          <w:u w:val="single"/>
        </w:rPr>
        <w:t xml:space="preserve"> his </w:t>
      </w:r>
      <w:r>
        <w:rPr>
          <w:b w:val="0"/>
          <w:i w:val="0"/>
          <w:smallCaps w:val="0"/>
          <w:strike w:val="0"/>
          <w:sz w:val="22"/>
          <w:highlight w:val="cyan"/>
          <w:u w:val="single"/>
        </w:rPr>
        <w:t>legacy</w:t>
      </w:r>
      <w:r>
        <w:rPr>
          <w:b w:val="0"/>
          <w:i w:val="0"/>
          <w:smallCaps w:val="0"/>
          <w:strike w:val="0"/>
          <w:sz w:val="16"/>
          <w:u w:val="none"/>
        </w:rPr>
        <w:t xml:space="preserve"> of sweeping domestic legislation and the renewal of alliances abroad. But the way </w:t>
      </w:r>
      <w:r>
        <w:rPr>
          <w:b w:val="0"/>
          <w:i w:val="0"/>
          <w:smallCaps w:val="0"/>
          <w:strike w:val="0"/>
          <w:sz w:val="22"/>
          <w:highlight w:val="cyan"/>
          <w:u w:val="single"/>
        </w:rPr>
        <w:t>history will remember his</w:t>
      </w:r>
      <w:r>
        <w:rPr>
          <w:b w:val="0"/>
          <w:i w:val="0"/>
          <w:smallCaps w:val="0"/>
          <w:strike w:val="0"/>
          <w:sz w:val="22"/>
          <w:u w:val="single"/>
        </w:rPr>
        <w:t xml:space="preserve"> time in </w:t>
      </w:r>
      <w:r>
        <w:rPr>
          <w:b w:val="0"/>
          <w:i w:val="0"/>
          <w:smallCaps w:val="0"/>
          <w:strike w:val="0"/>
          <w:sz w:val="22"/>
          <w:highlight w:val="cyan"/>
          <w:u w:val="single"/>
        </w:rPr>
        <w:t>office</w:t>
      </w:r>
      <w:r>
        <w:rPr>
          <w:b w:val="0"/>
          <w:i w:val="0"/>
          <w:smallCaps w:val="0"/>
          <w:strike w:val="0"/>
          <w:sz w:val="16"/>
          <w:u w:val="none"/>
        </w:rPr>
        <w:t xml:space="preserve"> and his historic decision to step aside </w:t>
      </w:r>
      <w:r>
        <w:rPr>
          <w:b w:val="0"/>
          <w:i w:val="0"/>
          <w:smallCaps w:val="0"/>
          <w:strike w:val="0"/>
          <w:sz w:val="22"/>
          <w:highlight w:val="cyan"/>
          <w:u w:val="single"/>
        </w:rPr>
        <w:t>is intertwined with Harris’ electoral result</w:t>
      </w:r>
      <w:r>
        <w:rPr>
          <w:b w:val="0"/>
          <w:i w:val="0"/>
          <w:smallCaps w:val="0"/>
          <w:strike w:val="0"/>
          <w:sz w:val="16"/>
          <w:u w:val="none"/>
        </w:rPr>
        <w:t xml:space="preserve"> in November, </w:t>
      </w:r>
      <w:r>
        <w:rPr>
          <w:b w:val="0"/>
          <w:i w:val="0"/>
          <w:smallCaps w:val="0"/>
          <w:strike w:val="0"/>
          <w:sz w:val="22"/>
          <w:u w:val="single"/>
        </w:rPr>
        <w:t xml:space="preserve">particularly as the </w:t>
      </w:r>
      <w:r>
        <w:rPr>
          <w:b w:val="0"/>
          <w:i w:val="0"/>
          <w:smallCaps w:val="0"/>
          <w:strike w:val="0"/>
          <w:sz w:val="22"/>
          <w:highlight w:val="cyan"/>
          <w:u w:val="single"/>
        </w:rPr>
        <w:t>vice pres</w:t>
      </w:r>
      <w:r>
        <w:rPr>
          <w:b w:val="0"/>
          <w:i w:val="0"/>
          <w:smallCaps w:val="0"/>
          <w:strike w:val="0"/>
          <w:sz w:val="22"/>
          <w:u w:val="single"/>
        </w:rPr>
        <w:t xml:space="preserve">ident </w:t>
      </w:r>
      <w:r>
        <w:rPr>
          <w:b w:val="0"/>
          <w:i w:val="0"/>
          <w:smallCaps w:val="0"/>
          <w:strike w:val="0"/>
          <w:sz w:val="22"/>
          <w:highlight w:val="cyan"/>
          <w:u w:val="single"/>
        </w:rPr>
        <w:t>runs tightly on</w:t>
      </w:r>
      <w:r>
        <w:rPr>
          <w:b w:val="0"/>
          <w:i w:val="0"/>
          <w:smallCaps w:val="0"/>
          <w:strike w:val="0"/>
          <w:sz w:val="22"/>
          <w:u w:val="single"/>
        </w:rPr>
        <w:t xml:space="preserve"> the achievements of</w:t>
      </w:r>
      <w:r>
        <w:rPr>
          <w:b w:val="0"/>
          <w:i w:val="0"/>
          <w:smallCaps w:val="0"/>
          <w:strike w:val="0"/>
          <w:sz w:val="16"/>
          <w:u w:val="none"/>
        </w:rPr>
        <w:t xml:space="preserve"> the </w:t>
      </w:r>
      <w:r>
        <w:rPr>
          <w:b w:val="0"/>
          <w:i w:val="0"/>
          <w:smallCaps w:val="0"/>
          <w:strike w:val="0"/>
          <w:sz w:val="22"/>
          <w:highlight w:val="cyan"/>
          <w:u w:val="single"/>
        </w:rPr>
        <w:t>Biden</w:t>
      </w:r>
      <w:r>
        <w:rPr>
          <w:b w:val="0"/>
          <w:i w:val="0"/>
          <w:smallCaps w:val="0"/>
          <w:strike w:val="0"/>
          <w:sz w:val="16"/>
          <w:u w:val="none"/>
        </w:rPr>
        <w:t xml:space="preserve"> administration.</w:t>
      </w:r>
    </w:p>
    <w:p>
      <w:pPr>
        <w:spacing w:after="60"/>
      </w:pPr>
      <w:r>
        <w:rPr>
          <w:b w:val="0"/>
          <w:i w:val="0"/>
          <w:smallCaps w:val="0"/>
          <w:strike w:val="0"/>
          <w:sz w:val="22"/>
          <w:u w:val="single"/>
        </w:rPr>
        <w:t>His advisers say he intends to hold campaign events</w:t>
      </w:r>
      <w:r>
        <w:rPr>
          <w:b w:val="0"/>
          <w:i w:val="0"/>
          <w:smallCaps w:val="0"/>
          <w:strike w:val="0"/>
          <w:sz w:val="16"/>
          <w:u w:val="none"/>
        </w:rPr>
        <w:t xml:space="preserve"> and fundraisers </w:t>
      </w:r>
      <w:r>
        <w:rPr>
          <w:b w:val="0"/>
          <w:i w:val="0"/>
          <w:smallCaps w:val="0"/>
          <w:strike w:val="0"/>
          <w:sz w:val="22"/>
          <w:u w:val="single"/>
        </w:rPr>
        <w:t>benefiting Harris</w:t>
      </w:r>
      <w:r>
        <w:rPr>
          <w:b w:val="0"/>
          <w:i w:val="0"/>
          <w:smallCaps w:val="0"/>
          <w:strike w:val="0"/>
          <w:sz w:val="16"/>
          <w:u w:val="none"/>
        </w:rPr>
        <w:t xml:space="preserve">, </w:t>
      </w:r>
      <w:r>
        <w:rPr>
          <w:b w:val="0"/>
          <w:i w:val="0"/>
          <w:smallCaps w:val="0"/>
          <w:strike w:val="0"/>
          <w:sz w:val="22"/>
          <w:u w:val="single"/>
        </w:rPr>
        <w:t>whom Biden praised</w:t>
      </w:r>
      <w:r>
        <w:rPr>
          <w:b w:val="0"/>
          <w:i w:val="0"/>
          <w:smallCaps w:val="0"/>
          <w:strike w:val="0"/>
          <w:sz w:val="16"/>
          <w:u w:val="none"/>
        </w:rPr>
        <w:t xml:space="preserve"> as “tough” and “capable,” albeit at a far slower pace than if he had remained on the ballot himself.</w:t>
      </w:r>
    </w:p>
    <w:p>
      <w:pPr>
        <w:spacing w:after="60"/>
      </w:pPr>
      <w:r>
        <w:rPr>
          <w:b w:val="0"/>
          <w:i w:val="0"/>
          <w:smallCaps w:val="0"/>
          <w:strike w:val="0"/>
          <w:sz w:val="22"/>
          <w:highlight w:val="cyan"/>
          <w:u w:val="single"/>
        </w:rPr>
        <w:t>Harris</w:t>
      </w:r>
      <w:r>
        <w:rPr>
          <w:b w:val="0"/>
          <w:i w:val="0"/>
          <w:smallCaps w:val="0"/>
          <w:strike w:val="0"/>
          <w:sz w:val="22"/>
          <w:u w:val="single"/>
        </w:rPr>
        <w:t xml:space="preserve"> advisers </w:t>
      </w:r>
      <w:r>
        <w:rPr>
          <w:b w:val="0"/>
          <w:i w:val="0"/>
          <w:smallCaps w:val="0"/>
          <w:strike w:val="0"/>
          <w:sz w:val="22"/>
          <w:highlight w:val="cyan"/>
          <w:u w:val="single"/>
        </w:rPr>
        <w:t>will</w:t>
      </w:r>
      <w:r>
        <w:rPr>
          <w:b w:val="0"/>
          <w:i w:val="0"/>
          <w:smallCaps w:val="0"/>
          <w:strike w:val="0"/>
          <w:sz w:val="22"/>
          <w:u w:val="single"/>
        </w:rPr>
        <w:t xml:space="preserve"> ultimately </w:t>
      </w:r>
      <w:r>
        <w:rPr>
          <w:b w:val="0"/>
          <w:i w:val="0"/>
          <w:smallCaps w:val="0"/>
          <w:strike w:val="0"/>
          <w:sz w:val="22"/>
          <w:highlight w:val="cyan"/>
          <w:u w:val="single"/>
        </w:rPr>
        <w:t>have to decide how to deploy the president</w:t>
      </w:r>
      <w:r>
        <w:rPr>
          <w:b w:val="0"/>
          <w:i w:val="0"/>
          <w:smallCaps w:val="0"/>
          <w:strike w:val="0"/>
          <w:sz w:val="16"/>
          <w:u w:val="none"/>
        </w:rPr>
        <w:t>, whose popularity sagged as voters in both parties questioned his fitness for office.</w:t>
      </w:r>
    </w:p>
    <w:p>
      <w:pPr>
        <w:spacing w:after="60"/>
      </w:pPr>
      <w:r>
        <w:rPr>
          <w:b w:val="0"/>
          <w:i w:val="0"/>
          <w:smallCaps w:val="0"/>
          <w:strike w:val="0"/>
          <w:sz w:val="22"/>
          <w:u w:val="single"/>
        </w:rPr>
        <w:t>Biden</w:t>
      </w:r>
      <w:r>
        <w:rPr>
          <w:b w:val="0"/>
          <w:i w:val="0"/>
          <w:smallCaps w:val="0"/>
          <w:strike w:val="0"/>
          <w:sz w:val="16"/>
          <w:u w:val="none"/>
        </w:rPr>
        <w:t xml:space="preserve">, aides say, knows that </w:t>
      </w:r>
      <w:r>
        <w:rPr>
          <w:b w:val="0"/>
          <w:i w:val="0"/>
          <w:smallCaps w:val="0"/>
          <w:strike w:val="0"/>
          <w:sz w:val="22"/>
          <w:u w:val="single"/>
        </w:rPr>
        <w:t>if Harris loses, he’ll be criticized for staying in the race too long</w:t>
      </w:r>
      <w:r>
        <w:rPr>
          <w:b w:val="0"/>
          <w:i w:val="0"/>
          <w:smallCaps w:val="0"/>
          <w:strike w:val="0"/>
          <w:sz w:val="16"/>
          <w:u w:val="none"/>
        </w:rPr>
        <w:t xml:space="preserve"> and not giving her or another Democrat time to effectively mount a campaign against Trump. </w:t>
      </w:r>
      <w:r>
        <w:rPr>
          <w:b w:val="0"/>
          <w:i w:val="0"/>
          <w:smallCaps w:val="0"/>
          <w:strike w:val="0"/>
          <w:sz w:val="22"/>
          <w:highlight w:val="cyan"/>
          <w:u w:val="single"/>
        </w:rPr>
        <w:t>If</w:t>
      </w:r>
      <w:r>
        <w:rPr>
          <w:b w:val="0"/>
          <w:i w:val="0"/>
          <w:smallCaps w:val="0"/>
          <w:strike w:val="0"/>
          <w:sz w:val="22"/>
          <w:u w:val="single"/>
        </w:rPr>
        <w:t xml:space="preserve"> </w:t>
      </w:r>
      <w:r>
        <w:rPr>
          <w:b w:val="0"/>
          <w:i w:val="0"/>
          <w:smallCaps w:val="0"/>
          <w:strike w:val="0"/>
          <w:sz w:val="22"/>
          <w:highlight w:val="cyan"/>
          <w:u w:val="single"/>
        </w:rPr>
        <w:t>she win</w:t>
      </w:r>
      <w:r>
        <w:rPr>
          <w:b w:val="0"/>
          <w:i w:val="0"/>
          <w:smallCaps w:val="0"/>
          <w:strike w:val="0"/>
          <w:sz w:val="22"/>
          <w:u w:val="single"/>
        </w:rPr>
        <w:t xml:space="preserve">s, </w:t>
      </w:r>
      <w:r>
        <w:rPr>
          <w:b w:val="0"/>
          <w:i w:val="0"/>
          <w:smallCaps w:val="0"/>
          <w:strike w:val="0"/>
          <w:sz w:val="22"/>
          <w:highlight w:val="cyan"/>
          <w:u w:val="single"/>
        </w:rPr>
        <w:t>she’ll ensure his</w:t>
      </w:r>
      <w:r>
        <w:rPr>
          <w:b w:val="0"/>
          <w:i w:val="0"/>
          <w:smallCaps w:val="0"/>
          <w:strike w:val="0"/>
          <w:sz w:val="22"/>
          <w:u w:val="single"/>
        </w:rPr>
        <w:t xml:space="preserve"> policy </w:t>
      </w:r>
      <w:r>
        <w:rPr>
          <w:b w:val="0"/>
          <w:i w:val="0"/>
          <w:smallCaps w:val="0"/>
          <w:strike w:val="0"/>
          <w:sz w:val="22"/>
          <w:highlight w:val="cyan"/>
          <w:u w:val="single"/>
        </w:rPr>
        <w:t>victories are secured</w:t>
      </w:r>
      <w:r>
        <w:rPr>
          <w:b w:val="0"/>
          <w:i w:val="0"/>
          <w:smallCaps w:val="0"/>
          <w:strike w:val="0"/>
          <w:sz w:val="22"/>
          <w:u w:val="single"/>
        </w:rPr>
        <w:t xml:space="preserve"> and expanded</w:t>
      </w:r>
      <w:r>
        <w:rPr>
          <w:b w:val="0"/>
          <w:i w:val="0"/>
          <w:smallCaps w:val="0"/>
          <w:strike w:val="0"/>
          <w:sz w:val="16"/>
          <w:u w:val="none"/>
        </w:rPr>
        <w:t>, and he’ll be remembered for a Washingtonian decision to step aside for the next generation of leadership.</w:t>
      </w:r>
    </w:p>
    <w:p>
      <w:pPr>
        <w:spacing w:after="60"/>
      </w:pPr>
      <w:r>
        <w:rPr>
          <w:b w:val="0"/>
          <w:i w:val="0"/>
          <w:smallCaps w:val="0"/>
          <w:strike w:val="0"/>
          <w:sz w:val="16"/>
          <w:u w:val="none"/>
        </w:rPr>
        <w:t>Biden said he’s grateful to have served as president — nowhere else would a kid with a stutter grow up to sit in the Oval Office.</w:t>
      </w:r>
    </w:p>
    <w:p>
      <w:pPr>
        <w:spacing w:after="60"/>
      </w:pPr>
      <w:r>
        <w:rPr>
          <w:b w:val="0"/>
          <w:i w:val="0"/>
          <w:smallCaps w:val="0"/>
          <w:strike w:val="0"/>
          <w:sz w:val="16"/>
          <w:u w:val="none"/>
        </w:rPr>
        <w:t>“I’ve given my heart and my soul to our nation,” he said. “I’ve been blessed a million times in return.”</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