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IP protections allow for tech theft – decreases Chinese leadership</w:t>
      </w:r>
    </w:p>
    <w:p>
      <w:pPr>
        <w:spacing w:after="80"/>
      </w:pPr>
      <w:r>
        <w:rPr>
          <w:b/>
          <w:i w:val="0"/>
          <w:smallCaps w:val="0"/>
          <w:strike w:val="0"/>
          <w:sz w:val="26"/>
          <w:u w:val="none"/>
        </w:rPr>
        <w:t xml:space="preserve">Pelley </w:t>
      </w:r>
      <w:r>
        <w:rPr>
          <w:b/>
          <w:i w:val="0"/>
          <w:smallCaps w:val="0"/>
          <w:strike w:val="0"/>
          <w:sz w:val="26"/>
          <w:u w:val="none"/>
        </w:rPr>
        <w:t>e</w:t>
      </w:r>
      <w:r>
        <w:rPr>
          <w:b/>
          <w:i w:val="0"/>
          <w:smallCaps w:val="0"/>
          <w:strike w:val="0"/>
          <w:sz w:val="26"/>
          <w:u w:val="none"/>
        </w:rPr>
        <w:t xml:space="preserve">t </w:t>
      </w:r>
      <w:r>
        <w:rPr>
          <w:b/>
          <w:i w:val="0"/>
          <w:smallCaps w:val="0"/>
          <w:strike w:val="0"/>
          <w:sz w:val="26"/>
          <w:u w:val="none"/>
        </w:rPr>
        <w:t>al.,</w:t>
      </w:r>
      <w:r>
        <w:rPr>
          <w:b/>
          <w:i w:val="0"/>
          <w:smallCaps w:val="0"/>
          <w:strike w:val="0"/>
          <w:sz w:val="26"/>
          <w:u w:val="none"/>
        </w:rPr>
        <w:t xml:space="preserve"> 23</w:t>
      </w:r>
      <w:r>
        <w:rPr>
          <w:b w:val="0"/>
          <w:i w:val="0"/>
          <w:smallCaps w:val="0"/>
          <w:strike w:val="0"/>
          <w:u w:val="none"/>
        </w:rPr>
        <w:t xml:space="preserve"> Scott Pelley, Aliza Chasan, Aaron Weisz, Ian Flickinger</w:t>
      </w:r>
      <w:r>
        <w:rPr>
          <w:b w:val="0"/>
          <w:i w:val="0"/>
          <w:smallCaps w:val="0"/>
          <w:strike w:val="0"/>
          <w:u w:val="none"/>
        </w:rPr>
        <w:t>. Scott Pelley, one of the most experienced and awarded journalists today. Scott has won a record 51 Emmy Awards, four Alfred I. duPont-Columbia Silver Batons and three George Foster Peabody Awards. Pelley began his career in journalism at the age of 15 as copy boy at the Lubbock (Texas) Avalanche-Journal newspaper. He was born in San Antonio and attended journalism school at Texas Tech University. (10-22-2023, “</w:t>
      </w:r>
      <w:r>
        <w:rPr>
          <w:b w:val="0"/>
          <w:i w:val="0"/>
          <w:smallCaps w:val="0"/>
          <w:strike w:val="0"/>
          <w:u w:val="none"/>
        </w:rPr>
        <w:t>Global intelligence leaders warn against China's technology theft</w:t>
      </w:r>
      <w:r>
        <w:rPr>
          <w:b w:val="0"/>
          <w:i w:val="0"/>
          <w:smallCaps w:val="0"/>
          <w:strike w:val="0"/>
          <w:u w:val="none"/>
        </w:rPr>
        <w:t xml:space="preserve">,” CBS, </w:t>
      </w:r>
      <w:r>
        <w:rPr>
          <w:b w:val="0"/>
          <w:i w:val="0"/>
          <w:smallCaps w:val="0"/>
          <w:strike w:val="0"/>
          <w:u w:val="none"/>
        </w:rPr>
        <w:t xml:space="preserve"> AKS)</w:t>
      </w:r>
    </w:p>
    <w:p>
      <w:pPr>
        <w:spacing w:after="60"/>
      </w:pPr>
      <w:r>
        <w:rPr>
          <w:b/>
          <w:i w:val="0"/>
          <w:smallCaps w:val="0"/>
          <w:strike w:val="0"/>
          <w:sz w:val="22"/>
          <w:highlight w:val="cyan"/>
          <w:u w:val="single"/>
        </w:rPr>
        <w:t>China's theft</w:t>
      </w:r>
      <w:r>
        <w:rPr>
          <w:b w:val="0"/>
          <w:i w:val="0"/>
          <w:smallCaps w:val="0"/>
          <w:strike w:val="0"/>
          <w:sz w:val="22"/>
          <w:u w:val="single"/>
        </w:rPr>
        <w:t xml:space="preserve"> of </w:t>
      </w:r>
      <w:r>
        <w:rPr>
          <w:b/>
          <w:i w:val="0"/>
          <w:smallCaps w:val="0"/>
          <w:strike w:val="0"/>
          <w:sz w:val="22"/>
          <w:highlight w:val="cyan"/>
          <w:u w:val="single"/>
        </w:rPr>
        <w:t>i</w:t>
      </w:r>
      <w:r>
        <w:rPr>
          <w:b w:val="0"/>
          <w:i w:val="0"/>
          <w:smallCaps w:val="0"/>
          <w:strike w:val="0"/>
          <w:sz w:val="22"/>
          <w:u w:val="single"/>
        </w:rPr>
        <w:t xml:space="preserve">ntellectual </w:t>
      </w:r>
      <w:r>
        <w:rPr>
          <w:b/>
          <w:i w:val="0"/>
          <w:smallCaps w:val="0"/>
          <w:strike w:val="0"/>
          <w:sz w:val="22"/>
          <w:highlight w:val="cyan"/>
          <w:u w:val="single"/>
        </w:rPr>
        <w:t>p</w:t>
      </w:r>
      <w:r>
        <w:rPr>
          <w:b w:val="0"/>
          <w:i w:val="0"/>
          <w:smallCaps w:val="0"/>
          <w:strike w:val="0"/>
          <w:sz w:val="22"/>
          <w:u w:val="single"/>
        </w:rPr>
        <w:t xml:space="preserve">roperty in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including</w:t>
      </w:r>
      <w:r>
        <w:rPr>
          <w:b w:val="0"/>
          <w:i w:val="0"/>
          <w:smallCaps w:val="0"/>
          <w:strike w:val="0"/>
          <w:sz w:val="22"/>
          <w:u w:val="single"/>
        </w:rPr>
        <w:t xml:space="preserve"> in</w:t>
      </w:r>
      <w:r>
        <w:rPr>
          <w:b w:val="0"/>
          <w:i w:val="0"/>
          <w:smallCaps w:val="0"/>
          <w:strike w:val="0"/>
          <w:sz w:val="16"/>
          <w:u w:val="none"/>
        </w:rPr>
        <w:t xml:space="preserve"> </w:t>
      </w:r>
      <w:r>
        <w:rPr>
          <w:b w:val="0"/>
          <w:i w:val="0"/>
          <w:smallCaps w:val="0"/>
          <w:strike w:val="0"/>
          <w:sz w:val="22"/>
          <w:highlight w:val="cyan"/>
          <w:u w:val="single"/>
        </w:rPr>
        <w:t>AI</w:t>
      </w:r>
      <w:r>
        <w:rPr>
          <w:b w:val="0"/>
          <w:i w:val="0"/>
          <w:smallCaps w:val="0"/>
          <w:strike w:val="0"/>
          <w:sz w:val="16"/>
          <w:u w:val="none"/>
        </w:rPr>
        <w:t xml:space="preserve">, and </w:t>
      </w:r>
      <w:r>
        <w:rPr>
          <w:b w:val="0"/>
          <w:i w:val="0"/>
          <w:smallCaps w:val="0"/>
          <w:strike w:val="0"/>
          <w:sz w:val="22"/>
          <w:highlight w:val="cyan"/>
          <w:u w:val="single"/>
        </w:rPr>
        <w:t>other trade secrets</w:t>
      </w:r>
      <w:r>
        <w:rPr>
          <w:b w:val="0"/>
          <w:i w:val="0"/>
          <w:smallCaps w:val="0"/>
          <w:strike w:val="0"/>
          <w:sz w:val="16"/>
          <w:u w:val="none"/>
        </w:rPr>
        <w:t xml:space="preserve"> is a </w:t>
      </w:r>
      <w:r>
        <w:rPr>
          <w:b w:val="0"/>
          <w:i w:val="0"/>
          <w:smallCaps w:val="0"/>
          <w:strike w:val="0"/>
          <w:sz w:val="22"/>
          <w:highlight w:val="cyan"/>
          <w:u w:val="single"/>
        </w:rPr>
        <w:t xml:space="preserve">major </w:t>
      </w:r>
      <w:r>
        <w:rPr>
          <w:b/>
          <w:i w:val="0"/>
          <w:smallCaps w:val="0"/>
          <w:strike w:val="0"/>
          <w:sz w:val="22"/>
          <w:highlight w:val="cyan"/>
          <w:u w:val="single"/>
        </w:rPr>
        <w:t>threat</w:t>
      </w:r>
      <w:r>
        <w:rPr>
          <w:b w:val="0"/>
          <w:i w:val="0"/>
          <w:smallCaps w:val="0"/>
          <w:strike w:val="0"/>
          <w:sz w:val="16"/>
          <w:u w:val="none"/>
        </w:rPr>
        <w:t xml:space="preserve"> to the West, </w:t>
      </w:r>
      <w:r>
        <w:rPr>
          <w:b w:val="0"/>
          <w:i w:val="0"/>
          <w:smallCaps w:val="0"/>
          <w:strike w:val="0"/>
          <w:sz w:val="22"/>
          <w:highlight w:val="cyan"/>
          <w:u w:val="single"/>
        </w:rPr>
        <w:t>global intelligence leaders warn</w:t>
      </w:r>
      <w:r>
        <w:rPr>
          <w:b w:val="0"/>
          <w:i w:val="0"/>
          <w:smallCaps w:val="0"/>
          <w:strike w:val="0"/>
          <w:sz w:val="16"/>
          <w:u w:val="none"/>
        </w:rPr>
        <w:t xml:space="preserve">. </w:t>
      </w:r>
    </w:p>
    <w:p>
      <w:pPr>
        <w:spacing w:after="60"/>
      </w:pPr>
      <w:r>
        <w:rPr>
          <w:b w:val="0"/>
          <w:i w:val="0"/>
          <w:smallCaps w:val="0"/>
          <w:strike w:val="0"/>
          <w:sz w:val="16"/>
          <w:highlight w:val="cyan"/>
          <w:u w:val="none"/>
        </w:rPr>
        <w:t>Intelligence leaders</w:t>
      </w:r>
      <w:r>
        <w:rPr>
          <w:b w:val="0"/>
          <w:i w:val="0"/>
          <w:smallCaps w:val="0"/>
          <w:strike w:val="0"/>
          <w:sz w:val="16"/>
          <w:u w:val="none"/>
        </w:rPr>
        <w:t xml:space="preserve"> from the </w:t>
      </w:r>
      <w:r>
        <w:rPr>
          <w:b w:val="0"/>
          <w:i w:val="0"/>
          <w:smallCaps w:val="0"/>
          <w:strike w:val="0"/>
          <w:sz w:val="22"/>
          <w:highlight w:val="cyan"/>
          <w:u w:val="single"/>
        </w:rPr>
        <w:t>U.S., Canada</w:t>
      </w:r>
      <w:r>
        <w:rPr>
          <w:b w:val="0"/>
          <w:i w:val="0"/>
          <w:smallCaps w:val="0"/>
          <w:strike w:val="0"/>
          <w:sz w:val="22"/>
          <w:u w:val="single"/>
        </w:rPr>
        <w:t xml:space="preserv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K</w:t>
      </w:r>
      <w:r>
        <w:rPr>
          <w:b w:val="0"/>
          <w:i w:val="0"/>
          <w:smallCaps w:val="0"/>
          <w:strike w:val="0"/>
          <w:sz w:val="22"/>
          <w:u w:val="single"/>
        </w:rPr>
        <w:t xml:space="preserve">ingdom, </w:t>
      </w:r>
      <w:r>
        <w:rPr>
          <w:b w:val="0"/>
          <w:i w:val="0"/>
          <w:smallCaps w:val="0"/>
          <w:strike w:val="0"/>
          <w:sz w:val="22"/>
          <w:highlight w:val="cyan"/>
          <w:u w:val="single"/>
        </w:rPr>
        <w:t>Australia and New Zealand</w:t>
      </w:r>
      <w:r>
        <w:rPr>
          <w:b w:val="0"/>
          <w:i w:val="0"/>
          <w:smallCaps w:val="0"/>
          <w:strike w:val="0"/>
          <w:sz w:val="16"/>
          <w:u w:val="none"/>
        </w:rPr>
        <w:t xml:space="preserve"> — collectively </w:t>
      </w:r>
      <w:r>
        <w:rPr>
          <w:b w:val="0"/>
          <w:i w:val="0"/>
          <w:smallCaps w:val="0"/>
          <w:strike w:val="0"/>
          <w:sz w:val="16"/>
          <w:highlight w:val="cyan"/>
          <w:u w:val="none"/>
        </w:rPr>
        <w:t>known as</w:t>
      </w:r>
      <w:r>
        <w:rPr>
          <w:b w:val="0"/>
          <w:i w:val="0"/>
          <w:smallCaps w:val="0"/>
          <w:strike w:val="0"/>
          <w:sz w:val="16"/>
          <w:u w:val="none"/>
        </w:rPr>
        <w:t xml:space="preserve"> the </w:t>
      </w:r>
      <w:r>
        <w:rPr>
          <w:b/>
          <w:i w:val="0"/>
          <w:smallCaps w:val="0"/>
          <w:strike w:val="0"/>
          <w:sz w:val="22"/>
          <w:highlight w:val="cyan"/>
          <w:u w:val="single"/>
        </w:rPr>
        <w:t>Five Eyes</w:t>
      </w:r>
      <w:r>
        <w:rPr>
          <w:b w:val="0"/>
          <w:i w:val="0"/>
          <w:smallCaps w:val="0"/>
          <w:strike w:val="0"/>
          <w:sz w:val="16"/>
          <w:u w:val="none"/>
        </w:rPr>
        <w:t xml:space="preserve"> — </w:t>
      </w:r>
      <w:r>
        <w:rPr>
          <w:b w:val="0"/>
          <w:i w:val="0"/>
          <w:smallCaps w:val="0"/>
          <w:strike w:val="0"/>
          <w:sz w:val="16"/>
          <w:highlight w:val="cyan"/>
          <w:u w:val="none"/>
        </w:rPr>
        <w:t>explain</w:t>
      </w:r>
      <w:r>
        <w:rPr>
          <w:b w:val="0"/>
          <w:i w:val="0"/>
          <w:smallCaps w:val="0"/>
          <w:strike w:val="0"/>
          <w:sz w:val="16"/>
          <w:u w:val="none"/>
        </w:rPr>
        <w:t xml:space="preserve"> that the scale of </w:t>
      </w:r>
      <w:r>
        <w:rPr>
          <w:b/>
          <w:i w:val="0"/>
          <w:smallCaps w:val="0"/>
          <w:strike w:val="0"/>
          <w:sz w:val="22"/>
          <w:highlight w:val="cyan"/>
          <w:u w:val="single"/>
        </w:rPr>
        <w:t>China's theft</w:t>
      </w:r>
      <w:r>
        <w:rPr>
          <w:b w:val="0"/>
          <w:i w:val="0"/>
          <w:smallCaps w:val="0"/>
          <w:strike w:val="0"/>
          <w:sz w:val="22"/>
          <w:u w:val="single"/>
        </w:rPr>
        <w:t xml:space="preserve"> is </w:t>
      </w:r>
      <w:r>
        <w:rPr>
          <w:b/>
          <w:i w:val="0"/>
          <w:smallCaps w:val="0"/>
          <w:strike w:val="0"/>
          <w:sz w:val="22"/>
          <w:highlight w:val="cyan"/>
          <w:u w:val="single"/>
        </w:rPr>
        <w:t>unprecedented</w:t>
      </w:r>
      <w:r>
        <w:rPr>
          <w:b w:val="0"/>
          <w:i w:val="0"/>
          <w:smallCaps w:val="0"/>
          <w:strike w:val="0"/>
          <w:sz w:val="16"/>
          <w:u w:val="none"/>
        </w:rPr>
        <w:t>. FBI Director Christopher Wray believes China is the "</w:t>
      </w:r>
      <w:r>
        <w:rPr>
          <w:b w:val="0"/>
          <w:i w:val="0"/>
          <w:smallCaps w:val="0"/>
          <w:strike w:val="0"/>
          <w:sz w:val="22"/>
          <w:u w:val="single"/>
        </w:rPr>
        <w:t>defining threat of this generation</w:t>
      </w:r>
      <w:r>
        <w:rPr>
          <w:b w:val="0"/>
          <w:i w:val="0"/>
          <w:smallCaps w:val="0"/>
          <w:strike w:val="0"/>
          <w:sz w:val="16"/>
          <w:u w:val="none"/>
        </w:rPr>
        <w:t xml:space="preserve">." </w:t>
      </w:r>
    </w:p>
    <w:p>
      <w:pPr>
        <w:spacing w:after="60"/>
      </w:pPr>
      <w:r>
        <w:rPr>
          <w:b w:val="0"/>
          <w:i w:val="0"/>
          <w:smallCaps w:val="0"/>
          <w:strike w:val="0"/>
          <w:sz w:val="16"/>
          <w:u w:val="none"/>
        </w:rPr>
        <w:t xml:space="preserve">"There is </w:t>
      </w:r>
      <w:r>
        <w:rPr>
          <w:b w:val="0"/>
          <w:i w:val="0"/>
          <w:smallCaps w:val="0"/>
          <w:strike w:val="0"/>
          <w:sz w:val="22"/>
          <w:highlight w:val="cyan"/>
          <w:u w:val="single"/>
        </w:rPr>
        <w:t>no country</w:t>
      </w:r>
      <w:r>
        <w:rPr>
          <w:b w:val="0"/>
          <w:i w:val="0"/>
          <w:smallCaps w:val="0"/>
          <w:strike w:val="0"/>
          <w:sz w:val="22"/>
          <w:u w:val="single"/>
        </w:rPr>
        <w:t xml:space="preserve"> that </w:t>
      </w:r>
      <w:r>
        <w:rPr>
          <w:b w:val="0"/>
          <w:i w:val="0"/>
          <w:smallCaps w:val="0"/>
          <w:strike w:val="0"/>
          <w:sz w:val="22"/>
          <w:highlight w:val="cyan"/>
          <w:u w:val="single"/>
        </w:rPr>
        <w:t>presents</w:t>
      </w:r>
      <w:r>
        <w:rPr>
          <w:b w:val="0"/>
          <w:i w:val="0"/>
          <w:smallCaps w:val="0"/>
          <w:strike w:val="0"/>
          <w:sz w:val="22"/>
          <w:u w:val="single"/>
        </w:rPr>
        <w:t xml:space="preserve"> a </w:t>
      </w:r>
      <w:r>
        <w:rPr>
          <w:b w:val="0"/>
          <w:i w:val="0"/>
          <w:smallCaps w:val="0"/>
          <w:strike w:val="0"/>
          <w:sz w:val="22"/>
          <w:highlight w:val="cyan"/>
          <w:u w:val="single"/>
        </w:rPr>
        <w:t>broade</w:t>
      </w:r>
      <w:r>
        <w:rPr>
          <w:b w:val="0"/>
          <w:i w:val="0"/>
          <w:smallCaps w:val="0"/>
          <w:strike w:val="0"/>
          <w:sz w:val="16"/>
          <w:highlight w:val="cyan"/>
          <w:u w:val="none"/>
        </w:rPr>
        <w:t>r</w:t>
      </w:r>
      <w:r>
        <w:rPr>
          <w:b w:val="0"/>
          <w:i w:val="0"/>
          <w:smallCaps w:val="0"/>
          <w:strike w:val="0"/>
          <w:sz w:val="16"/>
          <w:u w:val="none"/>
        </w:rPr>
        <w:t xml:space="preserve">, more comprehensive </w:t>
      </w:r>
      <w:r>
        <w:rPr>
          <w:b w:val="0"/>
          <w:i w:val="0"/>
          <w:smallCaps w:val="0"/>
          <w:strike w:val="0"/>
          <w:sz w:val="22"/>
          <w:highlight w:val="cyan"/>
          <w:u w:val="single"/>
        </w:rPr>
        <w:t>threat to</w:t>
      </w:r>
      <w:r>
        <w:rPr>
          <w:b w:val="0"/>
          <w:i w:val="0"/>
          <w:smallCaps w:val="0"/>
          <w:strike w:val="0"/>
          <w:sz w:val="22"/>
          <w:u w:val="single"/>
        </w:rPr>
        <w:t xml:space="preserve"> </w:t>
      </w:r>
      <w:r>
        <w:rPr>
          <w:b w:val="0"/>
          <w:i w:val="0"/>
          <w:smallCaps w:val="0"/>
          <w:strike w:val="0"/>
          <w:sz w:val="22"/>
          <w:u w:val="single"/>
        </w:rPr>
        <w:t>our ideas</w:t>
      </w:r>
      <w:r>
        <w:rPr>
          <w:b w:val="0"/>
          <w:i w:val="0"/>
          <w:smallCaps w:val="0"/>
          <w:strike w:val="0"/>
          <w:sz w:val="22"/>
          <w:highlight w:val="cyan"/>
          <w:u w:val="single"/>
        </w:rPr>
        <w:t>, our innovation</w:t>
      </w:r>
      <w:r>
        <w:rPr>
          <w:b w:val="0"/>
          <w:i w:val="0"/>
          <w:smallCaps w:val="0"/>
          <w:strike w:val="0"/>
          <w:sz w:val="16"/>
          <w:u w:val="none"/>
        </w:rPr>
        <w:t xml:space="preserve">, our economic security and ultimately our national security," Wray said. "We have seen efforts by the </w:t>
      </w:r>
      <w:r>
        <w:rPr>
          <w:b/>
          <w:i w:val="0"/>
          <w:smallCaps w:val="0"/>
          <w:strike w:val="0"/>
          <w:sz w:val="22"/>
          <w:highlight w:val="cyan"/>
          <w:u w:val="single"/>
        </w:rPr>
        <w:t>Chinese</w:t>
      </w:r>
      <w:r>
        <w:rPr>
          <w:b w:val="0"/>
          <w:i w:val="0"/>
          <w:smallCaps w:val="0"/>
          <w:strike w:val="0"/>
          <w:sz w:val="22"/>
          <w:highlight w:val="cyan"/>
          <w:u w:val="single"/>
        </w:rPr>
        <w:t xml:space="preserve"> gov</w:t>
      </w:r>
      <w:r>
        <w:rPr>
          <w:b w:val="0"/>
          <w:i w:val="0"/>
          <w:smallCaps w:val="0"/>
          <w:strike w:val="0"/>
          <w:sz w:val="22"/>
          <w:u w:val="single"/>
        </w:rPr>
        <w:t>ernment</w:t>
      </w:r>
      <w:r>
        <w:rPr>
          <w:b w:val="0"/>
          <w:i w:val="0"/>
          <w:smallCaps w:val="0"/>
          <w:strike w:val="0"/>
          <w:sz w:val="16"/>
          <w:u w:val="none"/>
        </w:rPr>
        <w:t xml:space="preserve">, directly or indirectly, trying to </w:t>
      </w:r>
      <w:r>
        <w:rPr>
          <w:b/>
          <w:i w:val="0"/>
          <w:smallCaps w:val="0"/>
          <w:strike w:val="0"/>
          <w:sz w:val="22"/>
          <w:highlight w:val="cyan"/>
          <w:u w:val="single"/>
        </w:rPr>
        <w:t>steal</w:t>
      </w:r>
      <w:r>
        <w:rPr>
          <w:b w:val="0"/>
          <w:i w:val="0"/>
          <w:smallCaps w:val="0"/>
          <w:strike w:val="0"/>
          <w:sz w:val="22"/>
          <w:u w:val="single"/>
        </w:rPr>
        <w:t xml:space="preserve"> </w:t>
      </w:r>
      <w:r>
        <w:rPr>
          <w:b/>
          <w:i w:val="0"/>
          <w:smallCaps w:val="0"/>
          <w:strike w:val="0"/>
          <w:sz w:val="22"/>
          <w:highlight w:val="cyan"/>
          <w:u w:val="single"/>
        </w:rPr>
        <w:t>i</w:t>
      </w:r>
      <w:r>
        <w:rPr>
          <w:b w:val="0"/>
          <w:i w:val="0"/>
          <w:smallCaps w:val="0"/>
          <w:strike w:val="0"/>
          <w:sz w:val="22"/>
          <w:u w:val="single"/>
        </w:rPr>
        <w:t xml:space="preserve">ntellectual </w:t>
      </w:r>
      <w:r>
        <w:rPr>
          <w:b/>
          <w:i w:val="0"/>
          <w:smallCaps w:val="0"/>
          <w:strike w:val="0"/>
          <w:sz w:val="22"/>
          <w:highlight w:val="cyan"/>
          <w:u w:val="single"/>
        </w:rPr>
        <w:t>p</w:t>
      </w:r>
      <w:r>
        <w:rPr>
          <w:b w:val="0"/>
          <w:i w:val="0"/>
          <w:smallCaps w:val="0"/>
          <w:strike w:val="0"/>
          <w:sz w:val="22"/>
          <w:u w:val="single"/>
        </w:rPr>
        <w:t xml:space="preserve">roperty, trade secrets, personal data — </w:t>
      </w:r>
      <w:r>
        <w:rPr>
          <w:b w:val="0"/>
          <w:i w:val="0"/>
          <w:smallCaps w:val="0"/>
          <w:strike w:val="0"/>
          <w:sz w:val="22"/>
          <w:highlight w:val="cyan"/>
          <w:u w:val="single"/>
        </w:rPr>
        <w:t xml:space="preserve">all across </w:t>
      </w:r>
      <w:r>
        <w:rPr>
          <w:b w:val="0"/>
          <w:i w:val="0"/>
          <w:smallCaps w:val="0"/>
          <w:strike w:val="0"/>
          <w:sz w:val="22"/>
          <w:u w:val="single"/>
        </w:rPr>
        <w:t>the</w:t>
      </w:r>
      <w:r>
        <w:rPr>
          <w:b w:val="0"/>
          <w:i w:val="0"/>
          <w:smallCaps w:val="0"/>
          <w:strike w:val="0"/>
          <w:sz w:val="22"/>
          <w:u w:val="single"/>
        </w:rPr>
        <w:t xml:space="preserve"> </w:t>
      </w:r>
      <w:r>
        <w:rPr>
          <w:b w:val="0"/>
          <w:i w:val="0"/>
          <w:smallCaps w:val="0"/>
          <w:strike w:val="0"/>
          <w:sz w:val="22"/>
          <w:highlight w:val="cyan"/>
          <w:u w:val="single"/>
        </w:rPr>
        <w:t>country</w:t>
      </w:r>
      <w:r>
        <w:rPr>
          <w:b w:val="0"/>
          <w:i w:val="0"/>
          <w:smallCaps w:val="0"/>
          <w:strike w:val="0"/>
          <w:sz w:val="22"/>
          <w:u w:val="single"/>
        </w:rPr>
        <w:t>."</w:t>
      </w:r>
    </w:p>
    <w:p>
      <w:pPr>
        <w:spacing w:after="60"/>
      </w:pPr>
      <w:r>
        <w:rPr>
          <w:b w:val="0"/>
          <w:i w:val="0"/>
          <w:smallCaps w:val="0"/>
          <w:strike w:val="0"/>
          <w:sz w:val="16"/>
          <w:u w:val="none"/>
        </w:rPr>
        <w:t>Why is China's espionage such a threat?</w:t>
      </w:r>
    </w:p>
    <w:p>
      <w:pPr>
        <w:spacing w:after="60"/>
      </w:pPr>
      <w:r>
        <w:rPr>
          <w:b w:val="0"/>
          <w:i w:val="0"/>
          <w:smallCaps w:val="0"/>
          <w:strike w:val="0"/>
          <w:sz w:val="16"/>
          <w:u w:val="none"/>
        </w:rPr>
        <w:t xml:space="preserve">A </w:t>
      </w:r>
      <w:r>
        <w:rPr>
          <w:b w:val="0"/>
          <w:i w:val="0"/>
          <w:smallCaps w:val="0"/>
          <w:strike w:val="0"/>
          <w:sz w:val="22"/>
          <w:highlight w:val="cyan"/>
          <w:u w:val="single"/>
        </w:rPr>
        <w:t>company</w:t>
      </w:r>
      <w:r>
        <w:rPr>
          <w:b w:val="0"/>
          <w:i w:val="0"/>
          <w:smallCaps w:val="0"/>
          <w:strike w:val="0"/>
          <w:sz w:val="22"/>
          <w:u w:val="single"/>
        </w:rPr>
        <w:t xml:space="preserve"> based </w:t>
      </w:r>
      <w:r>
        <w:rPr>
          <w:b w:val="0"/>
          <w:i w:val="0"/>
          <w:smallCaps w:val="0"/>
          <w:strike w:val="0"/>
          <w:sz w:val="22"/>
          <w:highlight w:val="cyan"/>
          <w:u w:val="single"/>
        </w:rPr>
        <w:t>in China</w:t>
      </w:r>
      <w:r>
        <w:rPr>
          <w:b w:val="0"/>
          <w:i w:val="0"/>
          <w:smallCaps w:val="0"/>
          <w:strike w:val="0"/>
          <w:sz w:val="16"/>
          <w:u w:val="none"/>
        </w:rPr>
        <w:t xml:space="preserve"> was convicted of </w:t>
      </w:r>
      <w:r>
        <w:rPr>
          <w:b w:val="0"/>
          <w:i w:val="0"/>
          <w:smallCaps w:val="0"/>
          <w:strike w:val="0"/>
          <w:sz w:val="22"/>
          <w:highlight w:val="cyan"/>
          <w:u w:val="single"/>
        </w:rPr>
        <w:t>steal</w:t>
      </w:r>
      <w:r>
        <w:rPr>
          <w:b w:val="0"/>
          <w:i w:val="0"/>
          <w:smallCaps w:val="0"/>
          <w:strike w:val="0"/>
          <w:sz w:val="22"/>
          <w:u w:val="single"/>
        </w:rPr>
        <w:t xml:space="preserve">ing the </w:t>
      </w:r>
      <w:r>
        <w:rPr>
          <w:b w:val="0"/>
          <w:i w:val="0"/>
          <w:smallCaps w:val="0"/>
          <w:strike w:val="0"/>
          <w:sz w:val="22"/>
          <w:highlight w:val="cyan"/>
          <w:u w:val="single"/>
        </w:rPr>
        <w:t>technology</w:t>
      </w:r>
      <w:r>
        <w:rPr>
          <w:b w:val="0"/>
          <w:i w:val="0"/>
          <w:smallCaps w:val="0"/>
          <w:strike w:val="0"/>
          <w:sz w:val="16"/>
          <w:u w:val="none"/>
        </w:rPr>
        <w:t xml:space="preserve"> secrets of </w:t>
      </w:r>
      <w:r>
        <w:rPr>
          <w:b w:val="0"/>
          <w:i w:val="0"/>
          <w:smallCaps w:val="0"/>
          <w:strike w:val="0"/>
          <w:sz w:val="22"/>
          <w:highlight w:val="cyan"/>
          <w:u w:val="single"/>
        </w:rPr>
        <w:t>wind turbine</w:t>
      </w:r>
      <w:r>
        <w:rPr>
          <w:b w:val="0"/>
          <w:i w:val="0"/>
          <w:smallCaps w:val="0"/>
          <w:strike w:val="0"/>
          <w:sz w:val="22"/>
          <w:u w:val="single"/>
        </w:rPr>
        <w:t xml:space="preserve"> technology  </w:t>
      </w:r>
      <w:r>
        <w:rPr>
          <w:b w:val="0"/>
          <w:i w:val="0"/>
          <w:smallCaps w:val="0"/>
          <w:strike w:val="0"/>
          <w:sz w:val="22"/>
          <w:highlight w:val="cyan"/>
          <w:u w:val="single"/>
        </w:rPr>
        <w:t>compan</w:t>
      </w:r>
      <w:r>
        <w:rPr>
          <w:b w:val="0"/>
          <w:i w:val="0"/>
          <w:smallCaps w:val="0"/>
          <w:strike w:val="0"/>
          <w:sz w:val="16"/>
          <w:highlight w:val="cyan"/>
          <w:u w:val="none"/>
        </w:rPr>
        <w:t>y</w:t>
      </w:r>
      <w:r>
        <w:rPr>
          <w:b w:val="0"/>
          <w:i w:val="0"/>
          <w:smallCaps w:val="0"/>
          <w:strike w:val="0"/>
          <w:sz w:val="16"/>
          <w:u w:val="none"/>
        </w:rPr>
        <w:t xml:space="preserve">. The </w:t>
      </w:r>
      <w:r>
        <w:rPr>
          <w:b w:val="0"/>
          <w:i w:val="0"/>
          <w:smallCaps w:val="0"/>
          <w:strike w:val="0"/>
          <w:sz w:val="22"/>
          <w:highlight w:val="cyan"/>
          <w:u w:val="single"/>
        </w:rPr>
        <w:t>company lost</w:t>
      </w:r>
      <w:r>
        <w:rPr>
          <w:b w:val="0"/>
          <w:i w:val="0"/>
          <w:smallCaps w:val="0"/>
          <w:strike w:val="0"/>
          <w:sz w:val="22"/>
          <w:u w:val="single"/>
        </w:rPr>
        <w:t xml:space="preserve"> its competitive </w:t>
      </w:r>
      <w:r>
        <w:rPr>
          <w:b w:val="0"/>
          <w:i w:val="0"/>
          <w:smallCaps w:val="0"/>
          <w:strike w:val="0"/>
          <w:sz w:val="22"/>
          <w:highlight w:val="cyan"/>
          <w:u w:val="single"/>
        </w:rPr>
        <w:t>advantage</w:t>
      </w:r>
      <w:r>
        <w:rPr>
          <w:b w:val="0"/>
          <w:i w:val="0"/>
          <w:smallCaps w:val="0"/>
          <w:strike w:val="0"/>
          <w:sz w:val="16"/>
          <w:u w:val="none"/>
        </w:rPr>
        <w:t xml:space="preserve">, </w:t>
      </w:r>
      <w:r>
        <w:rPr>
          <w:b w:val="0"/>
          <w:i w:val="0"/>
          <w:smallCaps w:val="0"/>
          <w:strike w:val="0"/>
          <w:sz w:val="22"/>
          <w:highlight w:val="cyan"/>
          <w:u w:val="single"/>
        </w:rPr>
        <w:t>sales collapsed</w:t>
      </w:r>
      <w:r>
        <w:rPr>
          <w:b w:val="0"/>
          <w:i w:val="0"/>
          <w:smallCaps w:val="0"/>
          <w:strike w:val="0"/>
          <w:sz w:val="16"/>
          <w:u w:val="none"/>
        </w:rPr>
        <w:t xml:space="preserve"> and the company </w:t>
      </w:r>
      <w:r>
        <w:rPr>
          <w:b w:val="0"/>
          <w:i w:val="0"/>
          <w:smallCaps w:val="0"/>
          <w:strike w:val="0"/>
          <w:sz w:val="22"/>
          <w:u w:val="single"/>
        </w:rPr>
        <w:t>laid off nearly 700 workers</w:t>
      </w:r>
      <w:r>
        <w:rPr>
          <w:b w:val="0"/>
          <w:i w:val="0"/>
          <w:smallCaps w:val="0"/>
          <w:strike w:val="0"/>
          <w:sz w:val="16"/>
          <w:u w:val="none"/>
        </w:rPr>
        <w:t>.</w:t>
      </w:r>
    </w:p>
    <w:p>
      <w:pPr>
        <w:spacing w:after="60"/>
      </w:pPr>
      <w:r>
        <w:rPr>
          <w:b w:val="0"/>
          <w:i w:val="0"/>
          <w:smallCaps w:val="0"/>
          <w:strike w:val="0"/>
          <w:sz w:val="16"/>
          <w:u w:val="none"/>
        </w:rPr>
        <w:t xml:space="preserve">"It is a </w:t>
      </w:r>
      <w:r>
        <w:rPr>
          <w:b w:val="0"/>
          <w:i w:val="0"/>
          <w:smallCaps w:val="0"/>
          <w:strike w:val="0"/>
          <w:sz w:val="22"/>
          <w:u w:val="single"/>
        </w:rPr>
        <w:t>threat to our way of life</w:t>
      </w:r>
      <w:r>
        <w:rPr>
          <w:b w:val="0"/>
          <w:i w:val="0"/>
          <w:smallCaps w:val="0"/>
          <w:strike w:val="0"/>
          <w:sz w:val="16"/>
          <w:u w:val="none"/>
        </w:rPr>
        <w:t xml:space="preserve"> in a number of ways," Wray said. "The first is that when people talk about </w:t>
      </w:r>
      <w:r>
        <w:rPr>
          <w:b w:val="0"/>
          <w:i w:val="0"/>
          <w:smallCaps w:val="0"/>
          <w:strike w:val="0"/>
          <w:sz w:val="22"/>
          <w:highlight w:val="cyan"/>
          <w:u w:val="single"/>
        </w:rPr>
        <w:t>stealing innovation or i</w:t>
      </w:r>
      <w:r>
        <w:rPr>
          <w:b w:val="0"/>
          <w:i w:val="0"/>
          <w:smallCaps w:val="0"/>
          <w:strike w:val="0"/>
          <w:sz w:val="22"/>
          <w:u w:val="single"/>
        </w:rPr>
        <w:t>ntellectual</w:t>
      </w:r>
      <w:r>
        <w:rPr>
          <w:b w:val="0"/>
          <w:i w:val="0"/>
          <w:smallCaps w:val="0"/>
          <w:strike w:val="0"/>
          <w:sz w:val="22"/>
          <w:u w:val="single"/>
        </w:rPr>
        <w:t xml:space="preserve"> </w:t>
      </w:r>
      <w:r>
        <w:rPr>
          <w:b w:val="0"/>
          <w:i w:val="0"/>
          <w:smallCaps w:val="0"/>
          <w:strike w:val="0"/>
          <w:sz w:val="22"/>
          <w:highlight w:val="cyan"/>
          <w:u w:val="single"/>
        </w:rPr>
        <w:t>p</w:t>
      </w:r>
      <w:r>
        <w:rPr>
          <w:b w:val="0"/>
          <w:i w:val="0"/>
          <w:smallCaps w:val="0"/>
          <w:strike w:val="0"/>
          <w:sz w:val="22"/>
          <w:u w:val="single"/>
        </w:rPr>
        <w:t>roperty</w:t>
      </w:r>
      <w:r>
        <w:rPr>
          <w:b w:val="0"/>
          <w:i w:val="0"/>
          <w:smallCaps w:val="0"/>
          <w:strike w:val="0"/>
          <w:sz w:val="16"/>
          <w:u w:val="none"/>
        </w:rPr>
        <w:t xml:space="preserve">, that's not just a Wall Street problem. That's a Main Street problem. That </w:t>
      </w:r>
      <w:r>
        <w:rPr>
          <w:b w:val="0"/>
          <w:i w:val="0"/>
          <w:smallCaps w:val="0"/>
          <w:strike w:val="0"/>
          <w:sz w:val="16"/>
          <w:highlight w:val="cyan"/>
          <w:u w:val="none"/>
        </w:rPr>
        <w:t>means</w:t>
      </w:r>
      <w:r>
        <w:rPr>
          <w:b w:val="0"/>
          <w:i w:val="0"/>
          <w:smallCaps w:val="0"/>
          <w:strike w:val="0"/>
          <w:sz w:val="16"/>
          <w:u w:val="none"/>
        </w:rPr>
        <w:t xml:space="preserve"> </w:t>
      </w:r>
      <w:r>
        <w:rPr>
          <w:b w:val="0"/>
          <w:i w:val="0"/>
          <w:smallCaps w:val="0"/>
          <w:strike w:val="0"/>
          <w:sz w:val="22"/>
          <w:u w:val="single"/>
        </w:rPr>
        <w:t xml:space="preserve">American </w:t>
      </w:r>
      <w:r>
        <w:rPr>
          <w:b w:val="0"/>
          <w:i w:val="0"/>
          <w:smallCaps w:val="0"/>
          <w:strike w:val="0"/>
          <w:sz w:val="22"/>
          <w:highlight w:val="cyan"/>
          <w:u w:val="single"/>
        </w:rPr>
        <w:t>jobs</w:t>
      </w:r>
      <w:r>
        <w:rPr>
          <w:b w:val="0"/>
          <w:i w:val="0"/>
          <w:smallCaps w:val="0"/>
          <w:strike w:val="0"/>
          <w:sz w:val="22"/>
          <w:u w:val="single"/>
        </w:rPr>
        <w:t xml:space="preserve">, American </w:t>
      </w:r>
      <w:r>
        <w:rPr>
          <w:b w:val="0"/>
          <w:i w:val="0"/>
          <w:smallCaps w:val="0"/>
          <w:strike w:val="0"/>
          <w:sz w:val="22"/>
          <w:highlight w:val="cyan"/>
          <w:u w:val="single"/>
        </w:rPr>
        <w:t>families</w:t>
      </w:r>
      <w:r>
        <w:rPr>
          <w:b w:val="0"/>
          <w:i w:val="0"/>
          <w:smallCaps w:val="0"/>
          <w:strike w:val="0"/>
          <w:sz w:val="22"/>
          <w:u w:val="single"/>
        </w:rPr>
        <w:t xml:space="preserve">, American </w:t>
      </w:r>
      <w:r>
        <w:rPr>
          <w:b w:val="0"/>
          <w:i w:val="0"/>
          <w:smallCaps w:val="0"/>
          <w:strike w:val="0"/>
          <w:sz w:val="22"/>
          <w:highlight w:val="cyan"/>
          <w:u w:val="single"/>
        </w:rPr>
        <w:t>livelihoods</w:t>
      </w:r>
      <w:r>
        <w:rPr>
          <w:b w:val="0"/>
          <w:i w:val="0"/>
          <w:smallCaps w:val="0"/>
          <w:strike w:val="0"/>
          <w:sz w:val="22"/>
          <w:u w:val="single"/>
        </w:rPr>
        <w:t xml:space="preserve">, and the same thing </w:t>
      </w:r>
      <w:r>
        <w:rPr>
          <w:b w:val="0"/>
          <w:i w:val="0"/>
          <w:smallCaps w:val="0"/>
          <w:strike w:val="0"/>
          <w:sz w:val="22"/>
          <w:highlight w:val="cyan"/>
          <w:u w:val="single"/>
        </w:rPr>
        <w:t>for every one of our five countries</w:t>
      </w:r>
      <w:r>
        <w:rPr>
          <w:b w:val="0"/>
          <w:i w:val="0"/>
          <w:smallCaps w:val="0"/>
          <w:strike w:val="0"/>
          <w:sz w:val="22"/>
          <w:u w:val="single"/>
        </w:rPr>
        <w:t xml:space="preserve">, </w:t>
      </w:r>
      <w:r>
        <w:rPr>
          <w:b w:val="0"/>
          <w:i w:val="0"/>
          <w:smallCaps w:val="0"/>
          <w:strike w:val="0"/>
          <w:sz w:val="16"/>
          <w:u w:val="none"/>
        </w:rPr>
        <w:t xml:space="preserve">directly </w:t>
      </w:r>
      <w:r>
        <w:rPr>
          <w:b w:val="0"/>
          <w:i w:val="0"/>
          <w:smallCaps w:val="0"/>
          <w:strike w:val="0"/>
          <w:sz w:val="16"/>
          <w:highlight w:val="cyan"/>
          <w:u w:val="none"/>
        </w:rPr>
        <w:t>impacted</w:t>
      </w:r>
      <w:r>
        <w:rPr>
          <w:b w:val="0"/>
          <w:i w:val="0"/>
          <w:smallCaps w:val="0"/>
          <w:strike w:val="0"/>
          <w:sz w:val="16"/>
          <w:u w:val="none"/>
        </w:rPr>
        <w:t xml:space="preserve"> by that theft. It's not some abstract concept. It has flesh and blood, kitchen-table consequences."</w:t>
      </w:r>
    </w:p>
    <w:p>
      <w:pPr>
        <w:spacing w:after="60"/>
      </w:pPr>
      <w:r>
        <w:rPr>
          <w:b w:val="0"/>
          <w:i w:val="0"/>
          <w:smallCaps w:val="0"/>
          <w:strike w:val="0"/>
          <w:sz w:val="16"/>
          <w:u w:val="none"/>
        </w:rPr>
        <w:t xml:space="preserve">China's threat extends beyond just espionage, the intelligence leaders said. The Five Eyes also warned of China's meddling in elections and violence aimed at silencing Chinese dissidents living in their countries. </w:t>
      </w:r>
    </w:p>
    <w:p>
      <w:pPr>
        <w:spacing w:after="60"/>
      </w:pPr>
      <w:r>
        <w:rPr>
          <w:b w:val="0"/>
          <w:i w:val="0"/>
          <w:smallCaps w:val="0"/>
          <w:strike w:val="0"/>
          <w:sz w:val="16"/>
          <w:u w:val="none"/>
        </w:rPr>
        <w:t>What makes China's spying different?</w:t>
      </w:r>
    </w:p>
    <w:p>
      <w:pPr>
        <w:spacing w:after="60"/>
      </w:pPr>
      <w:r>
        <w:rPr>
          <w:b w:val="0"/>
          <w:i w:val="0"/>
          <w:smallCaps w:val="0"/>
          <w:strike w:val="0"/>
          <w:sz w:val="16"/>
          <w:u w:val="none"/>
        </w:rPr>
        <w:t xml:space="preserve">Countries spying on each other is nothing new, but the scale and techniques of China's operation worries the intelligence leaders. </w:t>
      </w:r>
    </w:p>
    <w:p>
      <w:pPr>
        <w:spacing w:after="60"/>
      </w:pPr>
      <w:r>
        <w:rPr>
          <w:b w:val="0"/>
          <w:i w:val="0"/>
          <w:smallCaps w:val="0"/>
          <w:strike w:val="0"/>
          <w:sz w:val="16"/>
          <w:u w:val="none"/>
        </w:rPr>
        <w:t xml:space="preserve">All countries spy to covertly learn information, Australia's Director-General of Security Mike Burgess said. </w:t>
      </w:r>
    </w:p>
    <w:p>
      <w:pPr>
        <w:spacing w:after="60"/>
      </w:pPr>
      <w:r>
        <w:rPr>
          <w:b w:val="0"/>
          <w:i w:val="0"/>
          <w:smallCaps w:val="0"/>
          <w:strike w:val="0"/>
          <w:sz w:val="16"/>
          <w:u w:val="none"/>
        </w:rPr>
        <w:t>"But the behavior we're talking about here goes well beyond traditional espionage," Burgess said of China. "</w:t>
      </w:r>
      <w:r>
        <w:rPr>
          <w:b w:val="0"/>
          <w:i w:val="0"/>
          <w:smallCaps w:val="0"/>
          <w:strike w:val="0"/>
          <w:sz w:val="22"/>
          <w:u w:val="single"/>
        </w:rPr>
        <w:t>This scale of the theft is unprecedented in human history."</w:t>
      </w:r>
    </w:p>
    <w:p>
      <w:pPr>
        <w:spacing w:after="60"/>
      </w:pPr>
      <w:r>
        <w:rPr>
          <w:b w:val="0"/>
          <w:i w:val="0"/>
          <w:smallCaps w:val="0"/>
          <w:strike w:val="0"/>
          <w:sz w:val="16"/>
          <w:u w:val="none"/>
        </w:rPr>
        <w:t>Burgess said the scale is why they felt it was important to call out China's activities publicly.</w:t>
      </w:r>
    </w:p>
    <w:p>
      <w:pPr>
        <w:spacing w:after="60"/>
      </w:pPr>
      <w:r>
        <w:rPr>
          <w:b w:val="0"/>
          <w:i w:val="0"/>
          <w:smallCaps w:val="0"/>
          <w:strike w:val="0"/>
          <w:sz w:val="16"/>
          <w:u w:val="none"/>
        </w:rPr>
        <w:t>"Essentially what you have with the Chinese government is the autocracy and oppressive regime of, you know, East Germany combined with the cutting edge technology of Silicon Valley," Wray said. "And the combination represents a daunting first of its kind threat for the United States and for our allies."</w:t>
      </w:r>
    </w:p>
    <w:p>
      <w:pPr>
        <w:spacing w:after="60"/>
      </w:pPr>
      <w:r>
        <w:rPr>
          <w:b w:val="0"/>
          <w:i w:val="0"/>
          <w:smallCaps w:val="0"/>
          <w:strike w:val="0"/>
          <w:sz w:val="22"/>
          <w:u w:val="single"/>
        </w:rPr>
        <w:t xml:space="preserve">What is </w:t>
      </w:r>
      <w:r>
        <w:rPr>
          <w:b w:val="0"/>
          <w:i w:val="0"/>
          <w:smallCaps w:val="0"/>
          <w:strike w:val="0"/>
          <w:sz w:val="22"/>
          <w:highlight w:val="cyan"/>
          <w:u w:val="single"/>
        </w:rPr>
        <w:t>China stealing</w:t>
      </w:r>
      <w:r>
        <w:rPr>
          <w:b w:val="0"/>
          <w:i w:val="0"/>
          <w:smallCaps w:val="0"/>
          <w:strike w:val="0"/>
          <w:sz w:val="16"/>
          <w:u w:val="none"/>
        </w:rPr>
        <w:t>?</w:t>
      </w:r>
    </w:p>
    <w:p>
      <w:pPr>
        <w:spacing w:after="60"/>
      </w:pPr>
      <w:r>
        <w:rPr>
          <w:b w:val="0"/>
          <w:i w:val="0"/>
          <w:smallCaps w:val="0"/>
          <w:strike w:val="0"/>
          <w:sz w:val="16"/>
          <w:u w:val="none"/>
        </w:rPr>
        <w:t xml:space="preserve">Wray pointed to </w:t>
      </w:r>
      <w:r>
        <w:rPr>
          <w:b/>
          <w:i w:val="0"/>
          <w:smallCaps w:val="0"/>
          <w:strike w:val="0"/>
          <w:sz w:val="22"/>
          <w:u w:val="single"/>
        </w:rPr>
        <w:t>theft</w:t>
      </w:r>
      <w:r>
        <w:rPr>
          <w:b w:val="0"/>
          <w:i w:val="0"/>
          <w:smallCaps w:val="0"/>
          <w:strike w:val="0"/>
          <w:sz w:val="22"/>
          <w:u w:val="single"/>
        </w:rPr>
        <w:t xml:space="preserve"> </w:t>
      </w:r>
      <w:r>
        <w:rPr>
          <w:b w:val="0"/>
          <w:i w:val="0"/>
          <w:smallCaps w:val="0"/>
          <w:strike w:val="0"/>
          <w:sz w:val="22"/>
          <w:highlight w:val="cyan"/>
          <w:u w:val="single"/>
        </w:rPr>
        <w:t xml:space="preserve">from </w:t>
      </w:r>
      <w:r>
        <w:rPr>
          <w:b/>
          <w:i w:val="0"/>
          <w:smallCaps w:val="0"/>
          <w:strike w:val="0"/>
          <w:sz w:val="22"/>
          <w:highlight w:val="cyan"/>
          <w:u w:val="single"/>
        </w:rPr>
        <w:t>Fortune 100</w:t>
      </w:r>
      <w:r>
        <w:rPr>
          <w:b w:val="0"/>
          <w:i w:val="0"/>
          <w:smallCaps w:val="0"/>
          <w:strike w:val="0"/>
          <w:sz w:val="22"/>
          <w:highlight w:val="cyan"/>
          <w:u w:val="single"/>
        </w:rPr>
        <w:t xml:space="preserve"> companies</w:t>
      </w:r>
      <w:r>
        <w:rPr>
          <w:b w:val="0"/>
          <w:i w:val="0"/>
          <w:smallCaps w:val="0"/>
          <w:strike w:val="0"/>
          <w:sz w:val="22"/>
          <w:u w:val="single"/>
        </w:rPr>
        <w:t xml:space="preserve"> down </w:t>
      </w:r>
      <w:r>
        <w:rPr>
          <w:b w:val="0"/>
          <w:i w:val="0"/>
          <w:smallCaps w:val="0"/>
          <w:strike w:val="0"/>
          <w:sz w:val="22"/>
          <w:highlight w:val="cyan"/>
          <w:u w:val="single"/>
        </w:rPr>
        <w:t xml:space="preserve">to </w:t>
      </w:r>
      <w:r>
        <w:rPr>
          <w:b/>
          <w:i w:val="0"/>
          <w:smallCaps w:val="0"/>
          <w:strike w:val="0"/>
          <w:sz w:val="22"/>
          <w:highlight w:val="cyan"/>
          <w:u w:val="single"/>
        </w:rPr>
        <w:t>small startups</w:t>
      </w:r>
      <w:r>
        <w:rPr>
          <w:b w:val="0"/>
          <w:i w:val="0"/>
          <w:smallCaps w:val="0"/>
          <w:strike w:val="0"/>
          <w:sz w:val="16"/>
          <w:u w:val="none"/>
        </w:rPr>
        <w:t xml:space="preserve">. He said the </w:t>
      </w:r>
      <w:r>
        <w:rPr>
          <w:b w:val="0"/>
          <w:i w:val="0"/>
          <w:smallCaps w:val="0"/>
          <w:strike w:val="0"/>
          <w:sz w:val="16"/>
          <w:highlight w:val="cyan"/>
          <w:u w:val="none"/>
        </w:rPr>
        <w:t>theft</w:t>
      </w:r>
      <w:r>
        <w:rPr>
          <w:b w:val="0"/>
          <w:i w:val="0"/>
          <w:smallCaps w:val="0"/>
          <w:strike w:val="0"/>
          <w:sz w:val="16"/>
          <w:u w:val="none"/>
        </w:rPr>
        <w:t xml:space="preserve"> </w:t>
      </w:r>
      <w:r>
        <w:rPr>
          <w:b w:val="0"/>
          <w:i w:val="0"/>
          <w:smallCaps w:val="0"/>
          <w:strike w:val="0"/>
          <w:sz w:val="16"/>
          <w:highlight w:val="cyan"/>
          <w:u w:val="none"/>
        </w:rPr>
        <w:t>occurs in</w:t>
      </w:r>
      <w:r>
        <w:rPr>
          <w:b w:val="0"/>
          <w:i w:val="0"/>
          <w:smallCaps w:val="0"/>
          <w:strike w:val="0"/>
          <w:sz w:val="16"/>
          <w:u w:val="none"/>
        </w:rPr>
        <w:t xml:space="preserve"> the </w:t>
      </w:r>
      <w:r>
        <w:rPr>
          <w:b w:val="0"/>
          <w:i w:val="0"/>
          <w:smallCaps w:val="0"/>
          <w:strike w:val="0"/>
          <w:sz w:val="22"/>
          <w:u w:val="single"/>
        </w:rPr>
        <w:t xml:space="preserve">fields of </w:t>
      </w:r>
      <w:r>
        <w:rPr>
          <w:b/>
          <w:i w:val="0"/>
          <w:smallCaps w:val="0"/>
          <w:strike w:val="0"/>
          <w:sz w:val="22"/>
          <w:highlight w:val="cyan"/>
          <w:u w:val="single"/>
        </w:rPr>
        <w:t>agriculture</w:t>
      </w:r>
      <w:r>
        <w:rPr>
          <w:b w:val="0"/>
          <w:i w:val="0"/>
          <w:smallCaps w:val="0"/>
          <w:strike w:val="0"/>
          <w:sz w:val="22"/>
          <w:highlight w:val="cyan"/>
          <w:u w:val="single"/>
        </w:rPr>
        <w:t xml:space="preserve">, </w:t>
      </w:r>
      <w:r>
        <w:rPr>
          <w:b/>
          <w:i w:val="0"/>
          <w:smallCaps w:val="0"/>
          <w:strike w:val="0"/>
          <w:sz w:val="22"/>
          <w:highlight w:val="cyan"/>
          <w:u w:val="single"/>
        </w:rPr>
        <w:t>biotech</w:t>
      </w:r>
      <w:r>
        <w:rPr>
          <w:b w:val="0"/>
          <w:i w:val="0"/>
          <w:smallCaps w:val="0"/>
          <w:strike w:val="0"/>
          <w:sz w:val="22"/>
          <w:u w:val="single"/>
        </w:rPr>
        <w:t xml:space="preserve">, health care, </w:t>
      </w:r>
      <w:r>
        <w:rPr>
          <w:b/>
          <w:i w:val="0"/>
          <w:smallCaps w:val="0"/>
          <w:strike w:val="0"/>
          <w:sz w:val="22"/>
          <w:highlight w:val="cyan"/>
          <w:u w:val="single"/>
        </w:rPr>
        <w:t>robotics</w:t>
      </w:r>
      <w:r>
        <w:rPr>
          <w:b w:val="0"/>
          <w:i w:val="0"/>
          <w:smallCaps w:val="0"/>
          <w:strike w:val="0"/>
          <w:sz w:val="22"/>
          <w:u w:val="single"/>
        </w:rPr>
        <w:t>, aviation and academic research</w:t>
      </w:r>
      <w:r>
        <w:rPr>
          <w:b w:val="0"/>
          <w:i w:val="0"/>
          <w:smallCaps w:val="0"/>
          <w:strike w:val="0"/>
          <w:sz w:val="16"/>
          <w:u w:val="none"/>
        </w:rPr>
        <w:t>.</w:t>
      </w:r>
    </w:p>
    <w:p>
      <w:pPr>
        <w:spacing w:after="60"/>
      </w:pPr>
      <w:r>
        <w:rPr>
          <w:b w:val="0"/>
          <w:i w:val="0"/>
          <w:smallCaps w:val="0"/>
          <w:strike w:val="0"/>
          <w:sz w:val="16"/>
          <w:u w:val="none"/>
        </w:rPr>
        <w:t>"We probably have somewhere in the order of 2,000 active investigations that are just related to the Chinese government's effort to steal information," Wray said.</w:t>
      </w:r>
    </w:p>
    <w:p>
      <w:pPr>
        <w:spacing w:after="60"/>
      </w:pPr>
      <w:r>
        <w:rPr>
          <w:b w:val="0"/>
          <w:i w:val="0"/>
          <w:smallCaps w:val="0"/>
          <w:strike w:val="0"/>
          <w:sz w:val="16"/>
          <w:u w:val="none"/>
        </w:rPr>
        <w:t xml:space="preserve">Ken McCallum, director general of the U.K.'s MI5, said the espionage concerns include government and military secrets and critical infrastructure. He also worries about the </w:t>
      </w:r>
      <w:r>
        <w:rPr>
          <w:b w:val="0"/>
          <w:i w:val="0"/>
          <w:smallCaps w:val="0"/>
          <w:strike w:val="0"/>
          <w:sz w:val="22"/>
          <w:highlight w:val="cyan"/>
          <w:u w:val="single"/>
        </w:rPr>
        <w:t>theft targeting academic</w:t>
      </w:r>
      <w:r>
        <w:rPr>
          <w:b w:val="0"/>
          <w:i w:val="0"/>
          <w:smallCaps w:val="0"/>
          <w:strike w:val="0"/>
          <w:sz w:val="22"/>
          <w:u w:val="single"/>
        </w:rPr>
        <w:t xml:space="preserve"> </w:t>
      </w:r>
      <w:r>
        <w:rPr>
          <w:b w:val="0"/>
          <w:i w:val="0"/>
          <w:smallCaps w:val="0"/>
          <w:strike w:val="0"/>
          <w:sz w:val="22"/>
          <w:highlight w:val="cyan"/>
          <w:u w:val="single"/>
        </w:rPr>
        <w:t>research</w:t>
      </w:r>
      <w:r>
        <w:rPr>
          <w:b w:val="0"/>
          <w:i w:val="0"/>
          <w:smallCaps w:val="0"/>
          <w:strike w:val="0"/>
          <w:sz w:val="22"/>
          <w:u w:val="single"/>
        </w:rPr>
        <w:t xml:space="preserve"> at </w:t>
      </w:r>
      <w:r>
        <w:rPr>
          <w:b w:val="0"/>
          <w:i w:val="0"/>
          <w:smallCaps w:val="0"/>
          <w:strike w:val="0"/>
          <w:sz w:val="22"/>
          <w:highlight w:val="cyan"/>
          <w:u w:val="single"/>
        </w:rPr>
        <w:t>universities and startup</w:t>
      </w:r>
      <w:r>
        <w:rPr>
          <w:b w:val="0"/>
          <w:i w:val="0"/>
          <w:smallCaps w:val="0"/>
          <w:strike w:val="0"/>
          <w:sz w:val="22"/>
          <w:u w:val="single"/>
        </w:rPr>
        <w:t xml:space="preserve"> companies.</w:t>
      </w:r>
    </w:p>
    <w:p>
      <w:pPr>
        <w:spacing w:after="60"/>
      </w:pPr>
      <w:r>
        <w:rPr>
          <w:b w:val="0"/>
          <w:i w:val="0"/>
          <w:smallCaps w:val="0"/>
          <w:strike w:val="0"/>
          <w:sz w:val="16"/>
          <w:u w:val="none"/>
        </w:rPr>
        <w:t>"People, in short, who probably don't think national security is about them," McCallum said.</w:t>
      </w:r>
    </w:p>
    <w:p>
      <w:pPr>
        <w:spacing w:after="60"/>
      </w:pPr>
      <w:r>
        <w:rPr>
          <w:b w:val="0"/>
          <w:i w:val="0"/>
          <w:smallCaps w:val="0"/>
          <w:strike w:val="0"/>
          <w:sz w:val="16"/>
          <w:u w:val="none"/>
        </w:rPr>
        <w:t xml:space="preserve">How is </w:t>
      </w:r>
      <w:r>
        <w:rPr>
          <w:b w:val="0"/>
          <w:i w:val="0"/>
          <w:smallCaps w:val="0"/>
          <w:strike w:val="0"/>
          <w:sz w:val="16"/>
          <w:highlight w:val="cyan"/>
          <w:u w:val="none"/>
        </w:rPr>
        <w:t>China</w:t>
      </w:r>
      <w:r>
        <w:rPr>
          <w:b w:val="0"/>
          <w:i w:val="0"/>
          <w:smallCaps w:val="0"/>
          <w:strike w:val="0"/>
          <w:sz w:val="16"/>
          <w:u w:val="none"/>
        </w:rPr>
        <w:t xml:space="preserve"> stealing information?</w:t>
      </w:r>
    </w:p>
    <w:p>
      <w:pPr>
        <w:spacing w:after="60"/>
      </w:pPr>
      <w:r>
        <w:rPr>
          <w:b w:val="0"/>
          <w:i w:val="0"/>
          <w:smallCaps w:val="0"/>
          <w:strike w:val="0"/>
          <w:sz w:val="16"/>
          <w:u w:val="none"/>
        </w:rPr>
        <w:t xml:space="preserve">The </w:t>
      </w:r>
      <w:r>
        <w:rPr>
          <w:b w:val="0"/>
          <w:i w:val="0"/>
          <w:smallCaps w:val="0"/>
          <w:strike w:val="0"/>
          <w:sz w:val="22"/>
          <w:highlight w:val="cyan"/>
          <w:u w:val="single"/>
        </w:rPr>
        <w:t>theft happens</w:t>
      </w:r>
      <w:r>
        <w:rPr>
          <w:b w:val="0"/>
          <w:i w:val="0"/>
          <w:smallCaps w:val="0"/>
          <w:strike w:val="0"/>
          <w:sz w:val="22"/>
          <w:u w:val="single"/>
        </w:rPr>
        <w:t xml:space="preserve"> in several ways</w:t>
      </w:r>
      <w:r>
        <w:rPr>
          <w:b w:val="0"/>
          <w:i w:val="0"/>
          <w:smallCaps w:val="0"/>
          <w:strike w:val="0"/>
          <w:sz w:val="16"/>
          <w:u w:val="none"/>
        </w:rPr>
        <w:t xml:space="preserve">, McCallum said. Company </w:t>
      </w:r>
      <w:r>
        <w:rPr>
          <w:b w:val="0"/>
          <w:i w:val="0"/>
          <w:smallCaps w:val="0"/>
          <w:strike w:val="0"/>
          <w:sz w:val="22"/>
          <w:highlight w:val="cyan"/>
          <w:u w:val="single"/>
        </w:rPr>
        <w:t>employees</w:t>
      </w:r>
      <w:r>
        <w:rPr>
          <w:b w:val="0"/>
          <w:i w:val="0"/>
          <w:smallCaps w:val="0"/>
          <w:strike w:val="0"/>
          <w:sz w:val="22"/>
          <w:u w:val="single"/>
        </w:rPr>
        <w:t xml:space="preserve"> are often </w:t>
      </w:r>
      <w:r>
        <w:rPr>
          <w:b w:val="0"/>
          <w:i w:val="0"/>
          <w:smallCaps w:val="0"/>
          <w:strike w:val="0"/>
          <w:sz w:val="22"/>
          <w:highlight w:val="cyan"/>
          <w:u w:val="single"/>
        </w:rPr>
        <w:t>manipulated</w:t>
      </w:r>
      <w:r>
        <w:rPr>
          <w:b w:val="0"/>
          <w:i w:val="0"/>
          <w:smallCaps w:val="0"/>
          <w:strike w:val="0"/>
          <w:sz w:val="16"/>
          <w:u w:val="none"/>
        </w:rPr>
        <w:t>, sometimes without being aware of what's happening.</w:t>
      </w:r>
    </w:p>
    <w:p>
      <w:pPr>
        <w:spacing w:after="60"/>
      </w:pPr>
      <w:r>
        <w:rPr>
          <w:b w:val="0"/>
          <w:i w:val="0"/>
          <w:smallCaps w:val="0"/>
          <w:strike w:val="0"/>
          <w:sz w:val="16"/>
          <w:u w:val="none"/>
        </w:rPr>
        <w:t>"We have seen, for example, the use of profes</w:t>
      </w:r>
      <w:r>
        <w:rPr>
          <w:b w:val="0"/>
          <w:i w:val="0"/>
          <w:smallCaps w:val="0"/>
          <w:strike w:val="0"/>
          <w:sz w:val="22"/>
          <w:u w:val="single"/>
        </w:rPr>
        <w:t xml:space="preserve">sional networking </w:t>
      </w:r>
      <w:r>
        <w:rPr>
          <w:b w:val="0"/>
          <w:i w:val="0"/>
          <w:smallCaps w:val="0"/>
          <w:strike w:val="0"/>
          <w:sz w:val="22"/>
          <w:highlight w:val="cyan"/>
          <w:u w:val="single"/>
        </w:rPr>
        <w:t>sites</w:t>
      </w:r>
      <w:r>
        <w:rPr>
          <w:b w:val="0"/>
          <w:i w:val="0"/>
          <w:smallCaps w:val="0"/>
          <w:strike w:val="0"/>
          <w:sz w:val="22"/>
          <w:u w:val="single"/>
        </w:rPr>
        <w:t xml:space="preserve"> to </w:t>
      </w:r>
      <w:r>
        <w:rPr>
          <w:b w:val="0"/>
          <w:i w:val="0"/>
          <w:smallCaps w:val="0"/>
          <w:strike w:val="0"/>
          <w:sz w:val="22"/>
          <w:highlight w:val="cyan"/>
          <w:u w:val="single"/>
        </w:rPr>
        <w:t>reach out</w:t>
      </w:r>
      <w:r>
        <w:rPr>
          <w:b w:val="0"/>
          <w:i w:val="0"/>
          <w:smallCaps w:val="0"/>
          <w:strike w:val="0"/>
          <w:sz w:val="22"/>
          <w:u w:val="single"/>
        </w:rPr>
        <w:t xml:space="preserve"> in sort of masked, disguised ways to </w:t>
      </w:r>
      <w:r>
        <w:rPr>
          <w:b w:val="0"/>
          <w:i w:val="0"/>
          <w:smallCaps w:val="0"/>
          <w:strike w:val="0"/>
          <w:sz w:val="22"/>
          <w:highlight w:val="cyan"/>
          <w:u w:val="single"/>
        </w:rPr>
        <w:t>people</w:t>
      </w:r>
      <w:r>
        <w:rPr>
          <w:b w:val="0"/>
          <w:i w:val="0"/>
          <w:smallCaps w:val="0"/>
          <w:strike w:val="0"/>
          <w:sz w:val="16"/>
          <w:u w:val="none"/>
        </w:rPr>
        <w:t xml:space="preserve"> in the U.K., either </w:t>
      </w:r>
      <w:r>
        <w:rPr>
          <w:b w:val="0"/>
          <w:i w:val="0"/>
          <w:smallCaps w:val="0"/>
          <w:strike w:val="0"/>
          <w:sz w:val="16"/>
          <w:highlight w:val="cyan"/>
          <w:u w:val="none"/>
        </w:rPr>
        <w:t>who have</w:t>
      </w:r>
      <w:r>
        <w:rPr>
          <w:b w:val="0"/>
          <w:i w:val="0"/>
          <w:smallCaps w:val="0"/>
          <w:strike w:val="0"/>
          <w:sz w:val="16"/>
          <w:u w:val="none"/>
        </w:rPr>
        <w:t xml:space="preserve"> </w:t>
      </w:r>
      <w:r>
        <w:rPr>
          <w:b w:val="0"/>
          <w:i w:val="0"/>
          <w:smallCaps w:val="0"/>
          <w:strike w:val="0"/>
          <w:sz w:val="22"/>
          <w:u w:val="single"/>
        </w:rPr>
        <w:t xml:space="preserve">security </w:t>
      </w:r>
      <w:r>
        <w:rPr>
          <w:b w:val="0"/>
          <w:i w:val="0"/>
          <w:smallCaps w:val="0"/>
          <w:strike w:val="0"/>
          <w:sz w:val="22"/>
          <w:highlight w:val="cyan"/>
          <w:u w:val="single"/>
        </w:rPr>
        <w:t>clearance or</w:t>
      </w:r>
      <w:r>
        <w:rPr>
          <w:b w:val="0"/>
          <w:i w:val="0"/>
          <w:smallCaps w:val="0"/>
          <w:strike w:val="0"/>
          <w:sz w:val="22"/>
          <w:u w:val="single"/>
        </w:rPr>
        <w:t xml:space="preserve"> who are </w:t>
      </w:r>
      <w:r>
        <w:rPr>
          <w:b w:val="0"/>
          <w:i w:val="0"/>
          <w:smallCaps w:val="0"/>
          <w:strike w:val="0"/>
          <w:sz w:val="22"/>
          <w:highlight w:val="cyan"/>
          <w:u w:val="single"/>
        </w:rPr>
        <w:t>working in</w:t>
      </w:r>
      <w:r>
        <w:rPr>
          <w:b w:val="0"/>
          <w:i w:val="0"/>
          <w:smallCaps w:val="0"/>
          <w:strike w:val="0"/>
          <w:sz w:val="22"/>
          <w:u w:val="single"/>
        </w:rPr>
        <w:t xml:space="preserve"> interesting areas of </w:t>
      </w:r>
      <w:r>
        <w:rPr>
          <w:b w:val="0"/>
          <w:i w:val="0"/>
          <w:smallCaps w:val="0"/>
          <w:strike w:val="0"/>
          <w:sz w:val="22"/>
          <w:highlight w:val="cyan"/>
          <w:u w:val="single"/>
        </w:rPr>
        <w:t>tech</w:t>
      </w:r>
      <w:r>
        <w:rPr>
          <w:b w:val="0"/>
          <w:i w:val="0"/>
          <w:smallCaps w:val="0"/>
          <w:strike w:val="0"/>
          <w:sz w:val="22"/>
          <w:u w:val="single"/>
        </w:rPr>
        <w:t>nology,</w:t>
      </w:r>
      <w:r>
        <w:rPr>
          <w:b w:val="0"/>
          <w:i w:val="0"/>
          <w:smallCaps w:val="0"/>
          <w:strike w:val="0"/>
          <w:sz w:val="16"/>
          <w:u w:val="none"/>
        </w:rPr>
        <w:t xml:space="preserve">" he said. "We've now seen over </w:t>
      </w:r>
      <w:r>
        <w:rPr>
          <w:b w:val="0"/>
          <w:i w:val="0"/>
          <w:smallCaps w:val="0"/>
          <w:strike w:val="0"/>
          <w:sz w:val="22"/>
          <w:highlight w:val="cyan"/>
          <w:u w:val="single"/>
        </w:rPr>
        <w:t>20,000 examples</w:t>
      </w:r>
      <w:r>
        <w:rPr>
          <w:b w:val="0"/>
          <w:i w:val="0"/>
          <w:smallCaps w:val="0"/>
          <w:strike w:val="0"/>
          <w:sz w:val="22"/>
          <w:u w:val="single"/>
        </w:rPr>
        <w:t xml:space="preserve"> of that</w:t>
      </w:r>
      <w:r>
        <w:rPr>
          <w:b w:val="0"/>
          <w:i w:val="0"/>
          <w:smallCaps w:val="0"/>
          <w:strike w:val="0"/>
          <w:sz w:val="16"/>
          <w:u w:val="none"/>
        </w:rPr>
        <w:t xml:space="preserve"> kind of disguised approach to people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U.K.</w:t>
      </w:r>
      <w:r>
        <w:rPr>
          <w:b w:val="0"/>
          <w:i w:val="0"/>
          <w:smallCaps w:val="0"/>
          <w:strike w:val="0"/>
          <w:sz w:val="16"/>
          <w:u w:val="none"/>
        </w:rPr>
        <w:t xml:space="preserve"> who have information that the Chinese state wishes to get its hands on."</w:t>
      </w:r>
    </w:p>
    <w:p>
      <w:pPr>
        <w:spacing w:after="60"/>
      </w:pPr>
      <w:r>
        <w:rPr>
          <w:b w:val="0"/>
          <w:i w:val="0"/>
          <w:smallCaps w:val="0"/>
          <w:strike w:val="0"/>
          <w:sz w:val="22"/>
          <w:highlight w:val="cyan"/>
          <w:u w:val="single"/>
        </w:rPr>
        <w:t>China</w:t>
      </w:r>
      <w:r>
        <w:rPr>
          <w:b w:val="0"/>
          <w:i w:val="0"/>
          <w:smallCaps w:val="0"/>
          <w:strike w:val="0"/>
          <w:sz w:val="22"/>
          <w:u w:val="single"/>
        </w:rPr>
        <w:t xml:space="preserve"> also </w:t>
      </w:r>
      <w:r>
        <w:rPr>
          <w:b w:val="0"/>
          <w:i w:val="0"/>
          <w:smallCaps w:val="0"/>
          <w:strike w:val="0"/>
          <w:sz w:val="22"/>
          <w:highlight w:val="cyan"/>
          <w:u w:val="single"/>
        </w:rPr>
        <w:t>has</w:t>
      </w:r>
      <w:r>
        <w:rPr>
          <w:b w:val="0"/>
          <w:i w:val="0"/>
          <w:smallCaps w:val="0"/>
          <w:strike w:val="0"/>
          <w:sz w:val="22"/>
          <w:u w:val="single"/>
        </w:rPr>
        <w:t xml:space="preserve"> the </w:t>
      </w:r>
      <w:r>
        <w:rPr>
          <w:b w:val="0"/>
          <w:i w:val="0"/>
          <w:smallCaps w:val="0"/>
          <w:strike w:val="0"/>
          <w:sz w:val="22"/>
          <w:highlight w:val="cyan"/>
          <w:u w:val="single"/>
        </w:rPr>
        <w:t>biggest hacking program</w:t>
      </w:r>
      <w:r>
        <w:rPr>
          <w:b w:val="0"/>
          <w:i w:val="0"/>
          <w:smallCaps w:val="0"/>
          <w:strike w:val="0"/>
          <w:sz w:val="22"/>
          <w:u w:val="single"/>
        </w:rPr>
        <w:t xml:space="preserve"> in the </w:t>
      </w:r>
      <w:r>
        <w:rPr>
          <w:b w:val="0"/>
          <w:i w:val="0"/>
          <w:smallCaps w:val="0"/>
          <w:strike w:val="0"/>
          <w:sz w:val="22"/>
          <w:highlight w:val="cyan"/>
          <w:u w:val="single"/>
        </w:rPr>
        <w:t>world</w:t>
      </w:r>
      <w:r>
        <w:rPr>
          <w:b w:val="0"/>
          <w:i w:val="0"/>
          <w:smallCaps w:val="0"/>
          <w:strike w:val="0"/>
          <w:sz w:val="16"/>
          <w:u w:val="none"/>
        </w:rPr>
        <w:t xml:space="preserve">, FBI Director Wray said. </w:t>
      </w:r>
    </w:p>
    <w:p>
      <w:pPr>
        <w:spacing w:after="60"/>
      </w:pPr>
      <w:r>
        <w:rPr>
          <w:b w:val="0"/>
          <w:i w:val="0"/>
          <w:smallCaps w:val="0"/>
          <w:strike w:val="0"/>
          <w:sz w:val="16"/>
          <w:u w:val="none"/>
        </w:rPr>
        <w:t>"[</w:t>
      </w:r>
      <w:r>
        <w:rPr>
          <w:b w:val="0"/>
          <w:i w:val="0"/>
          <w:smallCaps w:val="0"/>
          <w:strike w:val="0"/>
          <w:sz w:val="22"/>
          <w:highlight w:val="cyan"/>
          <w:u w:val="single"/>
        </w:rPr>
        <w:t xml:space="preserve">It has] </w:t>
      </w:r>
      <w:r>
        <w:rPr>
          <w:b/>
          <w:i w:val="0"/>
          <w:smallCaps w:val="0"/>
          <w:strike w:val="0"/>
          <w:sz w:val="22"/>
          <w:highlight w:val="cyan"/>
          <w:u w:val="single"/>
        </w:rPr>
        <w:t>stolen more</w:t>
      </w:r>
      <w:r>
        <w:rPr>
          <w:b w:val="0"/>
          <w:i w:val="0"/>
          <w:smallCaps w:val="0"/>
          <w:strike w:val="0"/>
          <w:sz w:val="22"/>
          <w:highlight w:val="cyan"/>
          <w:u w:val="single"/>
        </w:rPr>
        <w:t xml:space="preserve"> of our</w:t>
      </w:r>
      <w:r>
        <w:rPr>
          <w:b w:val="0"/>
          <w:i w:val="0"/>
          <w:smallCaps w:val="0"/>
          <w:strike w:val="0"/>
          <w:sz w:val="16"/>
          <w:u w:val="none"/>
        </w:rPr>
        <w:t xml:space="preserve"> personal and corporate </w:t>
      </w:r>
      <w:r>
        <w:rPr>
          <w:b/>
          <w:i w:val="0"/>
          <w:smallCaps w:val="0"/>
          <w:strike w:val="0"/>
          <w:sz w:val="22"/>
          <w:highlight w:val="cyan"/>
          <w:u w:val="single"/>
        </w:rPr>
        <w:t>data</w:t>
      </w:r>
      <w:r>
        <w:rPr>
          <w:b w:val="0"/>
          <w:i w:val="0"/>
          <w:smallCaps w:val="0"/>
          <w:strike w:val="0"/>
          <w:sz w:val="22"/>
          <w:highlight w:val="cyan"/>
          <w:u w:val="single"/>
        </w:rPr>
        <w:t xml:space="preserve"> than every nation</w:t>
      </w:r>
      <w:r>
        <w:rPr>
          <w:b w:val="0"/>
          <w:i w:val="0"/>
          <w:smallCaps w:val="0"/>
          <w:strike w:val="0"/>
          <w:sz w:val="16"/>
          <w:u w:val="none"/>
        </w:rPr>
        <w:t xml:space="preserve">, big or small, </w:t>
      </w:r>
      <w:r>
        <w:rPr>
          <w:b w:val="0"/>
          <w:i w:val="0"/>
          <w:smallCaps w:val="0"/>
          <w:strike w:val="0"/>
          <w:sz w:val="16"/>
          <w:highlight w:val="cyan"/>
          <w:u w:val="none"/>
        </w:rPr>
        <w:t>combined</w:t>
      </w:r>
      <w:r>
        <w:rPr>
          <w:b w:val="0"/>
          <w:i w:val="0"/>
          <w:smallCaps w:val="0"/>
          <w:strike w:val="0"/>
          <w:sz w:val="16"/>
          <w:u w:val="none"/>
        </w:rPr>
        <w:t xml:space="preserve">," Wray said. </w:t>
      </w:r>
    </w:p>
    <w:p>
      <w:pPr>
        <w:spacing w:after="60"/>
      </w:pPr>
      <w:r>
        <w:rPr>
          <w:b w:val="0"/>
          <w:i w:val="0"/>
          <w:smallCaps w:val="0"/>
          <w:strike w:val="0"/>
          <w:sz w:val="16"/>
          <w:u w:val="none"/>
        </w:rPr>
        <w:t xml:space="preserve">Chinese companies overseen by the Communist Party are also a concern, the intelligence leaders said. Sometimes Chinese companies acquire land and companies in other countries for espionage purposes, the director of the Canadian Security Intelligence Service David Vigneault said. </w:t>
      </w:r>
    </w:p>
    <w:p>
      <w:pPr>
        <w:spacing w:after="60"/>
      </w:pPr>
      <w:r>
        <w:rPr>
          <w:b w:val="0"/>
          <w:i w:val="0"/>
          <w:smallCaps w:val="0"/>
          <w:strike w:val="0"/>
          <w:sz w:val="16"/>
          <w:u w:val="none"/>
        </w:rPr>
        <w:t>"We've seen a variety of efforts by Chinese businesses, in some cases state-owned enterprises, in some cases ostensibly private companies, attempting to acquire businesses, land, infrastructure, what have you, in the United States in a way that presents national security concerns," Wray said.</w:t>
      </w:r>
    </w:p>
    <w:p>
      <w:pPr>
        <w:spacing w:after="60"/>
      </w:pPr>
      <w:r>
        <w:rPr>
          <w:b w:val="0"/>
          <w:i w:val="0"/>
          <w:smallCaps w:val="0"/>
          <w:strike w:val="0"/>
          <w:sz w:val="16"/>
          <w:u w:val="none"/>
        </w:rPr>
        <w:t>What are intelligence leaders doing to stop China's global espionage campaign?</w:t>
      </w:r>
    </w:p>
    <w:p>
      <w:pPr>
        <w:spacing w:after="60"/>
      </w:pPr>
      <w:r>
        <w:rPr>
          <w:b w:val="0"/>
          <w:i w:val="0"/>
          <w:smallCaps w:val="0"/>
          <w:strike w:val="0"/>
          <w:sz w:val="16"/>
          <w:u w:val="none"/>
        </w:rPr>
        <w:t xml:space="preserve">The </w:t>
      </w:r>
      <w:r>
        <w:rPr>
          <w:b w:val="0"/>
          <w:i w:val="0"/>
          <w:smallCaps w:val="0"/>
          <w:strike w:val="0"/>
          <w:sz w:val="22"/>
          <w:highlight w:val="cyan"/>
          <w:u w:val="single"/>
        </w:rPr>
        <w:t>Five Eyes</w:t>
      </w:r>
      <w:r>
        <w:rPr>
          <w:b w:val="0"/>
          <w:i w:val="0"/>
          <w:smallCaps w:val="0"/>
          <w:strike w:val="0"/>
          <w:sz w:val="22"/>
          <w:u w:val="single"/>
        </w:rPr>
        <w:t xml:space="preserve"> intelligence </w:t>
      </w:r>
      <w:r>
        <w:rPr>
          <w:b w:val="0"/>
          <w:i w:val="0"/>
          <w:smallCaps w:val="0"/>
          <w:strike w:val="0"/>
          <w:sz w:val="22"/>
          <w:highlight w:val="cyan"/>
          <w:u w:val="single"/>
        </w:rPr>
        <w:t>leaders</w:t>
      </w:r>
      <w:r>
        <w:rPr>
          <w:b w:val="0"/>
          <w:i w:val="0"/>
          <w:smallCaps w:val="0"/>
          <w:strike w:val="0"/>
          <w:sz w:val="22"/>
          <w:u w:val="single"/>
        </w:rPr>
        <w:t xml:space="preserve"> privately </w:t>
      </w:r>
      <w:r>
        <w:rPr>
          <w:b w:val="0"/>
          <w:i w:val="0"/>
          <w:smallCaps w:val="0"/>
          <w:strike w:val="0"/>
          <w:sz w:val="22"/>
          <w:highlight w:val="cyan"/>
          <w:u w:val="single"/>
        </w:rPr>
        <w:t>met</w:t>
      </w:r>
      <w:r>
        <w:rPr>
          <w:b w:val="0"/>
          <w:i w:val="0"/>
          <w:smallCaps w:val="0"/>
          <w:strike w:val="0"/>
          <w:sz w:val="16"/>
          <w:u w:val="none"/>
        </w:rPr>
        <w:t xml:space="preserve"> Wednesday with 15 top Silicon Valley executives and Stanford University. </w:t>
      </w:r>
    </w:p>
    <w:p>
      <w:pPr>
        <w:spacing w:after="60"/>
      </w:pPr>
      <w:r>
        <w:rPr>
          <w:b w:val="0"/>
          <w:i w:val="0"/>
          <w:smallCaps w:val="0"/>
          <w:strike w:val="0"/>
          <w:sz w:val="16"/>
          <w:u w:val="none"/>
        </w:rPr>
        <w:t xml:space="preserve">They </w:t>
      </w:r>
      <w:r>
        <w:rPr>
          <w:b w:val="0"/>
          <w:i w:val="0"/>
          <w:smallCaps w:val="0"/>
          <w:strike w:val="0"/>
          <w:sz w:val="22"/>
          <w:u w:val="single"/>
        </w:rPr>
        <w:t xml:space="preserve">came into the </w:t>
      </w:r>
      <w:r>
        <w:rPr>
          <w:b/>
          <w:i w:val="0"/>
          <w:smallCaps w:val="0"/>
          <w:strike w:val="0"/>
          <w:sz w:val="22"/>
          <w:u w:val="single"/>
        </w:rPr>
        <w:t>meetings</w:t>
      </w:r>
      <w:r>
        <w:rPr>
          <w:b w:val="0"/>
          <w:i w:val="0"/>
          <w:smallCaps w:val="0"/>
          <w:strike w:val="0"/>
          <w:sz w:val="22"/>
          <w:u w:val="single"/>
        </w:rPr>
        <w:t xml:space="preserve"> to </w:t>
      </w:r>
      <w:r>
        <w:rPr>
          <w:b w:val="0"/>
          <w:i w:val="0"/>
          <w:smallCaps w:val="0"/>
          <w:strike w:val="0"/>
          <w:sz w:val="22"/>
          <w:highlight w:val="cyan"/>
          <w:u w:val="single"/>
        </w:rPr>
        <w:t xml:space="preserve">figure out ways to </w:t>
      </w:r>
      <w:r>
        <w:rPr>
          <w:b/>
          <w:i w:val="0"/>
          <w:smallCaps w:val="0"/>
          <w:strike w:val="0"/>
          <w:sz w:val="22"/>
          <w:highlight w:val="cyan"/>
          <w:u w:val="single"/>
        </w:rPr>
        <w:t>protect</w:t>
      </w:r>
      <w:r>
        <w:rPr>
          <w:b w:val="0"/>
          <w:i w:val="0"/>
          <w:smallCaps w:val="0"/>
          <w:strike w:val="0"/>
          <w:sz w:val="22"/>
          <w:u w:val="single"/>
        </w:rPr>
        <w:t xml:space="preserve"> the </w:t>
      </w:r>
      <w:r>
        <w:rPr>
          <w:b/>
          <w:i w:val="0"/>
          <w:smallCaps w:val="0"/>
          <w:strike w:val="0"/>
          <w:sz w:val="22"/>
          <w:highlight w:val="cyan"/>
          <w:u w:val="single"/>
        </w:rPr>
        <w:t>companies</w:t>
      </w:r>
      <w:r>
        <w:rPr>
          <w:b w:val="0"/>
          <w:i w:val="0"/>
          <w:smallCaps w:val="0"/>
          <w:strike w:val="0"/>
          <w:sz w:val="22"/>
          <w:u w:val="single"/>
        </w:rPr>
        <w:t xml:space="preserve"> and their </w:t>
      </w:r>
      <w:r>
        <w:rPr>
          <w:b/>
          <w:i w:val="0"/>
          <w:smallCaps w:val="0"/>
          <w:strike w:val="0"/>
          <w:sz w:val="22"/>
          <w:highlight w:val="cyan"/>
          <w:u w:val="single"/>
        </w:rPr>
        <w:t>i</w:t>
      </w:r>
      <w:r>
        <w:rPr>
          <w:b w:val="0"/>
          <w:i w:val="0"/>
          <w:smallCaps w:val="0"/>
          <w:strike w:val="0"/>
          <w:sz w:val="22"/>
          <w:u w:val="single"/>
        </w:rPr>
        <w:t xml:space="preserve">ntellectual </w:t>
      </w:r>
      <w:r>
        <w:rPr>
          <w:b/>
          <w:i w:val="0"/>
          <w:smallCaps w:val="0"/>
          <w:strike w:val="0"/>
          <w:sz w:val="22"/>
          <w:highlight w:val="cyan"/>
          <w:u w:val="single"/>
        </w:rPr>
        <w:t>p</w:t>
      </w:r>
      <w:r>
        <w:rPr>
          <w:b w:val="0"/>
          <w:i w:val="0"/>
          <w:smallCaps w:val="0"/>
          <w:strike w:val="0"/>
          <w:sz w:val="22"/>
          <w:u w:val="single"/>
        </w:rPr>
        <w:t>roperty</w:t>
      </w:r>
      <w:r>
        <w:rPr>
          <w:b w:val="0"/>
          <w:i w:val="0"/>
          <w:smallCaps w:val="0"/>
          <w:strike w:val="0"/>
          <w:sz w:val="16"/>
          <w:u w:val="none"/>
        </w:rPr>
        <w:t>, Wray said. The companies, in turn, told the intelligence heads some of their needs and how they felt they could help.</w:t>
      </w:r>
    </w:p>
    <w:p>
      <w:pPr>
        <w:spacing w:after="60"/>
      </w:pPr>
      <w:r>
        <w:rPr>
          <w:b w:val="0"/>
          <w:i w:val="0"/>
          <w:smallCaps w:val="0"/>
          <w:strike w:val="0"/>
          <w:sz w:val="16"/>
          <w:u w:val="none"/>
        </w:rPr>
        <w:t>MI5 Director General McCallum has a message for companies that may now want their guidance.</w:t>
      </w:r>
    </w:p>
    <w:p>
      <w:pPr>
        <w:spacing w:after="60"/>
      </w:pPr>
      <w:r>
        <w:rPr>
          <w:b w:val="0"/>
          <w:i w:val="0"/>
          <w:smallCaps w:val="0"/>
          <w:strike w:val="0"/>
          <w:sz w:val="16"/>
          <w:u w:val="none"/>
        </w:rPr>
        <w:t>"I would say that if you are operating at the cutting edge of tech in this decade, you may not be interested in geopolitics, but geopolitics is interested in you," McCallum said. "And you would be reckless, not just with my secrets but with your own company's viability, with your shareholders' capital if you didn't think about what that means."</w:t>
      </w:r>
    </w:p>
    <w:p>
      <w:pPr>
        <w:spacing w:after="60"/>
      </w:pPr>
      <w:r>
        <w:rPr>
          <w:b w:val="0"/>
          <w:i w:val="0"/>
          <w:smallCaps w:val="0"/>
          <w:strike w:val="0"/>
          <w:sz w:val="16"/>
          <w:u w:val="none"/>
        </w:rPr>
        <w:t>The Five Eyes partnership is an important part of the effort dealing with intelligence threats, New Zealand Security Intelligence Service Director-General Andrew Hampton said.</w:t>
      </w:r>
    </w:p>
    <w:p>
      <w:pPr>
        <w:spacing w:after="60"/>
      </w:pPr>
      <w:r>
        <w:rPr>
          <w:b w:val="0"/>
          <w:i w:val="0"/>
          <w:smallCaps w:val="0"/>
          <w:strike w:val="0"/>
          <w:sz w:val="16"/>
          <w:u w:val="none"/>
        </w:rPr>
        <w:t>The Five Eyes' message to China</w:t>
      </w:r>
    </w:p>
    <w:p>
      <w:pPr>
        <w:spacing w:after="60"/>
      </w:pPr>
      <w:r>
        <w:rPr>
          <w:b w:val="0"/>
          <w:i w:val="0"/>
          <w:smallCaps w:val="0"/>
          <w:strike w:val="0"/>
          <w:sz w:val="16"/>
          <w:u w:val="none"/>
        </w:rPr>
        <w:t xml:space="preserve">With all the worries over China, Wray said </w:t>
      </w:r>
      <w:r>
        <w:rPr>
          <w:b w:val="0"/>
          <w:i w:val="0"/>
          <w:smallCaps w:val="0"/>
          <w:strike w:val="0"/>
          <w:sz w:val="22"/>
          <w:u w:val="single"/>
        </w:rPr>
        <w:t xml:space="preserve">the </w:t>
      </w:r>
      <w:r>
        <w:rPr>
          <w:b w:val="0"/>
          <w:i w:val="0"/>
          <w:smallCaps w:val="0"/>
          <w:strike w:val="0"/>
          <w:sz w:val="22"/>
          <w:highlight w:val="cyan"/>
          <w:u w:val="single"/>
        </w:rPr>
        <w:t>U.S.</w:t>
      </w:r>
      <w:r>
        <w:rPr>
          <w:b w:val="0"/>
          <w:i w:val="0"/>
          <w:smallCaps w:val="0"/>
          <w:strike w:val="0"/>
          <w:sz w:val="22"/>
          <w:u w:val="single"/>
        </w:rPr>
        <w:t xml:space="preserve"> </w:t>
      </w:r>
      <w:r>
        <w:rPr>
          <w:b w:val="0"/>
          <w:i w:val="0"/>
          <w:smallCaps w:val="0"/>
          <w:strike w:val="0"/>
          <w:sz w:val="22"/>
          <w:highlight w:val="cyan"/>
          <w:u w:val="single"/>
        </w:rPr>
        <w:t>still welcomes business</w:t>
      </w:r>
      <w:r>
        <w:rPr>
          <w:b w:val="0"/>
          <w:i w:val="0"/>
          <w:smallCaps w:val="0"/>
          <w:strike w:val="0"/>
          <w:sz w:val="16"/>
          <w:u w:val="none"/>
        </w:rPr>
        <w:t xml:space="preserve">, visitors and academic exchange </w:t>
      </w:r>
      <w:r>
        <w:rPr>
          <w:b w:val="0"/>
          <w:i w:val="0"/>
          <w:smallCaps w:val="0"/>
          <w:strike w:val="0"/>
          <w:sz w:val="22"/>
          <w:highlight w:val="cyan"/>
          <w:u w:val="single"/>
        </w:rPr>
        <w:t>with China</w:t>
      </w:r>
      <w:r>
        <w:rPr>
          <w:b w:val="0"/>
          <w:i w:val="0"/>
          <w:smallCaps w:val="0"/>
          <w:strike w:val="0"/>
          <w:sz w:val="22"/>
          <w:u w:val="single"/>
        </w:rPr>
        <w:t xml:space="preserve">, </w:t>
      </w:r>
      <w:r>
        <w:rPr>
          <w:b w:val="0"/>
          <w:i w:val="0"/>
          <w:smallCaps w:val="0"/>
          <w:strike w:val="0"/>
          <w:sz w:val="22"/>
          <w:highlight w:val="cyan"/>
          <w:u w:val="single"/>
        </w:rPr>
        <w:t>but not</w:t>
      </w:r>
      <w:r>
        <w:rPr>
          <w:b w:val="0"/>
          <w:i w:val="0"/>
          <w:smallCaps w:val="0"/>
          <w:strike w:val="0"/>
          <w:sz w:val="22"/>
          <w:u w:val="single"/>
        </w:rPr>
        <w:t xml:space="preserve"> cheating, </w:t>
      </w:r>
      <w:r>
        <w:rPr>
          <w:b w:val="0"/>
          <w:i w:val="0"/>
          <w:smallCaps w:val="0"/>
          <w:strike w:val="0"/>
          <w:sz w:val="22"/>
          <w:highlight w:val="cyan"/>
          <w:u w:val="single"/>
        </w:rPr>
        <w:t>theft</w:t>
      </w:r>
      <w:r>
        <w:rPr>
          <w:b w:val="0"/>
          <w:i w:val="0"/>
          <w:smallCaps w:val="0"/>
          <w:strike w:val="0"/>
          <w:sz w:val="22"/>
          <w:u w:val="single"/>
        </w:rPr>
        <w:t xml:space="preserve"> or repression</w:t>
      </w:r>
      <w:r>
        <w:rPr>
          <w:b w:val="0"/>
          <w:i w:val="0"/>
          <w:smallCaps w:val="0"/>
          <w:strike w:val="0"/>
          <w:sz w:val="16"/>
          <w:u w:val="none"/>
        </w:rPr>
        <w:t>.</w:t>
      </w:r>
    </w:p>
    <w:p>
      <w:pPr>
        <w:spacing w:after="60"/>
      </w:pPr>
      <w:r>
        <w:rPr>
          <w:b w:val="0"/>
          <w:i w:val="0"/>
          <w:smallCaps w:val="0"/>
          <w:strike w:val="0"/>
          <w:sz w:val="16"/>
          <w:u w:val="none"/>
        </w:rPr>
        <w:t xml:space="preserve">"I would </w:t>
      </w:r>
      <w:r>
        <w:rPr>
          <w:b w:val="0"/>
          <w:i w:val="0"/>
          <w:smallCaps w:val="0"/>
          <w:strike w:val="0"/>
          <w:sz w:val="22"/>
          <w:highlight w:val="cyan"/>
          <w:u w:val="single"/>
        </w:rPr>
        <w:t>say to</w:t>
      </w:r>
      <w:r>
        <w:rPr>
          <w:b w:val="0"/>
          <w:i w:val="0"/>
          <w:smallCaps w:val="0"/>
          <w:strike w:val="0"/>
          <w:sz w:val="22"/>
          <w:u w:val="single"/>
        </w:rPr>
        <w:t xml:space="preserve"> the </w:t>
      </w:r>
      <w:r>
        <w:rPr>
          <w:b w:val="0"/>
          <w:i w:val="0"/>
          <w:smallCaps w:val="0"/>
          <w:strike w:val="0"/>
          <w:sz w:val="22"/>
          <w:highlight w:val="cyan"/>
          <w:u w:val="single"/>
        </w:rPr>
        <w:t>Chinese</w:t>
      </w:r>
      <w:r>
        <w:rPr>
          <w:b w:val="0"/>
          <w:i w:val="0"/>
          <w:smallCaps w:val="0"/>
          <w:strike w:val="0"/>
          <w:sz w:val="22"/>
          <w:u w:val="single"/>
        </w:rPr>
        <w:t xml:space="preserve"> </w:t>
      </w:r>
      <w:r>
        <w:rPr>
          <w:b w:val="0"/>
          <w:i w:val="0"/>
          <w:smallCaps w:val="0"/>
          <w:strike w:val="0"/>
          <w:sz w:val="22"/>
          <w:highlight w:val="cyan"/>
          <w:u w:val="single"/>
        </w:rPr>
        <w:t>gov</w:t>
      </w:r>
      <w:r>
        <w:rPr>
          <w:b w:val="0"/>
          <w:i w:val="0"/>
          <w:smallCaps w:val="0"/>
          <w:strike w:val="0"/>
          <w:sz w:val="22"/>
          <w:u w:val="single"/>
        </w:rPr>
        <w:t>ernment</w:t>
      </w:r>
      <w:r>
        <w:rPr>
          <w:b w:val="0"/>
          <w:i w:val="0"/>
          <w:smallCaps w:val="0"/>
          <w:strike w:val="0"/>
          <w:sz w:val="16"/>
          <w:u w:val="none"/>
        </w:rPr>
        <w:t xml:space="preserve">, if they want to be a great nation, it's time for them to start acting like one," Wray said. "And that includes </w:t>
      </w:r>
      <w:r>
        <w:rPr>
          <w:b w:val="0"/>
          <w:i w:val="0"/>
          <w:smallCaps w:val="0"/>
          <w:strike w:val="0"/>
          <w:sz w:val="22"/>
          <w:highlight w:val="cyan"/>
          <w:u w:val="single"/>
        </w:rPr>
        <w:t>abiding</w:t>
      </w:r>
      <w:r>
        <w:rPr>
          <w:b w:val="0"/>
          <w:i w:val="0"/>
          <w:smallCaps w:val="0"/>
          <w:strike w:val="0"/>
          <w:sz w:val="22"/>
          <w:u w:val="single"/>
        </w:rPr>
        <w:t xml:space="preserve"> by its own </w:t>
      </w:r>
      <w:r>
        <w:rPr>
          <w:b w:val="0"/>
          <w:i w:val="0"/>
          <w:smallCaps w:val="0"/>
          <w:strike w:val="0"/>
          <w:sz w:val="22"/>
          <w:highlight w:val="cyan"/>
          <w:u w:val="single"/>
        </w:rPr>
        <w:t>commitments</w:t>
      </w:r>
      <w:r>
        <w:rPr>
          <w:b w:val="0"/>
          <w:i w:val="0"/>
          <w:smallCaps w:val="0"/>
          <w:strike w:val="0"/>
          <w:sz w:val="22"/>
          <w:u w:val="single"/>
        </w:rPr>
        <w:t xml:space="preserve"> </w:t>
      </w:r>
      <w:r>
        <w:rPr>
          <w:b/>
          <w:i w:val="0"/>
          <w:smallCaps w:val="0"/>
          <w:strike w:val="0"/>
          <w:sz w:val="22"/>
          <w:highlight w:val="cyan"/>
          <w:u w:val="single"/>
        </w:rPr>
        <w:t>not</w:t>
      </w:r>
      <w:r>
        <w:rPr>
          <w:b/>
          <w:i w:val="0"/>
          <w:smallCaps w:val="0"/>
          <w:strike w:val="0"/>
          <w:sz w:val="22"/>
          <w:u w:val="single"/>
        </w:rPr>
        <w:t xml:space="preserve"> to </w:t>
      </w:r>
      <w:r>
        <w:rPr>
          <w:b/>
          <w:i w:val="0"/>
          <w:smallCaps w:val="0"/>
          <w:strike w:val="0"/>
          <w:sz w:val="22"/>
          <w:highlight w:val="cyan"/>
          <w:u w:val="single"/>
        </w:rPr>
        <w:t>steal innovation</w:t>
      </w:r>
      <w:r>
        <w:rPr>
          <w:b/>
          <w:i w:val="0"/>
          <w:smallCaps w:val="0"/>
          <w:strike w:val="0"/>
          <w:sz w:val="22"/>
          <w:u w:val="single"/>
        </w:rPr>
        <w:t>.</w:t>
      </w:r>
      <w:r>
        <w:rPr>
          <w:b w:val="0"/>
          <w:i w:val="0"/>
          <w:smallCaps w:val="0"/>
          <w:strike w:val="0"/>
          <w:sz w:val="16"/>
          <w:u w:val="none"/>
        </w:rPr>
        <w:t xml:space="preserve"> That includes not exporting repression to other countries. That includes working with all of our countries and all the other countries that we work with all the time who have common threats, like cybercrime, fentanyl trafficking, money laundering. It </w:t>
      </w:r>
      <w:r>
        <w:rPr>
          <w:b w:val="0"/>
          <w:i w:val="0"/>
          <w:smallCaps w:val="0"/>
          <w:strike w:val="0"/>
          <w:sz w:val="22"/>
          <w:u w:val="single"/>
        </w:rPr>
        <w:t xml:space="preserve">means </w:t>
      </w:r>
      <w:r>
        <w:rPr>
          <w:b w:val="0"/>
          <w:i w:val="0"/>
          <w:smallCaps w:val="0"/>
          <w:strike w:val="0"/>
          <w:sz w:val="22"/>
          <w:highlight w:val="cyan"/>
          <w:u w:val="single"/>
        </w:rPr>
        <w:t>not working with criminals but</w:t>
      </w:r>
      <w:r>
        <w:rPr>
          <w:b w:val="0"/>
          <w:i w:val="0"/>
          <w:smallCaps w:val="0"/>
          <w:strike w:val="0"/>
          <w:sz w:val="22"/>
          <w:u w:val="single"/>
        </w:rPr>
        <w:t xml:space="preserve"> rather </w:t>
      </w:r>
      <w:r>
        <w:rPr>
          <w:b w:val="0"/>
          <w:i w:val="0"/>
          <w:smallCaps w:val="0"/>
          <w:strike w:val="0"/>
          <w:sz w:val="22"/>
          <w:highlight w:val="cyan"/>
          <w:u w:val="single"/>
        </w:rPr>
        <w:t>working</w:t>
      </w:r>
      <w:r>
        <w:rPr>
          <w:b w:val="0"/>
          <w:i w:val="0"/>
          <w:smallCaps w:val="0"/>
          <w:strike w:val="0"/>
          <w:sz w:val="22"/>
          <w:u w:val="single"/>
        </w:rPr>
        <w:t xml:space="preserve"> to </w:t>
      </w:r>
      <w:r>
        <w:rPr>
          <w:b w:val="0"/>
          <w:i w:val="0"/>
          <w:smallCaps w:val="0"/>
          <w:strike w:val="0"/>
          <w:sz w:val="22"/>
          <w:highlight w:val="cyan"/>
          <w:u w:val="single"/>
        </w:rPr>
        <w:t>uphold</w:t>
      </w:r>
      <w:r>
        <w:rPr>
          <w:b w:val="0"/>
          <w:i w:val="0"/>
          <w:smallCaps w:val="0"/>
          <w:strike w:val="0"/>
          <w:sz w:val="22"/>
          <w:u w:val="single"/>
        </w:rPr>
        <w:t xml:space="preserve"> the </w:t>
      </w:r>
      <w:r>
        <w:rPr>
          <w:b w:val="0"/>
          <w:i w:val="0"/>
          <w:smallCaps w:val="0"/>
          <w:strike w:val="0"/>
          <w:sz w:val="22"/>
          <w:highlight w:val="cyan"/>
          <w:u w:val="single"/>
        </w:rPr>
        <w:t>rule of law</w:t>
      </w:r>
      <w:r>
        <w:rPr>
          <w:b w:val="0"/>
          <w:i w:val="0"/>
          <w:smallCaps w:val="0"/>
          <w:strike w:val="0"/>
          <w:sz w:val="22"/>
          <w:u w:val="single"/>
        </w:rPr>
        <w:t>."</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