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way ahead of trump in the Minority Vote</w:t>
      </w:r>
    </w:p>
    <w:p>
      <w:pPr>
        <w:spacing w:after="80"/>
      </w:pPr>
      <w:r>
        <w:rPr>
          <w:b/>
          <w:i w:val="0"/>
          <w:smallCaps w:val="0"/>
          <w:strike w:val="0"/>
          <w:sz w:val="26"/>
          <w:u w:val="none"/>
        </w:rPr>
        <w:t>Palmer 7/29</w:t>
      </w:r>
      <w:r>
        <w:rPr>
          <w:b w:val="0"/>
          <w:i w:val="0"/>
          <w:smallCaps w:val="0"/>
          <w:strike w:val="0"/>
          <w:u w:val="none"/>
        </w:rPr>
        <w:t>, Ewan Palmer is a reporter for Newsweek, “Donald Trump Receives Crushing Polls From Black Voters”, 7/29/24, JLB, https://www.newsweek.com/donald-trump-black-voters-poll-kamala-harris-1931406</w:t>
      </w:r>
    </w:p>
    <w:p>
      <w:pPr>
        <w:spacing w:after="60"/>
      </w:pPr>
      <w:r>
        <w:rPr>
          <w:b w:val="0"/>
          <w:i w:val="0"/>
          <w:smallCaps w:val="0"/>
          <w:strike w:val="0"/>
          <w:sz w:val="22"/>
          <w:highlight w:val="cyan"/>
          <w:u w:val="single"/>
        </w:rPr>
        <w:t>A new poll</w:t>
      </w:r>
      <w:r>
        <w:rPr>
          <w:b w:val="0"/>
          <w:i w:val="0"/>
          <w:smallCaps w:val="0"/>
          <w:strike w:val="0"/>
          <w:sz w:val="22"/>
          <w:u w:val="single"/>
        </w:rPr>
        <w:t xml:space="preserve"> has shown that former President Donald </w:t>
      </w:r>
      <w:r>
        <w:rPr>
          <w:b w:val="0"/>
          <w:i w:val="0"/>
          <w:smallCaps w:val="0"/>
          <w:strike w:val="0"/>
          <w:sz w:val="22"/>
          <w:highlight w:val="cyan"/>
          <w:u w:val="single"/>
        </w:rPr>
        <w:t>Trump is</w:t>
      </w:r>
      <w:r>
        <w:rPr>
          <w:b w:val="0"/>
          <w:i w:val="0"/>
          <w:smallCaps w:val="0"/>
          <w:strike w:val="0"/>
          <w:sz w:val="22"/>
          <w:u w:val="single"/>
        </w:rPr>
        <w:t xml:space="preserve"> once again </w:t>
      </w:r>
      <w:r>
        <w:rPr>
          <w:b w:val="0"/>
          <w:i w:val="0"/>
          <w:smallCaps w:val="0"/>
          <w:strike w:val="0"/>
          <w:sz w:val="22"/>
          <w:highlight w:val="cyan"/>
          <w:u w:val="single"/>
        </w:rPr>
        <w:t>way behind</w:t>
      </w:r>
      <w:r>
        <w:rPr>
          <w:b w:val="0"/>
          <w:i w:val="0"/>
          <w:smallCaps w:val="0"/>
          <w:strike w:val="0"/>
          <w:sz w:val="22"/>
          <w:u w:val="single"/>
        </w:rPr>
        <w:t xml:space="preserve"> Vice President Kamala </w:t>
      </w:r>
      <w:r>
        <w:rPr>
          <w:b w:val="0"/>
          <w:i w:val="0"/>
          <w:smallCaps w:val="0"/>
          <w:strike w:val="0"/>
          <w:sz w:val="22"/>
          <w:highlight w:val="cyan"/>
          <w:u w:val="single"/>
        </w:rPr>
        <w:t>Harris in terms of support from Black voters</w:t>
      </w:r>
      <w:r>
        <w:rPr>
          <w:b w:val="0"/>
          <w:i w:val="0"/>
          <w:smallCaps w:val="0"/>
          <w:strike w:val="0"/>
          <w:sz w:val="22"/>
          <w:u w:val="single"/>
        </w:rPr>
        <w:t xml:space="preserve"> in the 2024 election.</w:t>
      </w:r>
    </w:p>
    <w:p>
      <w:pPr>
        <w:spacing w:after="60"/>
      </w:pPr>
      <w:r>
        <w:rPr>
          <w:b w:val="0"/>
          <w:i w:val="0"/>
          <w:smallCaps w:val="0"/>
          <w:strike w:val="0"/>
          <w:sz w:val="14"/>
          <w:u w:val="none"/>
        </w:rPr>
        <w:t xml:space="preserve">An Angus Reid Institute survey of 1,743 registered voters, conducted between July 23 and 25, shows that </w:t>
      </w:r>
      <w:r>
        <w:rPr>
          <w:b w:val="0"/>
          <w:i w:val="0"/>
          <w:smallCaps w:val="0"/>
          <w:strike w:val="0"/>
          <w:sz w:val="22"/>
          <w:highlight w:val="cyan"/>
          <w:u w:val="single"/>
        </w:rPr>
        <w:t>Harris</w:t>
      </w:r>
      <w:r>
        <w:rPr>
          <w:b w:val="0"/>
          <w:i w:val="0"/>
          <w:smallCaps w:val="0"/>
          <w:strike w:val="0"/>
          <w:sz w:val="22"/>
          <w:u w:val="single"/>
        </w:rPr>
        <w:t xml:space="preserve">, the presumptive 2024 Democratic nominee, </w:t>
      </w:r>
      <w:r>
        <w:rPr>
          <w:b w:val="0"/>
          <w:i w:val="0"/>
          <w:smallCaps w:val="0"/>
          <w:strike w:val="0"/>
          <w:sz w:val="22"/>
          <w:highlight w:val="cyan"/>
          <w:u w:val="single"/>
        </w:rPr>
        <w:t>is 2 points</w:t>
      </w:r>
      <w:r>
        <w:rPr>
          <w:b w:val="0"/>
          <w:i w:val="0"/>
          <w:smallCaps w:val="0"/>
          <w:strike w:val="0"/>
          <w:sz w:val="22"/>
          <w:u w:val="single"/>
        </w:rPr>
        <w:t xml:space="preserve"> </w:t>
      </w:r>
      <w:r>
        <w:rPr>
          <w:b w:val="0"/>
          <w:i w:val="0"/>
          <w:smallCaps w:val="0"/>
          <w:strike w:val="0"/>
          <w:sz w:val="22"/>
          <w:highlight w:val="cyan"/>
          <w:u w:val="single"/>
        </w:rPr>
        <w:t>ahead</w:t>
      </w:r>
      <w:r>
        <w:rPr>
          <w:b w:val="0"/>
          <w:i w:val="0"/>
          <w:smallCaps w:val="0"/>
          <w:strike w:val="0"/>
          <w:sz w:val="22"/>
          <w:u w:val="single"/>
        </w:rPr>
        <w:t xml:space="preserve"> of the former president (44 percent to 42) with just over three months until November's election.</w:t>
      </w:r>
    </w:p>
    <w:p>
      <w:pPr>
        <w:spacing w:after="60"/>
      </w:pPr>
      <w:r>
        <w:rPr>
          <w:b w:val="0"/>
          <w:i w:val="0"/>
          <w:smallCaps w:val="0"/>
          <w:strike w:val="0"/>
          <w:sz w:val="14"/>
          <w:u w:val="none"/>
        </w:rPr>
        <w:t xml:space="preserve">When broken down further, the polls show that </w:t>
      </w:r>
      <w:r>
        <w:rPr>
          <w:b w:val="0"/>
          <w:i w:val="0"/>
          <w:smallCaps w:val="0"/>
          <w:strike w:val="0"/>
          <w:sz w:val="22"/>
          <w:highlight w:val="cyan"/>
          <w:u w:val="single"/>
        </w:rPr>
        <w:t>more than two-thirds</w:t>
      </w:r>
      <w:r>
        <w:rPr>
          <w:b w:val="0"/>
          <w:i w:val="0"/>
          <w:smallCaps w:val="0"/>
          <w:strike w:val="0"/>
          <w:sz w:val="22"/>
          <w:u w:val="single"/>
        </w:rPr>
        <w:t xml:space="preserve"> (67 percent) </w:t>
      </w:r>
      <w:r>
        <w:rPr>
          <w:b w:val="0"/>
          <w:i w:val="0"/>
          <w:smallCaps w:val="0"/>
          <w:strike w:val="0"/>
          <w:sz w:val="22"/>
          <w:highlight w:val="cyan"/>
          <w:u w:val="single"/>
        </w:rPr>
        <w:t>of</w:t>
      </w:r>
      <w:r>
        <w:rPr>
          <w:b w:val="0"/>
          <w:i w:val="0"/>
          <w:smallCaps w:val="0"/>
          <w:strike w:val="0"/>
          <w:sz w:val="22"/>
          <w:u w:val="single"/>
        </w:rPr>
        <w:t xml:space="preserve"> the 226 </w:t>
      </w:r>
      <w:r>
        <w:rPr>
          <w:b w:val="0"/>
          <w:i w:val="0"/>
          <w:smallCaps w:val="0"/>
          <w:strike w:val="0"/>
          <w:sz w:val="22"/>
          <w:highlight w:val="cyan"/>
          <w:u w:val="single"/>
        </w:rPr>
        <w:t>Black voters surveyed</w:t>
      </w:r>
      <w:r>
        <w:rPr>
          <w:b w:val="0"/>
          <w:i w:val="0"/>
          <w:smallCaps w:val="0"/>
          <w:strike w:val="0"/>
          <w:sz w:val="22"/>
          <w:u w:val="single"/>
        </w:rPr>
        <w:t xml:space="preserve"> said they intend on </w:t>
      </w:r>
      <w:r>
        <w:rPr>
          <w:b w:val="0"/>
          <w:i w:val="0"/>
          <w:smallCaps w:val="0"/>
          <w:strike w:val="0"/>
          <w:sz w:val="22"/>
          <w:highlight w:val="cyan"/>
          <w:u w:val="single"/>
        </w:rPr>
        <w:t>voting for Harris</w:t>
      </w:r>
      <w:r>
        <w:rPr>
          <w:b w:val="0"/>
          <w:i w:val="0"/>
          <w:smallCaps w:val="0"/>
          <w:strike w:val="0"/>
          <w:sz w:val="22"/>
          <w:u w:val="single"/>
        </w:rPr>
        <w:t xml:space="preserve"> at the 2024 election, compared to 12 percent who said they will be backing Trump.</w:t>
      </w:r>
    </w:p>
    <w:p>
      <w:pPr>
        <w:spacing w:after="60"/>
      </w:pPr>
      <w:r>
        <w:rPr>
          <w:b w:val="0"/>
          <w:i w:val="0"/>
          <w:smallCaps w:val="0"/>
          <w:strike w:val="0"/>
          <w:sz w:val="14"/>
          <w:u w:val="none"/>
        </w:rPr>
        <w:t>A total of 17 percent of Black voters said they are still not sure whom they will vote for.</w:t>
      </w:r>
    </w:p>
    <w:p>
      <w:pPr>
        <w:spacing w:after="60"/>
      </w:pPr>
      <w:r>
        <w:rPr>
          <w:b w:val="0"/>
          <w:i w:val="0"/>
          <w:smallCaps w:val="0"/>
          <w:strike w:val="0"/>
          <w:sz w:val="22"/>
          <w:u w:val="single"/>
        </w:rPr>
        <w:t xml:space="preserve">The poll result is </w:t>
      </w:r>
      <w:r>
        <w:rPr>
          <w:b w:val="0"/>
          <w:i w:val="0"/>
          <w:smallCaps w:val="0"/>
          <w:strike w:val="0"/>
          <w:sz w:val="22"/>
          <w:highlight w:val="cyan"/>
          <w:u w:val="single"/>
        </w:rPr>
        <w:t>another blow to Trump</w:t>
      </w:r>
      <w:r>
        <w:rPr>
          <w:b w:val="0"/>
          <w:i w:val="0"/>
          <w:smallCaps w:val="0"/>
          <w:strike w:val="0"/>
          <w:sz w:val="22"/>
          <w:u w:val="single"/>
        </w:rPr>
        <w:t>'s White House bid in the wake of President Joe Biden ending his reelection campaign on July 21</w:t>
      </w:r>
      <w:r>
        <w:rPr>
          <w:b w:val="0"/>
          <w:i w:val="0"/>
          <w:smallCaps w:val="0"/>
          <w:strike w:val="0"/>
          <w:sz w:val="14"/>
          <w:u w:val="none"/>
        </w:rPr>
        <w:t xml:space="preserve">. Prior to Biden ending his campaign, there were concerns that the president was losing </w:t>
      </w:r>
      <w:r>
        <w:rPr>
          <w:b w:val="0"/>
          <w:i w:val="0"/>
          <w:smallCaps w:val="0"/>
          <w:strike w:val="0"/>
          <w:sz w:val="22"/>
          <w:highlight w:val="cyan"/>
          <w:u w:val="single"/>
        </w:rPr>
        <w:t>support from Black voters</w:t>
      </w:r>
      <w:r>
        <w:rPr>
          <w:b w:val="0"/>
          <w:i w:val="0"/>
          <w:smallCaps w:val="0"/>
          <w:strike w:val="0"/>
          <w:sz w:val="22"/>
          <w:u w:val="single"/>
        </w:rPr>
        <w:t xml:space="preserve"> who were crucial to him winning the 2020 election, especially in </w:t>
      </w:r>
      <w:r>
        <w:rPr>
          <w:b w:val="0"/>
          <w:i w:val="0"/>
          <w:smallCaps w:val="0"/>
          <w:strike w:val="0"/>
          <w:sz w:val="22"/>
          <w:highlight w:val="cyan"/>
          <w:u w:val="single"/>
        </w:rPr>
        <w:t>key</w:t>
      </w:r>
      <w:r>
        <w:rPr>
          <w:b w:val="0"/>
          <w:i w:val="0"/>
          <w:smallCaps w:val="0"/>
          <w:strike w:val="0"/>
          <w:sz w:val="22"/>
          <w:u w:val="single"/>
        </w:rPr>
        <w:t xml:space="preserve"> swing states such as Georgia, which Trump was arguably taking advantage of.</w:t>
      </w:r>
    </w:p>
    <w:p>
      <w:pPr>
        <w:spacing w:after="60"/>
      </w:pPr>
      <w:r>
        <w:rPr>
          <w:b w:val="0"/>
          <w:i w:val="0"/>
          <w:smallCaps w:val="0"/>
          <w:strike w:val="0"/>
          <w:sz w:val="14"/>
          <w:u w:val="none"/>
        </w:rPr>
        <w:t>Responding to the poll results, Trump's communications director, Steven Cheung, told Newsweek: "President Trump has actually gained support from 2016 and 2020, so Democrats have actually lost Black support."</w:t>
      </w:r>
    </w:p>
    <w:p>
      <w:pPr>
        <w:spacing w:after="60"/>
      </w:pPr>
      <w:r>
        <w:rPr>
          <w:b w:val="0"/>
          <w:i w:val="0"/>
          <w:smallCaps w:val="0"/>
          <w:strike w:val="0"/>
          <w:sz w:val="14"/>
          <w:u w:val="none"/>
        </w:rPr>
        <w:t>Trump received 8 percent of support from Black voters in 2020, according to Pew Research. In January, as the country headed into an election year, the former president has between 14 percent and 30 percent of the Black vote share, according to national and swing state polls reviewed by Bloomberg.</w:t>
      </w:r>
    </w:p>
    <w:p>
      <w:pPr>
        <w:spacing w:after="60"/>
      </w:pPr>
      <w:r>
        <w:rPr>
          <w:b w:val="0"/>
          <w:i w:val="0"/>
          <w:smallCaps w:val="0"/>
          <w:strike w:val="0"/>
          <w:sz w:val="14"/>
          <w:u w:val="none"/>
        </w:rPr>
        <w:t>A spokesperson for the Angus Reid Institute said Harris has the "overwhelming" support of Black voters in the latest poll.</w:t>
      </w:r>
    </w:p>
    <w:p>
      <w:pPr>
        <w:spacing w:after="60"/>
      </w:pPr>
      <w:r>
        <w:rPr>
          <w:b w:val="0"/>
          <w:i w:val="0"/>
          <w:smallCaps w:val="0"/>
          <w:strike w:val="0"/>
          <w:sz w:val="14"/>
          <w:u w:val="none"/>
        </w:rPr>
        <w:t>"There are, however, more non-white voters who say they are currently undecided than among white voters, half (51 percent) of whom say they intend to vote for Trump," the spokesperson added.</w:t>
      </w:r>
    </w:p>
    <w:p>
      <w:pPr>
        <w:spacing w:after="60"/>
      </w:pPr>
      <w:r>
        <w:rPr>
          <w:b w:val="0"/>
          <w:i w:val="0"/>
          <w:smallCaps w:val="0"/>
          <w:strike w:val="0"/>
          <w:sz w:val="22"/>
          <w:highlight w:val="cyan"/>
          <w:u w:val="single"/>
        </w:rPr>
        <w:t>Harris</w:t>
      </w:r>
      <w:r>
        <w:rPr>
          <w:b w:val="0"/>
          <w:i w:val="0"/>
          <w:smallCaps w:val="0"/>
          <w:strike w:val="0"/>
          <w:sz w:val="22"/>
          <w:u w:val="single"/>
        </w:rPr>
        <w:t xml:space="preserve"> also </w:t>
      </w:r>
      <w:r>
        <w:rPr>
          <w:b w:val="0"/>
          <w:i w:val="0"/>
          <w:smallCaps w:val="0"/>
          <w:strike w:val="0"/>
          <w:sz w:val="22"/>
          <w:highlight w:val="cyan"/>
          <w:u w:val="single"/>
        </w:rPr>
        <w:t>has a 16-point lead over Trump</w:t>
      </w:r>
      <w:r>
        <w:rPr>
          <w:b w:val="0"/>
          <w:i w:val="0"/>
          <w:smallCaps w:val="0"/>
          <w:strike w:val="0"/>
          <w:sz w:val="22"/>
          <w:u w:val="single"/>
        </w:rPr>
        <w:t xml:space="preserve"> (49 percent to 33) </w:t>
      </w:r>
      <w:r>
        <w:rPr>
          <w:b w:val="0"/>
          <w:i w:val="0"/>
          <w:smallCaps w:val="0"/>
          <w:strike w:val="0"/>
          <w:sz w:val="22"/>
          <w:highlight w:val="cyan"/>
          <w:u w:val="single"/>
        </w:rPr>
        <w:t>with Hispanic voters</w:t>
      </w:r>
      <w:r>
        <w:rPr>
          <w:b w:val="0"/>
          <w:i w:val="0"/>
          <w:smallCaps w:val="0"/>
          <w:strike w:val="0"/>
          <w:sz w:val="22"/>
          <w:u w:val="single"/>
        </w:rPr>
        <w:t>, according to the poll.</w:t>
      </w:r>
    </w:p>
    <w:p>
      <w:pPr>
        <w:spacing w:after="60"/>
      </w:pPr>
      <w:r>
        <w:rPr>
          <w:b w:val="0"/>
          <w:i w:val="0"/>
          <w:smallCaps w:val="0"/>
          <w:strike w:val="0"/>
          <w:sz w:val="14"/>
          <w:u w:val="none"/>
        </w:rPr>
        <w:t>There have been other polls that suggest Harris has the overwhelming support of Black voters in the 2024 election. Harris is the first woman, Black person or person of South Asian descent to serve as vice president. If she wins in November, she would become the first female president in U.S. history.</w:t>
      </w:r>
    </w:p>
    <w:p>
      <w:pPr>
        <w:spacing w:after="60"/>
      </w:pPr>
      <w:r>
        <w:rPr>
          <w:b w:val="0"/>
          <w:i w:val="0"/>
          <w:smallCaps w:val="0"/>
          <w:strike w:val="0"/>
          <w:sz w:val="22"/>
          <w:u w:val="single"/>
        </w:rPr>
        <w:t xml:space="preserve">A </w:t>
      </w:r>
      <w:r>
        <w:rPr>
          <w:b w:val="0"/>
          <w:i w:val="0"/>
          <w:smallCaps w:val="0"/>
          <w:strike w:val="0"/>
          <w:sz w:val="22"/>
          <w:highlight w:val="cyan"/>
          <w:u w:val="single"/>
        </w:rPr>
        <w:t>CNN poll</w:t>
      </w:r>
      <w:r>
        <w:rPr>
          <w:b w:val="0"/>
          <w:i w:val="0"/>
          <w:smallCaps w:val="0"/>
          <w:strike w:val="0"/>
          <w:sz w:val="22"/>
          <w:u w:val="single"/>
        </w:rPr>
        <w:t xml:space="preserve"> of 1,631 registered voters</w:t>
      </w:r>
      <w:r>
        <w:rPr>
          <w:b w:val="0"/>
          <w:i w:val="0"/>
          <w:smallCaps w:val="0"/>
          <w:strike w:val="0"/>
          <w:sz w:val="14"/>
          <w:u w:val="none"/>
        </w:rPr>
        <w:t xml:space="preserve">, conducted between July 22-23, </w:t>
      </w:r>
      <w:r>
        <w:rPr>
          <w:b w:val="0"/>
          <w:i w:val="0"/>
          <w:smallCaps w:val="0"/>
          <w:strike w:val="0"/>
          <w:sz w:val="22"/>
          <w:highlight w:val="cyan"/>
          <w:u w:val="single"/>
        </w:rPr>
        <w:t>found</w:t>
      </w:r>
      <w:r>
        <w:rPr>
          <w:b w:val="0"/>
          <w:i w:val="0"/>
          <w:smallCaps w:val="0"/>
          <w:strike w:val="0"/>
          <w:sz w:val="22"/>
          <w:u w:val="single"/>
        </w:rPr>
        <w:t xml:space="preserve"> that </w:t>
      </w:r>
      <w:r>
        <w:rPr>
          <w:b w:val="0"/>
          <w:i w:val="0"/>
          <w:smallCaps w:val="0"/>
          <w:strike w:val="0"/>
          <w:sz w:val="22"/>
          <w:highlight w:val="cyan"/>
          <w:u w:val="single"/>
        </w:rPr>
        <w:t>Harris had</w:t>
      </w:r>
      <w:r>
        <w:rPr>
          <w:b w:val="0"/>
          <w:i w:val="0"/>
          <w:smallCaps w:val="0"/>
          <w:strike w:val="0"/>
          <w:sz w:val="22"/>
          <w:u w:val="single"/>
        </w:rPr>
        <w:t xml:space="preserve"> the support of </w:t>
      </w:r>
      <w:r>
        <w:rPr>
          <w:b w:val="0"/>
          <w:i w:val="0"/>
          <w:smallCaps w:val="0"/>
          <w:strike w:val="0"/>
          <w:sz w:val="22"/>
          <w:highlight w:val="cyan"/>
          <w:u w:val="single"/>
        </w:rPr>
        <w:t>78 percent of Black voter</w:t>
      </w:r>
      <w:r>
        <w:rPr>
          <w:b w:val="0"/>
          <w:i w:val="0"/>
          <w:smallCaps w:val="0"/>
          <w:strike w:val="0"/>
          <w:sz w:val="14"/>
          <w:highlight w:val="cyan"/>
          <w:u w:val="none"/>
        </w:rPr>
        <w:t>s</w:t>
      </w:r>
      <w:r>
        <w:rPr>
          <w:b w:val="0"/>
          <w:i w:val="0"/>
          <w:smallCaps w:val="0"/>
          <w:strike w:val="0"/>
          <w:sz w:val="14"/>
          <w:u w:val="none"/>
        </w:rPr>
        <w:t>, with Trump 15 percent. A previous poll taken before Biden pulled out the race showed 23 percent of Black voters backing Trump.</w:t>
      </w:r>
    </w:p>
    <w:p>
      <w:pPr>
        <w:spacing w:after="60"/>
      </w:pPr>
      <w:r>
        <w:rPr>
          <w:b w:val="0"/>
          <w:i w:val="0"/>
          <w:smallCaps w:val="0"/>
          <w:strike w:val="0"/>
          <w:sz w:val="14"/>
          <w:u w:val="none"/>
        </w:rPr>
        <w:t>Elsewhere, a WDIV/Detroit News poll of 600 likely Michigan voters showed Trump and Harris were tied on 41 percent.</w:t>
      </w:r>
    </w:p>
    <w:p>
      <w:pPr>
        <w:spacing w:after="60"/>
      </w:pPr>
      <w:r>
        <w:rPr>
          <w:b w:val="0"/>
          <w:i w:val="0"/>
          <w:smallCaps w:val="0"/>
          <w:strike w:val="0"/>
          <w:sz w:val="14"/>
          <w:u w:val="none"/>
        </w:rPr>
        <w:t>When broken down further to the much smaller sample size, the data showed Trump received the support of no Black voters in the swing state.</w:t>
      </w:r>
    </w:p>
    <w:p>
      <w:pPr>
        <w:spacing w:after="60"/>
      </w:pPr>
      <w:r>
        <w:rPr>
          <w:b w:val="0"/>
          <w:i w:val="0"/>
          <w:smallCaps w:val="0"/>
          <w:strike w:val="0"/>
          <w:sz w:val="14"/>
          <w:u w:val="none"/>
        </w:rPr>
        <w:t>Costas Panagopoulos, a political science professor at Northeastern University, previously told Newsweek that the "swift shift in support for Trump to Harris among Black voters tells you something about how fickle Trump's support was among these voters.</w:t>
      </w:r>
    </w:p>
    <w:p>
      <w:pPr>
        <w:spacing w:after="60"/>
      </w:pPr>
      <w:r>
        <w:rPr>
          <w:b w:val="0"/>
          <w:i w:val="0"/>
          <w:smallCaps w:val="0"/>
          <w:strike w:val="0"/>
          <w:sz w:val="14"/>
          <w:u w:val="none"/>
        </w:rPr>
        <w:t>"Once they had a viable alternative that also happens to share their racial identity, they jumped ship from Trump almost instantly," Panagopoulos said.</w:t>
      </w:r>
    </w:p>
    <w:p>
      <w:pPr>
        <w:spacing w:after="60"/>
      </w:pPr>
      <w:r>
        <w:rPr>
          <w:b w:val="0"/>
          <w:i w:val="0"/>
          <w:smallCaps w:val="0"/>
          <w:strike w:val="0"/>
          <w:sz w:val="14"/>
          <w:u w:val="none"/>
        </w:rPr>
        <w:t>The Angus Reid Institute poll results have a margin of error of plus or minus 2 percentage points.</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