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crushing in swing states</w:t>
      </w:r>
    </w:p>
    <w:p>
      <w:pPr>
        <w:spacing w:after="80"/>
      </w:pPr>
      <w:r>
        <w:rPr>
          <w:b/>
          <w:i w:val="0"/>
          <w:smallCaps w:val="0"/>
          <w:strike w:val="0"/>
          <w:sz w:val="26"/>
          <w:u w:val="none"/>
        </w:rPr>
        <w:t>Olmsted 7/29</w:t>
      </w:r>
      <w:r>
        <w:rPr>
          <w:b w:val="0"/>
          <w:i w:val="0"/>
          <w:smallCaps w:val="0"/>
          <w:strike w:val="0"/>
          <w:u w:val="none"/>
        </w:rPr>
        <w:t>, Edith Olmsted has a Masters in journalism from the Columbia Journalism School., “Trump Loses It Over Devastating Fox News Poll on Kamala Harris”, 7/29/24, JLB, https://www.yahoo.com/news/trump-loses-over-devastating-fox-142549906.html?fr=sycsrp_catchall</w:t>
      </w:r>
    </w:p>
    <w:p>
      <w:pPr>
        <w:spacing w:after="60"/>
      </w:pPr>
      <w:r>
        <w:rPr>
          <w:b w:val="0"/>
          <w:i w:val="0"/>
          <w:smallCaps w:val="0"/>
          <w:strike w:val="0"/>
          <w:sz w:val="14"/>
          <w:u w:val="none"/>
        </w:rPr>
        <w:t xml:space="preserve">Former President Donald </w:t>
      </w:r>
      <w:r>
        <w:rPr>
          <w:b w:val="0"/>
          <w:i w:val="0"/>
          <w:smallCaps w:val="0"/>
          <w:strike w:val="0"/>
          <w:sz w:val="22"/>
          <w:highlight w:val="cyan"/>
          <w:u w:val="single"/>
        </w:rPr>
        <w:t>Trump</w:t>
      </w:r>
      <w:r>
        <w:rPr>
          <w:b w:val="0"/>
          <w:i w:val="0"/>
          <w:smallCaps w:val="0"/>
          <w:strike w:val="0"/>
          <w:sz w:val="22"/>
          <w:u w:val="single"/>
        </w:rPr>
        <w:t xml:space="preserve"> shared a slew of videos online </w:t>
      </w:r>
      <w:r>
        <w:rPr>
          <w:b w:val="0"/>
          <w:i w:val="0"/>
          <w:smallCaps w:val="0"/>
          <w:strike w:val="0"/>
          <w:sz w:val="22"/>
          <w:highlight w:val="cyan"/>
          <w:u w:val="single"/>
        </w:rPr>
        <w:t>attacking</w:t>
      </w:r>
      <w:r>
        <w:rPr>
          <w:b w:val="0"/>
          <w:i w:val="0"/>
          <w:smallCaps w:val="0"/>
          <w:strike w:val="0"/>
          <w:sz w:val="22"/>
          <w:u w:val="single"/>
        </w:rPr>
        <w:t xml:space="preserve"> Vice President Kamala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after</w:t>
      </w:r>
      <w:r>
        <w:rPr>
          <w:b w:val="0"/>
          <w:i w:val="0"/>
          <w:smallCaps w:val="0"/>
          <w:strike w:val="0"/>
          <w:sz w:val="22"/>
          <w:u w:val="single"/>
        </w:rPr>
        <w:t xml:space="preserve"> a favorability </w:t>
      </w:r>
      <w:r>
        <w:rPr>
          <w:b w:val="0"/>
          <w:i w:val="0"/>
          <w:smallCaps w:val="0"/>
          <w:strike w:val="0"/>
          <w:sz w:val="22"/>
          <w:highlight w:val="cyan"/>
          <w:u w:val="single"/>
        </w:rPr>
        <w:t>poll</w:t>
      </w:r>
      <w:r>
        <w:rPr>
          <w:b w:val="0"/>
          <w:i w:val="0"/>
          <w:smallCaps w:val="0"/>
          <w:strike w:val="0"/>
          <w:sz w:val="22"/>
          <w:u w:val="single"/>
        </w:rPr>
        <w:t xml:space="preserve"> aired on Fox News </w:t>
      </w:r>
      <w:r>
        <w:rPr>
          <w:b w:val="0"/>
          <w:i w:val="0"/>
          <w:smallCaps w:val="0"/>
          <w:strike w:val="0"/>
          <w:sz w:val="22"/>
          <w:highlight w:val="cyan"/>
          <w:u w:val="single"/>
        </w:rPr>
        <w:t>found she was leading</w:t>
      </w:r>
      <w:r>
        <w:rPr>
          <w:b w:val="0"/>
          <w:i w:val="0"/>
          <w:smallCaps w:val="0"/>
          <w:strike w:val="0"/>
          <w:sz w:val="22"/>
          <w:u w:val="single"/>
        </w:rPr>
        <w:t xml:space="preserve"> </w:t>
      </w:r>
      <w:r>
        <w:rPr>
          <w:b w:val="0"/>
          <w:i w:val="0"/>
          <w:smallCaps w:val="0"/>
          <w:strike w:val="0"/>
          <w:sz w:val="22"/>
          <w:highlight w:val="cyan"/>
          <w:u w:val="single"/>
        </w:rPr>
        <w:t>him in</w:t>
      </w:r>
      <w:r>
        <w:rPr>
          <w:b w:val="0"/>
          <w:i w:val="0"/>
          <w:smallCaps w:val="0"/>
          <w:strike w:val="0"/>
          <w:sz w:val="22"/>
          <w:u w:val="single"/>
        </w:rPr>
        <w:t xml:space="preserve"> a few key </w:t>
      </w:r>
      <w:r>
        <w:rPr>
          <w:b/>
          <w:i w:val="0"/>
          <w:smallCaps w:val="0"/>
          <w:strike w:val="0"/>
          <w:sz w:val="22"/>
          <w:highlight w:val="cyan"/>
          <w:u w:val="single"/>
        </w:rPr>
        <w:t>swing states</w:t>
      </w:r>
      <w:r>
        <w:rPr>
          <w:b/>
          <w:i w:val="0"/>
          <w:smallCaps w:val="0"/>
          <w:strike w:val="0"/>
          <w:sz w:val="22"/>
          <w:u w:val="single"/>
        </w:rPr>
        <w:t>.</w:t>
      </w:r>
    </w:p>
    <w:p>
      <w:pPr>
        <w:spacing w:after="60"/>
      </w:pPr>
      <w:r>
        <w:rPr>
          <w:b w:val="0"/>
          <w:i w:val="0"/>
          <w:smallCaps w:val="0"/>
          <w:strike w:val="0"/>
          <w:sz w:val="14"/>
          <w:u w:val="none"/>
        </w:rPr>
        <w:t xml:space="preserve">The new poll, conducted July 22–24 and released Sunday, </w:t>
      </w:r>
      <w:r>
        <w:rPr>
          <w:b w:val="0"/>
          <w:i w:val="0"/>
          <w:smallCaps w:val="0"/>
          <w:strike w:val="0"/>
          <w:sz w:val="22"/>
          <w:u w:val="single"/>
        </w:rPr>
        <w:t xml:space="preserve">found that </w:t>
      </w:r>
      <w:r>
        <w:rPr>
          <w:b w:val="0"/>
          <w:i w:val="0"/>
          <w:smallCaps w:val="0"/>
          <w:strike w:val="0"/>
          <w:sz w:val="22"/>
          <w:highlight w:val="cyan"/>
          <w:u w:val="single"/>
        </w:rPr>
        <w:t>Harris’s</w:t>
      </w:r>
      <w:r>
        <w:rPr>
          <w:b w:val="0"/>
          <w:i w:val="0"/>
          <w:smallCaps w:val="0"/>
          <w:strike w:val="0"/>
          <w:sz w:val="22"/>
          <w:u w:val="single"/>
        </w:rPr>
        <w:t xml:space="preserve"> approval rating had </w:t>
      </w:r>
      <w:r>
        <w:rPr>
          <w:b w:val="0"/>
          <w:i w:val="0"/>
          <w:smallCaps w:val="0"/>
          <w:strike w:val="0"/>
          <w:sz w:val="22"/>
          <w:highlight w:val="cyan"/>
          <w:u w:val="single"/>
        </w:rPr>
        <w:t>surpassed</w:t>
      </w:r>
      <w:r>
        <w:rPr>
          <w:b w:val="0"/>
          <w:i w:val="0"/>
          <w:smallCaps w:val="0"/>
          <w:strike w:val="0"/>
          <w:sz w:val="22"/>
          <w:u w:val="single"/>
        </w:rPr>
        <w:t xml:space="preserve"> </w:t>
      </w:r>
      <w:r>
        <w:rPr>
          <w:b w:val="0"/>
          <w:i w:val="0"/>
          <w:smallCaps w:val="0"/>
          <w:strike w:val="0"/>
          <w:sz w:val="22"/>
          <w:highlight w:val="cyan"/>
          <w:u w:val="single"/>
        </w:rPr>
        <w:t>Trump</w:t>
      </w:r>
      <w:r>
        <w:rPr>
          <w:b w:val="0"/>
          <w:i w:val="0"/>
          <w:smallCaps w:val="0"/>
          <w:strike w:val="0"/>
          <w:sz w:val="22"/>
          <w:u w:val="single"/>
        </w:rPr>
        <w:t xml:space="preserve">’s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Wisconsin</w:t>
      </w:r>
      <w:r>
        <w:rPr>
          <w:b w:val="0"/>
          <w:i w:val="0"/>
          <w:smallCaps w:val="0"/>
          <w:strike w:val="0"/>
          <w:sz w:val="22"/>
          <w:u w:val="single"/>
        </w:rPr>
        <w:t xml:space="preserve">, </w:t>
      </w:r>
      <w:r>
        <w:rPr>
          <w:b w:val="0"/>
          <w:i w:val="0"/>
          <w:smallCaps w:val="0"/>
          <w:strike w:val="0"/>
          <w:sz w:val="22"/>
          <w:highlight w:val="cyan"/>
          <w:u w:val="single"/>
        </w:rPr>
        <w:t>Pennsylvania</w:t>
      </w:r>
      <w:r>
        <w:rPr>
          <w:b w:val="0"/>
          <w:i w:val="0"/>
          <w:smallCaps w:val="0"/>
          <w:strike w:val="0"/>
          <w:sz w:val="22"/>
          <w:u w:val="single"/>
        </w:rPr>
        <w:t xml:space="preserve">, </w:t>
      </w:r>
      <w:r>
        <w:rPr>
          <w:b w:val="0"/>
          <w:i w:val="0"/>
          <w:smallCaps w:val="0"/>
          <w:strike w:val="0"/>
          <w:sz w:val="22"/>
          <w:highlight w:val="cyan"/>
          <w:u w:val="single"/>
        </w:rPr>
        <w:t>Minnesota, and Michigan</w:t>
      </w:r>
      <w:r>
        <w:rPr>
          <w:b w:val="0"/>
          <w:i w:val="0"/>
          <w:smallCaps w:val="0"/>
          <w:strike w:val="0"/>
          <w:sz w:val="22"/>
          <w:u w:val="single"/>
        </w:rPr>
        <w:t xml:space="preserve">. </w:t>
      </w:r>
      <w:r>
        <w:rPr>
          <w:b w:val="0"/>
          <w:i w:val="0"/>
          <w:smallCaps w:val="0"/>
          <w:strike w:val="0"/>
          <w:sz w:val="22"/>
          <w:highlight w:val="cyan"/>
          <w:u w:val="single"/>
        </w:rPr>
        <w:t>In Michigan</w:t>
      </w:r>
      <w:r>
        <w:rPr>
          <w:b w:val="0"/>
          <w:i w:val="0"/>
          <w:smallCaps w:val="0"/>
          <w:strike w:val="0"/>
          <w:sz w:val="22"/>
          <w:u w:val="single"/>
        </w:rPr>
        <w:t xml:space="preserve">, Harris was </w:t>
      </w:r>
      <w:r>
        <w:rPr>
          <w:b w:val="0"/>
          <w:i w:val="0"/>
          <w:smallCaps w:val="0"/>
          <w:strike w:val="0"/>
          <w:sz w:val="22"/>
          <w:highlight w:val="cyan"/>
          <w:u w:val="single"/>
        </w:rPr>
        <w:t>leading</w:t>
      </w:r>
      <w:r>
        <w:rPr>
          <w:b w:val="0"/>
          <w:i w:val="0"/>
          <w:smallCaps w:val="0"/>
          <w:strike w:val="0"/>
          <w:sz w:val="22"/>
          <w:u w:val="single"/>
        </w:rPr>
        <w:t xml:space="preserve"> Trump in favorability by a whopping </w:t>
      </w:r>
      <w:r>
        <w:rPr>
          <w:b/>
          <w:i w:val="0"/>
          <w:smallCaps w:val="0"/>
          <w:strike w:val="0"/>
          <w:sz w:val="22"/>
          <w:highlight w:val="cyan"/>
          <w:u w:val="single"/>
        </w:rPr>
        <w:t>57</w:t>
      </w:r>
      <w:r>
        <w:rPr>
          <w:b/>
          <w:i w:val="0"/>
          <w:smallCaps w:val="0"/>
          <w:strike w:val="0"/>
          <w:sz w:val="22"/>
          <w:u w:val="single"/>
        </w:rPr>
        <w:t xml:space="preserve"> percent </w:t>
      </w:r>
      <w:r>
        <w:rPr>
          <w:b/>
          <w:i w:val="0"/>
          <w:smallCaps w:val="0"/>
          <w:strike w:val="0"/>
          <w:sz w:val="22"/>
          <w:highlight w:val="cyan"/>
          <w:u w:val="single"/>
        </w:rPr>
        <w:t>to 47</w:t>
      </w:r>
      <w:r>
        <w:rPr>
          <w:b w:val="0"/>
          <w:i w:val="0"/>
          <w:smallCaps w:val="0"/>
          <w:strike w:val="0"/>
          <w:sz w:val="22"/>
          <w:u w:val="single"/>
        </w:rPr>
        <w:t xml:space="preserve"> percent.</w:t>
      </w:r>
      <w:r>
        <w:rPr>
          <w:b w:val="0"/>
          <w:i w:val="0"/>
          <w:smallCaps w:val="0"/>
          <w:strike w:val="0"/>
          <w:sz w:val="14"/>
          <w:u w:val="none"/>
        </w:rPr>
        <w:t xml:space="preserve"> </w:t>
      </w:r>
    </w:p>
    <w:p>
      <w:pPr>
        <w:spacing w:after="60"/>
      </w:pPr>
      <w:r>
        <w:rPr>
          <w:b w:val="0"/>
          <w:i w:val="0"/>
          <w:smallCaps w:val="0"/>
          <w:strike w:val="0"/>
          <w:sz w:val="14"/>
          <w:u w:val="none"/>
        </w:rPr>
        <w:t>Many online predicted that Trump would be incensed over the results. “The ketchup is going to hit the wall in Mar-a-Lago after this new Fox News poll,” remarked former Clinton White House aide Keith Boykin on X (formerly Twitter).</w:t>
      </w:r>
    </w:p>
    <w:p>
      <w:pPr>
        <w:spacing w:after="60"/>
      </w:pPr>
      <w:r>
        <w:rPr>
          <w:b w:val="0"/>
          <w:i w:val="0"/>
          <w:smallCaps w:val="0"/>
          <w:strike w:val="0"/>
          <w:sz w:val="14"/>
          <w:u w:val="none"/>
        </w:rPr>
        <w:t>Within hours, Trump posted five separate videos on Truth Social of one of his longtime favorite Fox News hosts, Mark Levin, whom Rolling Stone once called a “bomb-throwing Trump sycophant,” attacking Harris.</w:t>
      </w:r>
    </w:p>
    <w:p>
      <w:pPr>
        <w:spacing w:after="60"/>
      </w:pPr>
      <w:r>
        <w:rPr>
          <w:b w:val="0"/>
          <w:i w:val="0"/>
          <w:smallCaps w:val="0"/>
          <w:strike w:val="0"/>
          <w:sz w:val="14"/>
          <w:u w:val="none"/>
        </w:rPr>
        <w:t>In one of the videos from Life, Liberty &amp; Levin, Levin labeled Harris as a “rabid Marxist scholar,” specifically decrying her past statements about the need for equity—the idea that every person should be given access to the resources needed to be successful—so that, as Harris put it, every citizen could “end up in the same place.”</w:t>
      </w:r>
    </w:p>
    <w:p>
      <w:pPr>
        <w:spacing w:after="60"/>
      </w:pPr>
      <w:r>
        <w:rPr>
          <w:b w:val="0"/>
          <w:i w:val="0"/>
          <w:smallCaps w:val="0"/>
          <w:strike w:val="0"/>
          <w:sz w:val="14"/>
          <w:u w:val="none"/>
        </w:rPr>
        <w:t xml:space="preserve">“‘So we all end up in the same place’? Doesn’t this sound like we’re all going to end up in a gulag?” Levin said. He called equity a “prescription for tyranny and totalitarianism,” ranting that it was “not the government’s job” to improve the quality of life of American citizens. </w:t>
      </w:r>
    </w:p>
    <w:p>
      <w:pPr>
        <w:spacing w:after="60"/>
      </w:pPr>
      <w:r>
        <w:rPr>
          <w:b w:val="0"/>
          <w:i w:val="0"/>
          <w:smallCaps w:val="0"/>
          <w:strike w:val="0"/>
          <w:sz w:val="14"/>
          <w:u w:val="none"/>
        </w:rPr>
        <w:t xml:space="preserve">In another video posted to Trump’s account, Levin criticized Harris for comparing the U.S. Immigration and Customs Enforcement to the Ku Klux Klan for causing fear and intimidation in immigrant communities. “The combination of stupidity and arrogance is on full display, right here,” said Levin. </w:t>
      </w:r>
    </w:p>
    <w:p>
      <w:pPr>
        <w:spacing w:after="60"/>
      </w:pPr>
      <w:r>
        <w:rPr>
          <w:b w:val="0"/>
          <w:i w:val="0"/>
          <w:smallCaps w:val="0"/>
          <w:strike w:val="0"/>
          <w:sz w:val="14"/>
          <w:u w:val="none"/>
        </w:rPr>
        <w:t xml:space="preserve">Levin continued to incorrectly call her the “border czar,” although she was never responsible for border security. </w:t>
      </w:r>
    </w:p>
    <w:p>
      <w:pPr>
        <w:spacing w:after="60"/>
      </w:pPr>
      <w:r>
        <w:rPr>
          <w:b w:val="0"/>
          <w:i w:val="0"/>
          <w:smallCaps w:val="0"/>
          <w:strike w:val="0"/>
          <w:sz w:val="22"/>
          <w:u w:val="single"/>
        </w:rPr>
        <w:t xml:space="preserve">Unfortunately for Trump, arguments like Levin’s don’t seem to be nearly as convincing to the rest of America. </w:t>
      </w:r>
      <w:r>
        <w:rPr>
          <w:b w:val="0"/>
          <w:i w:val="0"/>
          <w:smallCaps w:val="0"/>
          <w:strike w:val="0"/>
          <w:sz w:val="22"/>
          <w:highlight w:val="cyan"/>
          <w:u w:val="single"/>
        </w:rPr>
        <w:t>In</w:t>
      </w:r>
      <w:r>
        <w:rPr>
          <w:b w:val="0"/>
          <w:i w:val="0"/>
          <w:smallCaps w:val="0"/>
          <w:strike w:val="0"/>
          <w:sz w:val="22"/>
          <w:u w:val="single"/>
        </w:rPr>
        <w:t xml:space="preserve"> just </w:t>
      </w:r>
      <w:r>
        <w:rPr>
          <w:b w:val="0"/>
          <w:i w:val="0"/>
          <w:smallCaps w:val="0"/>
          <w:strike w:val="0"/>
          <w:sz w:val="22"/>
          <w:highlight w:val="cyan"/>
          <w:u w:val="single"/>
        </w:rPr>
        <w:t>one week,</w:t>
      </w:r>
      <w:r>
        <w:rPr>
          <w:b w:val="0"/>
          <w:i w:val="0"/>
          <w:smallCaps w:val="0"/>
          <w:strike w:val="0"/>
          <w:sz w:val="22"/>
          <w:u w:val="single"/>
        </w:rPr>
        <w:t xml:space="preserve"> </w:t>
      </w:r>
      <w:r>
        <w:rPr>
          <w:b w:val="0"/>
          <w:i w:val="0"/>
          <w:smallCaps w:val="0"/>
          <w:strike w:val="0"/>
          <w:sz w:val="22"/>
          <w:highlight w:val="cyan"/>
          <w:u w:val="single"/>
        </w:rPr>
        <w:t>Harris’s</w:t>
      </w:r>
      <w:r>
        <w:rPr>
          <w:b w:val="0"/>
          <w:i w:val="0"/>
          <w:smallCaps w:val="0"/>
          <w:strike w:val="0"/>
          <w:sz w:val="22"/>
          <w:u w:val="single"/>
        </w:rPr>
        <w:t xml:space="preserve"> overall </w:t>
      </w:r>
      <w:r>
        <w:rPr>
          <w:b w:val="0"/>
          <w:i w:val="0"/>
          <w:smallCaps w:val="0"/>
          <w:strike w:val="0"/>
          <w:sz w:val="22"/>
          <w:highlight w:val="cyan"/>
          <w:u w:val="single"/>
        </w:rPr>
        <w:t>favorability</w:t>
      </w:r>
      <w:r>
        <w:rPr>
          <w:b w:val="0"/>
          <w:i w:val="0"/>
          <w:smallCaps w:val="0"/>
          <w:strike w:val="0"/>
          <w:sz w:val="22"/>
          <w:u w:val="single"/>
        </w:rPr>
        <w:t xml:space="preserve"> </w:t>
      </w:r>
      <w:r>
        <w:rPr>
          <w:b w:val="0"/>
          <w:i w:val="0"/>
          <w:smallCaps w:val="0"/>
          <w:strike w:val="0"/>
          <w:sz w:val="22"/>
          <w:highlight w:val="cyan"/>
          <w:u w:val="single"/>
        </w:rPr>
        <w:t>jumped from 35</w:t>
      </w:r>
      <w:r>
        <w:rPr>
          <w:b w:val="0"/>
          <w:i w:val="0"/>
          <w:smallCaps w:val="0"/>
          <w:strike w:val="0"/>
          <w:sz w:val="22"/>
          <w:u w:val="single"/>
        </w:rPr>
        <w:t xml:space="preserve"> percent </w:t>
      </w:r>
      <w:r>
        <w:rPr>
          <w:b w:val="0"/>
          <w:i w:val="0"/>
          <w:smallCaps w:val="0"/>
          <w:strike w:val="0"/>
          <w:sz w:val="22"/>
          <w:highlight w:val="cyan"/>
          <w:u w:val="single"/>
        </w:rPr>
        <w:t>to 43</w:t>
      </w:r>
      <w:r>
        <w:rPr>
          <w:b w:val="0"/>
          <w:i w:val="0"/>
          <w:smallCaps w:val="0"/>
          <w:strike w:val="0"/>
          <w:sz w:val="22"/>
          <w:u w:val="single"/>
        </w:rPr>
        <w:t xml:space="preserve"> percent and </w:t>
      </w:r>
      <w:r>
        <w:rPr>
          <w:b w:val="0"/>
          <w:i w:val="0"/>
          <w:smallCaps w:val="0"/>
          <w:strike w:val="0"/>
          <w:sz w:val="22"/>
          <w:highlight w:val="cyan"/>
          <w:u w:val="single"/>
        </w:rPr>
        <w:t>her unfavorability fell from 46</w:t>
      </w:r>
      <w:r>
        <w:rPr>
          <w:b w:val="0"/>
          <w:i w:val="0"/>
          <w:smallCaps w:val="0"/>
          <w:strike w:val="0"/>
          <w:sz w:val="22"/>
          <w:u w:val="single"/>
        </w:rPr>
        <w:t xml:space="preserve"> percent </w:t>
      </w:r>
      <w:r>
        <w:rPr>
          <w:b w:val="0"/>
          <w:i w:val="0"/>
          <w:smallCaps w:val="0"/>
          <w:strike w:val="0"/>
          <w:sz w:val="22"/>
          <w:highlight w:val="cyan"/>
          <w:u w:val="single"/>
        </w:rPr>
        <w:t>to 42</w:t>
      </w:r>
      <w:r>
        <w:rPr>
          <w:b w:val="0"/>
          <w:i w:val="0"/>
          <w:smallCaps w:val="0"/>
          <w:strike w:val="0"/>
          <w:sz w:val="22"/>
          <w:u w:val="single"/>
        </w:rPr>
        <w:t xml:space="preserve"> percent, according to an ABC News/Ipsos poll conducted on Friday and Saturday.</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