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outperforms Biden but choosing running mate key to clinching swing states. </w:t>
      </w:r>
    </w:p>
    <w:p>
      <w:pPr>
        <w:spacing w:after="80"/>
      </w:pPr>
      <w:r>
        <w:rPr>
          <w:b/>
          <w:i w:val="0"/>
          <w:smallCaps w:val="0"/>
          <w:strike w:val="0"/>
          <w:sz w:val="26"/>
          <w:u w:val="none"/>
        </w:rPr>
        <w:t>Dorn 7/27 [</w:t>
      </w:r>
      <w:r>
        <w:rPr>
          <w:b w:val="0"/>
          <w:i w:val="0"/>
          <w:smallCaps w:val="0"/>
          <w:strike w:val="0"/>
          <w:u w:val="none"/>
        </w:rPr>
        <w:t xml:space="preserve">Sara Dorn is a Forbes news reporter who covers politics, with a focus on elections and Capitol Hill. Dorn graduated in 2012 from the University of Dayton with a degree in journalism. Prior to joining Forbes, she covered New York City and state politics for the New York Post and City and State magazine. 07-27-24, </w:t>
      </w:r>
      <w:r>
        <w:rPr>
          <w:b w:val="0"/>
          <w:i w:val="0"/>
          <w:smallCaps w:val="0"/>
          <w:strike w:val="0"/>
          <w:u w:val="none"/>
        </w:rPr>
        <w:t xml:space="preserve">“Trump-Harris Swing State Polls: Harris Trails Trump In Most Key Battlegrounds—But Outperforms Biden” https://www.forbes.com/sites/saradorn/2024/07/25/trump-harris-swing-state-polls-harris-trails-trump-in-most-key-battlegrounds-but-outperforms-biden/] </w:t>
      </w:r>
      <w:r>
        <w:rPr>
          <w:b/>
          <w:i w:val="0"/>
          <w:smallCaps w:val="0"/>
          <w:strike w:val="0"/>
          <w:color w:val="23E200"/>
          <w:u w:val="none"/>
        </w:rPr>
        <w:t>CGO-KS</w:t>
      </w:r>
    </w:p>
    <w:p>
      <w:pPr>
        <w:spacing w:after="60"/>
      </w:pPr>
      <w:r>
        <w:rPr>
          <w:b w:val="0"/>
          <w:i w:val="0"/>
          <w:smallCaps w:val="0"/>
          <w:strike w:val="0"/>
          <w:sz w:val="16"/>
          <w:u w:val="none"/>
        </w:rPr>
        <w:t xml:space="preserve">Former President Donald Trump has a narrow edge over Vice President Kamala Harris in four of the five crucial swing states President Joe Biden won in 2020, according to new polls by Emerson College—results similar to national polling that shows </w:t>
      </w:r>
      <w:r>
        <w:rPr>
          <w:b w:val="0"/>
          <w:i w:val="0"/>
          <w:smallCaps w:val="0"/>
          <w:strike w:val="0"/>
          <w:sz w:val="22"/>
          <w:highlight w:val="cyan"/>
          <w:u w:val="single"/>
        </w:rPr>
        <w:t xml:space="preserve">Trump beating Harris, </w:t>
      </w:r>
      <w:r>
        <w:rPr>
          <w:b/>
          <w:i w:val="0"/>
          <w:smallCaps w:val="0"/>
          <w:strike w:val="0"/>
          <w:sz w:val="22"/>
          <w:highlight w:val="cyan"/>
          <w:u w:val="single"/>
        </w:rPr>
        <w:t>but</w:t>
      </w:r>
      <w:r>
        <w:rPr>
          <w:b/>
          <w:i w:val="0"/>
          <w:smallCaps w:val="0"/>
          <w:strike w:val="0"/>
          <w:sz w:val="22"/>
          <w:u w:val="single"/>
        </w:rPr>
        <w:t xml:space="preserve"> by </w:t>
      </w:r>
      <w:r>
        <w:rPr>
          <w:b/>
          <w:i w:val="0"/>
          <w:smallCaps w:val="0"/>
          <w:strike w:val="0"/>
          <w:sz w:val="22"/>
          <w:highlight w:val="cyan"/>
          <w:u w:val="single"/>
        </w:rPr>
        <w:t>fewer points</w:t>
      </w:r>
      <w:r>
        <w:rPr>
          <w:b w:val="0"/>
          <w:i w:val="0"/>
          <w:smallCaps w:val="0"/>
          <w:strike w:val="0"/>
          <w:sz w:val="22"/>
          <w:highlight w:val="cyan"/>
          <w:u w:val="single"/>
        </w:rPr>
        <w:t xml:space="preserve"> than</w:t>
      </w:r>
      <w:r>
        <w:rPr>
          <w:b w:val="0"/>
          <w:i w:val="0"/>
          <w:smallCaps w:val="0"/>
          <w:strike w:val="0"/>
          <w:sz w:val="22"/>
          <w:u w:val="single"/>
        </w:rPr>
        <w:t xml:space="preserve"> he would </w:t>
      </w:r>
      <w:r>
        <w:rPr>
          <w:b w:val="0"/>
          <w:i w:val="0"/>
          <w:smallCaps w:val="0"/>
          <w:strike w:val="0"/>
          <w:sz w:val="22"/>
          <w:highlight w:val="cyan"/>
          <w:u w:val="single"/>
        </w:rPr>
        <w:t>Biden</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Michigan:</w:t>
      </w:r>
      <w:r>
        <w:rPr>
          <w:b w:val="0"/>
          <w:i w:val="0"/>
          <w:smallCaps w:val="0"/>
          <w:strike w:val="0"/>
          <w:sz w:val="16"/>
          <w:u w:val="none"/>
        </w:rPr>
        <w:t xml:space="preserve"> Trump leads Harris by one point here (46% to 45%), with 9% of voters undecided, according to an Emerson College </w:t>
      </w:r>
      <w:r>
        <w:rPr>
          <w:b w:val="0"/>
          <w:i w:val="0"/>
          <w:smallCaps w:val="0"/>
          <w:strike w:val="0"/>
          <w:u w:val="none"/>
        </w:rPr>
        <w:t>survey</w:t>
      </w:r>
      <w:r>
        <w:rPr>
          <w:b w:val="0"/>
          <w:i w:val="0"/>
          <w:smallCaps w:val="0"/>
          <w:strike w:val="0"/>
          <w:sz w:val="16"/>
          <w:u w:val="none"/>
        </w:rPr>
        <w:t xml:space="preserve"> of 800 registered voters (margin of error 3.4) conducted July 22-23—a slight decline from Trump’s three-point lead against Biden in a July 15-16 Emerson </w:t>
      </w:r>
      <w:r>
        <w:rPr>
          <w:b w:val="0"/>
          <w:i w:val="0"/>
          <w:smallCaps w:val="0"/>
          <w:strike w:val="0"/>
          <w:u w:val="none"/>
        </w:rPr>
        <w:t>poll</w:t>
      </w:r>
      <w:r>
        <w:rPr>
          <w:b w:val="0"/>
          <w:i w:val="0"/>
          <w:smallCaps w:val="0"/>
          <w:strike w:val="0"/>
          <w:sz w:val="16"/>
          <w:u w:val="none"/>
        </w:rPr>
        <w:t xml:space="preserve">. </w:t>
      </w:r>
      <w:r>
        <w:rPr>
          <w:b w:val="0"/>
          <w:i w:val="0"/>
          <w:smallCaps w:val="0"/>
          <w:strike w:val="0"/>
          <w:sz w:val="22"/>
          <w:highlight w:val="cyan"/>
          <w:u w:val="single"/>
        </w:rPr>
        <w:t>Wisconsin:</w:t>
      </w:r>
      <w:r>
        <w:rPr>
          <w:b w:val="0"/>
          <w:i w:val="0"/>
          <w:smallCaps w:val="0"/>
          <w:strike w:val="0"/>
          <w:sz w:val="22"/>
          <w:u w:val="single"/>
        </w:rPr>
        <w:t xml:space="preserve"> </w:t>
      </w:r>
      <w:r>
        <w:rPr>
          <w:b w:val="0"/>
          <w:i w:val="0"/>
          <w:smallCaps w:val="0"/>
          <w:strike w:val="0"/>
          <w:sz w:val="22"/>
          <w:highlight w:val="cyan"/>
          <w:u w:val="single"/>
        </w:rPr>
        <w:t>Harris and Trump</w:t>
      </w:r>
      <w:r>
        <w:rPr>
          <w:b w:val="0"/>
          <w:i w:val="0"/>
          <w:smallCaps w:val="0"/>
          <w:strike w:val="0"/>
          <w:sz w:val="22"/>
          <w:u w:val="single"/>
        </w:rPr>
        <w:t xml:space="preserve"> are </w:t>
      </w:r>
      <w:r>
        <w:rPr>
          <w:b w:val="0"/>
          <w:i w:val="0"/>
          <w:smallCaps w:val="0"/>
          <w:strike w:val="0"/>
          <w:sz w:val="22"/>
          <w:highlight w:val="cyan"/>
          <w:u w:val="single"/>
        </w:rPr>
        <w:t>tied</w:t>
      </w:r>
      <w:r>
        <w:rPr>
          <w:b w:val="0"/>
          <w:i w:val="0"/>
          <w:smallCaps w:val="0"/>
          <w:strike w:val="0"/>
          <w:sz w:val="22"/>
          <w:u w:val="single"/>
        </w:rPr>
        <w:t xml:space="preserve"> here </w:t>
      </w:r>
      <w:r>
        <w:rPr>
          <w:b w:val="0"/>
          <w:i w:val="0"/>
          <w:smallCaps w:val="0"/>
          <w:strike w:val="0"/>
          <w:sz w:val="22"/>
          <w:highlight w:val="cyan"/>
          <w:u w:val="single"/>
        </w:rPr>
        <w:t>at 47%</w:t>
      </w:r>
      <w:r>
        <w:rPr>
          <w:b w:val="0"/>
          <w:i w:val="0"/>
          <w:smallCaps w:val="0"/>
          <w:strike w:val="0"/>
          <w:sz w:val="22"/>
          <w:u w:val="single"/>
        </w:rPr>
        <w:t xml:space="preserve">, </w:t>
      </w:r>
      <w:r>
        <w:rPr>
          <w:b w:val="0"/>
          <w:i w:val="0"/>
          <w:smallCaps w:val="0"/>
          <w:strike w:val="0"/>
          <w:sz w:val="16"/>
          <w:u w:val="none"/>
        </w:rPr>
        <w:t xml:space="preserve">with 5% undecided, according to Emerson’s poll of 845 registered voters (margin of error 3.3); </w:t>
      </w:r>
      <w:r>
        <w:rPr>
          <w:b w:val="0"/>
          <w:i w:val="0"/>
          <w:smallCaps w:val="0"/>
          <w:strike w:val="0"/>
          <w:sz w:val="22"/>
          <w:highlight w:val="cyan"/>
          <w:u w:val="single"/>
        </w:rPr>
        <w:t>Trump led Biden</w:t>
      </w:r>
      <w:r>
        <w:rPr>
          <w:b w:val="0"/>
          <w:i w:val="0"/>
          <w:smallCaps w:val="0"/>
          <w:strike w:val="0"/>
          <w:sz w:val="22"/>
          <w:u w:val="single"/>
        </w:rPr>
        <w:t xml:space="preserve"> </w:t>
      </w:r>
      <w:r>
        <w:rPr>
          <w:b w:val="0"/>
          <w:i w:val="0"/>
          <w:smallCaps w:val="0"/>
          <w:strike w:val="0"/>
          <w:sz w:val="22"/>
          <w:highlight w:val="cyan"/>
          <w:u w:val="single"/>
        </w:rPr>
        <w:t>here by five points</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Georgia:</w:t>
      </w:r>
      <w:r>
        <w:rPr>
          <w:b w:val="0"/>
          <w:i w:val="0"/>
          <w:smallCaps w:val="0"/>
          <w:strike w:val="0"/>
          <w:sz w:val="16"/>
          <w:u w:val="none"/>
        </w:rPr>
        <w:t xml:space="preserve"> Trump is up by two points in the state (48% to 46%), with 7% undecided, in an Emerson poll of 800 registered voters (margin of error 3.4), after leading Biden by six points in the group’s previous poll. </w:t>
      </w:r>
      <w:r>
        <w:rPr>
          <w:b w:val="0"/>
          <w:i w:val="0"/>
          <w:smallCaps w:val="0"/>
          <w:strike w:val="0"/>
          <w:sz w:val="16"/>
          <w:u w:val="none"/>
        </w:rPr>
        <w:t>Arizona:</w:t>
      </w:r>
      <w:r>
        <w:rPr>
          <w:b w:val="0"/>
          <w:i w:val="0"/>
          <w:smallCaps w:val="0"/>
          <w:strike w:val="0"/>
          <w:sz w:val="16"/>
          <w:u w:val="none"/>
        </w:rPr>
        <w:t xml:space="preserve"> Harris is down by five points (49% to 44%) among the 800 registered voters surveyed (margin of error 3.4), with 7% of voters undecided, while Trump led Biden here by seven points earlier this month. </w:t>
      </w:r>
      <w:r>
        <w:rPr>
          <w:b w:val="0"/>
          <w:i w:val="0"/>
          <w:smallCaps w:val="0"/>
          <w:strike w:val="0"/>
          <w:sz w:val="16"/>
          <w:u w:val="none"/>
        </w:rPr>
        <w:t>Pennsylvania:</w:t>
      </w:r>
      <w:r>
        <w:rPr>
          <w:b w:val="0"/>
          <w:i w:val="0"/>
          <w:smallCaps w:val="0"/>
          <w:strike w:val="0"/>
          <w:sz w:val="16"/>
          <w:u w:val="none"/>
        </w:rPr>
        <w:t xml:space="preserve"> Trump leads by two (48% to 46%) in the latest survey of 850 voters (margin of error 3.3), compared to his five-point lead over Biden. </w:t>
      </w:r>
      <w:r>
        <w:rPr>
          <w:b w:val="0"/>
          <w:i w:val="0"/>
          <w:smallCaps w:val="0"/>
          <w:strike w:val="0"/>
          <w:sz w:val="22"/>
          <w:u w:val="single"/>
        </w:rPr>
        <w:t xml:space="preserve">Several </w:t>
      </w:r>
      <w:r>
        <w:rPr>
          <w:b w:val="0"/>
          <w:i w:val="0"/>
          <w:smallCaps w:val="0"/>
          <w:strike w:val="0"/>
          <w:sz w:val="22"/>
          <w:highlight w:val="cyan"/>
          <w:u w:val="single"/>
        </w:rPr>
        <w:t>names on Harris</w:t>
      </w:r>
      <w:r>
        <w:rPr>
          <w:b w:val="0"/>
          <w:i w:val="0"/>
          <w:smallCaps w:val="0"/>
          <w:strike w:val="0"/>
          <w:sz w:val="22"/>
          <w:u w:val="single"/>
        </w:rPr>
        <w:t xml:space="preserve">’ </w:t>
      </w:r>
      <w:r>
        <w:rPr>
          <w:b w:val="0"/>
          <w:i w:val="0"/>
          <w:smallCaps w:val="0"/>
          <w:strike w:val="0"/>
          <w:sz w:val="22"/>
          <w:highlight w:val="cyan"/>
          <w:u w:val="single"/>
        </w:rPr>
        <w:t xml:space="preserve">reported </w:t>
      </w:r>
      <w:r>
        <w:rPr>
          <w:b w:val="0"/>
          <w:i w:val="0"/>
          <w:smallCaps w:val="0"/>
          <w:strike w:val="0"/>
          <w:sz w:val="22"/>
          <w:highlight w:val="cyan"/>
          <w:u w:val="single"/>
        </w:rPr>
        <w:t>shortlist for vice president</w:t>
      </w:r>
      <w:r>
        <w:rPr>
          <w:b w:val="0"/>
          <w:i w:val="0"/>
          <w:smallCaps w:val="0"/>
          <w:strike w:val="0"/>
          <w:sz w:val="22"/>
          <w:u w:val="single"/>
        </w:rPr>
        <w:t xml:space="preserve"> </w:t>
      </w:r>
      <w:r>
        <w:rPr>
          <w:b w:val="0"/>
          <w:i w:val="0"/>
          <w:smallCaps w:val="0"/>
          <w:strike w:val="0"/>
          <w:sz w:val="22"/>
          <w:highlight w:val="cyan"/>
          <w:u w:val="single"/>
        </w:rPr>
        <w:t xml:space="preserve">could </w:t>
      </w:r>
      <w:r>
        <w:rPr>
          <w:b/>
          <w:i w:val="0"/>
          <w:smallCaps w:val="0"/>
          <w:strike w:val="0"/>
          <w:sz w:val="22"/>
          <w:highlight w:val="cyan"/>
          <w:u w:val="single"/>
        </w:rPr>
        <w:t>help her shore up votes</w:t>
      </w:r>
      <w:r>
        <w:rPr>
          <w:b w:val="0"/>
          <w:i w:val="0"/>
          <w:smallCaps w:val="0"/>
          <w:strike w:val="0"/>
          <w:sz w:val="22"/>
          <w:highlight w:val="cyan"/>
          <w:u w:val="single"/>
        </w:rPr>
        <w:t xml:space="preserve"> in the crucial swing states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 xml:space="preserve">Voters are partial to </w:t>
      </w:r>
      <w:r>
        <w:rPr>
          <w:b/>
          <w:i w:val="0"/>
          <w:smallCaps w:val="0"/>
          <w:strike w:val="0"/>
          <w:sz w:val="22"/>
          <w:highlight w:val="cyan"/>
          <w:u w:val="single"/>
        </w:rPr>
        <w:t>possible contenders</w:t>
      </w:r>
      <w:r>
        <w:rPr>
          <w:b w:val="0"/>
          <w:i w:val="0"/>
          <w:smallCaps w:val="0"/>
          <w:strike w:val="0"/>
          <w:sz w:val="22"/>
          <w:highlight w:val="cyan"/>
          <w:u w:val="single"/>
        </w:rPr>
        <w:t xml:space="preserve"> who currently represent their states</w:t>
      </w:r>
      <w:r>
        <w:rPr>
          <w:b w:val="0"/>
          <w:i w:val="0"/>
          <w:smallCaps w:val="0"/>
          <w:strike w:val="0"/>
          <w:sz w:val="16"/>
          <w:u w:val="none"/>
        </w:rPr>
        <w:t xml:space="preserve">, the Emerson poll found. In </w:t>
      </w:r>
      <w:r>
        <w:rPr>
          <w:b w:val="0"/>
          <w:i w:val="0"/>
          <w:smallCaps w:val="0"/>
          <w:strike w:val="0"/>
          <w:sz w:val="16"/>
          <w:highlight w:val="cyan"/>
          <w:u w:val="none"/>
        </w:rPr>
        <w:t>Arizona,</w:t>
      </w:r>
      <w:r>
        <w:rPr>
          <w:b w:val="0"/>
          <w:i w:val="0"/>
          <w:smallCaps w:val="0"/>
          <w:strike w:val="0"/>
          <w:sz w:val="16"/>
          <w:u w:val="none"/>
        </w:rPr>
        <w:t xml:space="preserve"> </w:t>
      </w:r>
      <w:r>
        <w:rPr>
          <w:b w:val="0"/>
          <w:i w:val="0"/>
          <w:smallCaps w:val="0"/>
          <w:strike w:val="0"/>
          <w:sz w:val="22"/>
          <w:highlight w:val="cyan"/>
          <w:u w:val="single"/>
        </w:rPr>
        <w:t>42</w:t>
      </w:r>
      <w:r>
        <w:rPr>
          <w:b w:val="0"/>
          <w:i w:val="0"/>
          <w:smallCaps w:val="0"/>
          <w:strike w:val="0"/>
          <w:sz w:val="22"/>
          <w:u w:val="single"/>
        </w:rPr>
        <w:t xml:space="preserve">% of </w:t>
      </w:r>
      <w:r>
        <w:rPr>
          <w:b w:val="0"/>
          <w:i w:val="0"/>
          <w:smallCaps w:val="0"/>
          <w:strike w:val="0"/>
          <w:sz w:val="22"/>
          <w:highlight w:val="cyan"/>
          <w:u w:val="single"/>
        </w:rPr>
        <w:t>Dem</w:t>
      </w:r>
      <w:r>
        <w:rPr>
          <w:b w:val="0"/>
          <w:i w:val="0"/>
          <w:smallCaps w:val="0"/>
          <w:strike w:val="0"/>
          <w:sz w:val="22"/>
          <w:u w:val="single"/>
        </w:rPr>
        <w:t xml:space="preserve">ocratic voters prefer their senator, </w:t>
      </w:r>
      <w:r>
        <w:rPr>
          <w:b w:val="0"/>
          <w:i w:val="0"/>
          <w:smallCaps w:val="0"/>
          <w:strike w:val="0"/>
          <w:sz w:val="22"/>
          <w:highlight w:val="cyan"/>
          <w:u w:val="single"/>
        </w:rPr>
        <w:t>Mark Kelly</w:t>
      </w:r>
      <w:r>
        <w:rPr>
          <w:b w:val="0"/>
          <w:i w:val="0"/>
          <w:smallCaps w:val="0"/>
          <w:strike w:val="0"/>
          <w:sz w:val="22"/>
          <w:u w:val="single"/>
        </w:rPr>
        <w:t xml:space="preserve">, </w:t>
      </w:r>
      <w:r>
        <w:rPr>
          <w:b w:val="0"/>
          <w:i w:val="0"/>
          <w:smallCaps w:val="0"/>
          <w:strike w:val="0"/>
          <w:sz w:val="22"/>
          <w:highlight w:val="cyan"/>
          <w:u w:val="single"/>
        </w:rPr>
        <w:t>57</w:t>
      </w:r>
      <w:r>
        <w:rPr>
          <w:b w:val="0"/>
          <w:i w:val="0"/>
          <w:smallCaps w:val="0"/>
          <w:strike w:val="0"/>
          <w:sz w:val="22"/>
          <w:u w:val="single"/>
        </w:rPr>
        <w:t xml:space="preserve">% of Democrats </w:t>
      </w:r>
      <w:r>
        <w:rPr>
          <w:b w:val="0"/>
          <w:i w:val="0"/>
          <w:smallCaps w:val="0"/>
          <w:strike w:val="0"/>
          <w:sz w:val="22"/>
          <w:highlight w:val="cyan"/>
          <w:u w:val="single"/>
        </w:rPr>
        <w:t>in Pennsylvania</w:t>
      </w:r>
      <w:r>
        <w:rPr>
          <w:b w:val="0"/>
          <w:i w:val="0"/>
          <w:smallCaps w:val="0"/>
          <w:strike w:val="0"/>
          <w:sz w:val="22"/>
          <w:u w:val="single"/>
        </w:rPr>
        <w:t xml:space="preserve"> </w:t>
      </w:r>
      <w:r>
        <w:rPr>
          <w:b w:val="0"/>
          <w:i w:val="0"/>
          <w:smallCaps w:val="0"/>
          <w:strike w:val="0"/>
          <w:sz w:val="22"/>
          <w:highlight w:val="cyan"/>
          <w:u w:val="single"/>
        </w:rPr>
        <w:t>prefer</w:t>
      </w:r>
      <w:r>
        <w:rPr>
          <w:b w:val="0"/>
          <w:i w:val="0"/>
          <w:smallCaps w:val="0"/>
          <w:strike w:val="0"/>
          <w:sz w:val="22"/>
          <w:u w:val="single"/>
        </w:rPr>
        <w:t xml:space="preserve"> Gov. Josh </w:t>
      </w:r>
      <w:r>
        <w:rPr>
          <w:b w:val="0"/>
          <w:i w:val="0"/>
          <w:smallCaps w:val="0"/>
          <w:strike w:val="0"/>
          <w:sz w:val="22"/>
          <w:highlight w:val="cyan"/>
          <w:u w:val="single"/>
        </w:rPr>
        <w:t>Shapiro</w:t>
      </w:r>
      <w:r>
        <w:rPr>
          <w:b w:val="0"/>
          <w:i w:val="0"/>
          <w:smallCaps w:val="0"/>
          <w:strike w:val="0"/>
          <w:sz w:val="22"/>
          <w:u w:val="single"/>
        </w:rPr>
        <w:t xml:space="preserve">, and </w:t>
      </w:r>
      <w:r>
        <w:rPr>
          <w:b w:val="0"/>
          <w:i w:val="0"/>
          <w:smallCaps w:val="0"/>
          <w:strike w:val="0"/>
          <w:sz w:val="22"/>
          <w:highlight w:val="cyan"/>
          <w:u w:val="single"/>
        </w:rPr>
        <w:t>36</w:t>
      </w:r>
      <w:r>
        <w:rPr>
          <w:b w:val="0"/>
          <w:i w:val="0"/>
          <w:smallCaps w:val="0"/>
          <w:strike w:val="0"/>
          <w:sz w:val="22"/>
          <w:u w:val="single"/>
        </w:rPr>
        <w:t xml:space="preserve">% of </w:t>
      </w:r>
      <w:r>
        <w:rPr>
          <w:b/>
          <w:i w:val="0"/>
          <w:smallCaps w:val="0"/>
          <w:strike w:val="0"/>
          <w:sz w:val="22"/>
          <w:highlight w:val="cyan"/>
          <w:u w:val="single"/>
        </w:rPr>
        <w:t>Michigan</w:t>
      </w:r>
      <w:r>
        <w:rPr>
          <w:b/>
          <w:i w:val="0"/>
          <w:smallCaps w:val="0"/>
          <w:strike w:val="0"/>
          <w:sz w:val="22"/>
          <w:u w:val="single"/>
        </w:rPr>
        <w:t xml:space="preserve"> </w:t>
      </w:r>
      <w:r>
        <w:rPr>
          <w:b/>
          <w:i w:val="0"/>
          <w:smallCaps w:val="0"/>
          <w:strike w:val="0"/>
          <w:sz w:val="22"/>
          <w:highlight w:val="cyan"/>
          <w:u w:val="single"/>
        </w:rPr>
        <w:t>Dem</w:t>
      </w:r>
      <w:r>
        <w:rPr>
          <w:b/>
          <w:i w:val="0"/>
          <w:smallCaps w:val="0"/>
          <w:strike w:val="0"/>
          <w:sz w:val="22"/>
          <w:u w:val="single"/>
        </w:rPr>
        <w:t>ocrat</w:t>
      </w:r>
      <w:r>
        <w:rPr>
          <w:b/>
          <w:i w:val="0"/>
          <w:smallCaps w:val="0"/>
          <w:strike w:val="0"/>
          <w:sz w:val="22"/>
          <w:highlight w:val="cyan"/>
          <w:u w:val="single"/>
        </w:rPr>
        <w:t>s</w:t>
      </w:r>
      <w:r>
        <w:rPr>
          <w:b/>
          <w:i w:val="0"/>
          <w:smallCaps w:val="0"/>
          <w:strike w:val="0"/>
          <w:sz w:val="22"/>
          <w:u w:val="single"/>
        </w:rPr>
        <w:t xml:space="preserve"> </w:t>
      </w:r>
      <w:r>
        <w:rPr>
          <w:b/>
          <w:i w:val="0"/>
          <w:smallCaps w:val="0"/>
          <w:strike w:val="0"/>
          <w:sz w:val="22"/>
          <w:highlight w:val="cyan"/>
          <w:u w:val="single"/>
        </w:rPr>
        <w:t>surveyed</w:t>
      </w:r>
      <w:r>
        <w:rPr>
          <w:b w:val="0"/>
          <w:i w:val="0"/>
          <w:smallCaps w:val="0"/>
          <w:strike w:val="0"/>
          <w:sz w:val="22"/>
          <w:u w:val="single"/>
        </w:rPr>
        <w:t xml:space="preserve"> prefer Gov. Gretchen </w:t>
      </w:r>
      <w:r>
        <w:rPr>
          <w:b w:val="0"/>
          <w:i w:val="0"/>
          <w:smallCaps w:val="0"/>
          <w:strike w:val="0"/>
          <w:sz w:val="22"/>
          <w:highlight w:val="cyan"/>
          <w:u w:val="single"/>
        </w:rPr>
        <w:t>Whitmer,</w:t>
      </w:r>
      <w:r>
        <w:rPr>
          <w:b w:val="0"/>
          <w:i w:val="0"/>
          <w:smallCaps w:val="0"/>
          <w:strike w:val="0"/>
          <w:sz w:val="22"/>
          <w:u w:val="single"/>
        </w:rPr>
        <w:t xml:space="preserve"> who has said she wouldn’t accept an offer for the No. 2 spot.</w:t>
      </w:r>
      <w:r>
        <w:rPr>
          <w:b w:val="0"/>
          <w:i w:val="0"/>
          <w:smallCaps w:val="0"/>
          <w:strike w:val="0"/>
          <w:sz w:val="16"/>
          <w:u w:val="none"/>
        </w:rPr>
        <w:t xml:space="preserve"> None of the possible picks Emerson asked about received more than about 20% support among Democrats in Wisconsin and Georgia, including Transportation Secretary Pete Buttigieg, Kentucky Gov. Andy Beshear, North Carolina Gov. Roy Cooper, Sen. Bernie Sanders, I-Vt., Illinois Gov. JB Pritzker and California Gov. Gavin Newsom, in addition to Kelly, Shapiro and Whitmer.</w:t>
      </w:r>
      <w:r>
        <w:rPr>
          <w:b w:val="0"/>
          <w:i w:val="0"/>
          <w:smallCaps w:val="0"/>
          <w:strike w:val="0"/>
          <w:sz w:val="16"/>
          <w:u w:val="none"/>
        </w:rPr>
        <w:t xml:space="preserve"> </w:t>
      </w:r>
      <w:r>
        <w:rPr>
          <w:b w:val="0"/>
          <w:i w:val="0"/>
          <w:smallCaps w:val="0"/>
          <w:strike w:val="0"/>
          <w:sz w:val="16"/>
          <w:u w:val="none"/>
        </w:rPr>
        <w:t xml:space="preserve">Biden dropped out of the race Sunday, despite insisting he would continue his campaign amid an intraparty revolt in the wake of his June 27 debate performance. He immediately endorsed Harris and she announced plans to seek the nomination. By </w:t>
      </w:r>
      <w:r>
        <w:rPr>
          <w:b w:val="0"/>
          <w:i w:val="0"/>
          <w:smallCaps w:val="0"/>
          <w:strike w:val="0"/>
          <w:sz w:val="22"/>
          <w:u w:val="single"/>
        </w:rPr>
        <w:t>Monday, the majority of Biden’s delegates had pledged to support her, making it all but certain she officially becomes the Democratic nominee when they vote during the first week of August to formalize the ticket.</w:t>
      </w:r>
      <w:r>
        <w:rPr>
          <w:b w:val="0"/>
          <w:i w:val="0"/>
          <w:smallCaps w:val="0"/>
          <w:strike w:val="0"/>
          <w:sz w:val="16"/>
          <w:u w:val="none"/>
        </w:rPr>
        <w:t xml:space="preserve"> Harris enters the race with a relatively low approval rating,</w:t>
      </w:r>
      <w:r>
        <w:rPr>
          <w:b w:val="0"/>
          <w:i w:val="0"/>
          <w:smallCaps w:val="0"/>
          <w:strike w:val="0"/>
          <w:sz w:val="16"/>
          <w:u w:val="none"/>
        </w:rPr>
        <w:t xml:space="preserve"> </w:t>
      </w:r>
      <w:r>
        <w:rPr>
          <w:b w:val="0"/>
          <w:i w:val="0"/>
          <w:smallCaps w:val="0"/>
          <w:strike w:val="0"/>
          <w:u w:val="none"/>
        </w:rPr>
        <w:t>below 40% in most polls</w:t>
      </w:r>
      <w:r>
        <w:rPr>
          <w:b w:val="0"/>
          <w:i w:val="0"/>
          <w:smallCaps w:val="0"/>
          <w:strike w:val="0"/>
          <w:sz w:val="16"/>
          <w:u w:val="none"/>
        </w:rPr>
        <w:t>, largely reflective of Biden’s, and has less than four months to familiarize voters with herself before the general election on Nov. 5.</w:t>
      </w:r>
      <w:r>
        <w:rPr>
          <w:b w:val="0"/>
          <w:i w:val="0"/>
          <w:smallCaps w:val="0"/>
          <w:strike w:val="0"/>
          <w:sz w:val="16"/>
          <w:u w:val="none"/>
        </w:rPr>
        <w:t xml:space="preserve"> </w:t>
      </w:r>
      <w:r>
        <w:rPr>
          <w:b w:val="0"/>
          <w:i w:val="0"/>
          <w:smallCaps w:val="0"/>
          <w:strike w:val="0"/>
          <w:sz w:val="16"/>
          <w:u w:val="none"/>
        </w:rPr>
        <w:t>Trump leads Harris by three or fewer points in four national</w:t>
      </w:r>
      <w:r>
        <w:rPr>
          <w:b w:val="0"/>
          <w:i w:val="0"/>
          <w:smallCaps w:val="0"/>
          <w:strike w:val="0"/>
          <w:sz w:val="16"/>
          <w:u w:val="none"/>
        </w:rPr>
        <w:t xml:space="preserve"> </w:t>
      </w:r>
      <w:r>
        <w:rPr>
          <w:b w:val="0"/>
          <w:i w:val="0"/>
          <w:smallCaps w:val="0"/>
          <w:strike w:val="0"/>
          <w:u w:val="none"/>
        </w:rPr>
        <w:t>surveys taken since Sunday</w:t>
      </w:r>
      <w:r>
        <w:rPr>
          <w:b w:val="0"/>
          <w:i w:val="0"/>
          <w:smallCaps w:val="0"/>
          <w:strike w:val="0"/>
          <w:sz w:val="16"/>
          <w:u w:val="none"/>
        </w:rPr>
        <w:t>, but trails Harris by two points in a fifth poll.</w:t>
      </w:r>
      <w:r>
        <w:rPr>
          <w:b w:val="0"/>
          <w:i w:val="0"/>
          <w:smallCaps w:val="0"/>
          <w:strike w:val="0"/>
          <w:sz w:val="16"/>
          <w:u w:val="none"/>
        </w:rPr>
        <w:t xml:space="preserve"> </w:t>
      </w:r>
      <w:r>
        <w:rPr>
          <w:b w:val="0"/>
          <w:i w:val="0"/>
          <w:smallCaps w:val="0"/>
          <w:strike w:val="0"/>
          <w:sz w:val="16"/>
          <w:u w:val="none"/>
        </w:rPr>
        <w:t>2.1. That’s how many points Trump leads Harris by nationally, according to Real Clear Politics’</w:t>
      </w:r>
      <w:r>
        <w:rPr>
          <w:b w:val="0"/>
          <w:i w:val="0"/>
          <w:smallCaps w:val="0"/>
          <w:strike w:val="0"/>
          <w:sz w:val="16"/>
          <w:u w:val="none"/>
        </w:rPr>
        <w:t xml:space="preserve"> </w:t>
      </w:r>
      <w:r>
        <w:rPr>
          <w:b w:val="0"/>
          <w:i w:val="0"/>
          <w:smallCaps w:val="0"/>
          <w:strike w:val="0"/>
          <w:u w:val="none"/>
        </w:rPr>
        <w:t>polling average</w:t>
      </w:r>
      <w:r>
        <w:rPr>
          <w:b w:val="0"/>
          <w:i w:val="0"/>
          <w:smallCaps w:val="0"/>
          <w:strike w:val="0"/>
          <w:sz w:val="16"/>
          <w:u w:val="none"/>
        </w:rPr>
        <w:t>. Biden trailed Trump by 3.1 points when he dropped out of the race Sunday, a 1.6-point polling bump for Trump since the debate.</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