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Harris is moving past trump and is slightly ahead of him now in THE essential state for a democrat win</w:t>
      </w:r>
    </w:p>
    <w:p>
      <w:pPr>
        <w:spacing w:after="80"/>
      </w:pPr>
      <w:r>
        <w:rPr>
          <w:b/>
          <w:i w:val="0"/>
          <w:smallCaps w:val="0"/>
          <w:strike w:val="0"/>
          <w:sz w:val="26"/>
          <w:u w:val="none"/>
        </w:rPr>
        <w:t>Ewall-Wice 7/26</w:t>
      </w:r>
      <w:r>
        <w:rPr>
          <w:b w:val="0"/>
          <w:i w:val="0"/>
          <w:smallCaps w:val="0"/>
          <w:strike w:val="0"/>
          <w:u w:val="none"/>
        </w:rPr>
        <w:t>, Sarah Ewall-Wice is a Senior U.S. political reporter for the Daily Mail, “Bombshell poll in swing state shows Kamala Harris and Trump are TIED”, 7/26/24, JLB, https://www.dailymail.co.uk/news/article-13676373/poll-swing-state-kamala-harris-trump-tiedpoll-swing-state-shows-Kamala-Harris-Trump-TIED.html</w:t>
      </w:r>
    </w:p>
    <w:p>
      <w:pPr>
        <w:spacing w:after="60"/>
      </w:pPr>
      <w:r>
        <w:rPr>
          <w:b w:val="0"/>
          <w:i w:val="0"/>
          <w:smallCaps w:val="0"/>
          <w:strike w:val="0"/>
          <w:sz w:val="22"/>
          <w:u w:val="single"/>
        </w:rPr>
        <w:t xml:space="preserve">A new poll out of Michigan shows Kamala </w:t>
      </w:r>
      <w:r>
        <w:rPr>
          <w:b w:val="0"/>
          <w:i w:val="0"/>
          <w:smallCaps w:val="0"/>
          <w:strike w:val="0"/>
          <w:sz w:val="22"/>
          <w:highlight w:val="cyan"/>
          <w:u w:val="single"/>
        </w:rPr>
        <w:t>Harris and</w:t>
      </w:r>
      <w:r>
        <w:rPr>
          <w:b w:val="0"/>
          <w:i w:val="0"/>
          <w:smallCaps w:val="0"/>
          <w:strike w:val="0"/>
          <w:sz w:val="22"/>
          <w:u w:val="single"/>
        </w:rPr>
        <w:t xml:space="preserve"> Donald </w:t>
      </w:r>
      <w:r>
        <w:rPr>
          <w:b w:val="0"/>
          <w:i w:val="0"/>
          <w:smallCaps w:val="0"/>
          <w:strike w:val="0"/>
          <w:sz w:val="22"/>
          <w:highlight w:val="cyan"/>
          <w:u w:val="single"/>
        </w:rPr>
        <w:t>Trump tied in</w:t>
      </w:r>
      <w:r>
        <w:rPr>
          <w:b w:val="0"/>
          <w:i w:val="0"/>
          <w:smallCaps w:val="0"/>
          <w:strike w:val="0"/>
          <w:sz w:val="22"/>
          <w:u w:val="single"/>
        </w:rPr>
        <w:t xml:space="preserve"> </w:t>
      </w:r>
      <w:r>
        <w:rPr>
          <w:b w:val="0"/>
          <w:i w:val="0"/>
          <w:smallCaps w:val="0"/>
          <w:strike w:val="0"/>
          <w:sz w:val="22"/>
          <w:highlight w:val="cyan"/>
          <w:u w:val="single"/>
        </w:rPr>
        <w:t>the all-important battleground state</w:t>
      </w:r>
      <w:r>
        <w:rPr>
          <w:b w:val="0"/>
          <w:i w:val="0"/>
          <w:smallCaps w:val="0"/>
          <w:strike w:val="0"/>
          <w:sz w:val="22"/>
          <w:u w:val="single"/>
        </w:rPr>
        <w:t xml:space="preserve"> with just over 100 days to go before Election Day. </w:t>
      </w:r>
    </w:p>
    <w:p>
      <w:pPr>
        <w:spacing w:after="60"/>
      </w:pPr>
      <w:r>
        <w:rPr>
          <w:b w:val="0"/>
          <w:i w:val="0"/>
          <w:smallCaps w:val="0"/>
          <w:strike w:val="0"/>
          <w:sz w:val="14"/>
          <w:u w:val="none"/>
        </w:rPr>
        <w:t xml:space="preserve">According to the Detroit News-WDIV-TV poll conducted after Biden dropped out of the presidential race and Harris jumped in, </w:t>
      </w:r>
      <w:r>
        <w:rPr>
          <w:b w:val="0"/>
          <w:i w:val="0"/>
          <w:smallCaps w:val="0"/>
          <w:strike w:val="0"/>
          <w:sz w:val="22"/>
          <w:u w:val="single"/>
        </w:rPr>
        <w:t xml:space="preserve">Harris and Trump are tied at 41 percent each among likely general election voters. </w:t>
      </w:r>
    </w:p>
    <w:p>
      <w:pPr>
        <w:spacing w:after="60"/>
      </w:pPr>
      <w:r>
        <w:rPr>
          <w:b w:val="0"/>
          <w:i w:val="0"/>
          <w:smallCaps w:val="0"/>
          <w:strike w:val="0"/>
          <w:sz w:val="14"/>
          <w:u w:val="none"/>
        </w:rPr>
        <w:t xml:space="preserve">The poll also found third party candidate Robert Kennedy Jr. who is running in the state as the 'Natural Law Party' nominee has the support of 10 percent of likely voters. Another 6 percent of voters are undecided. </w:t>
      </w:r>
    </w:p>
    <w:p>
      <w:pPr>
        <w:spacing w:after="60"/>
      </w:pPr>
      <w:r>
        <w:rPr>
          <w:b w:val="0"/>
          <w:i w:val="0"/>
          <w:smallCaps w:val="0"/>
          <w:strike w:val="0"/>
          <w:sz w:val="22"/>
          <w:u w:val="single"/>
        </w:rPr>
        <w:t xml:space="preserve">Zoom in a little further and </w:t>
      </w:r>
      <w:r>
        <w:rPr>
          <w:b/>
          <w:i w:val="0"/>
          <w:smallCaps w:val="0"/>
          <w:strike w:val="0"/>
          <w:sz w:val="22"/>
          <w:highlight w:val="cyan"/>
          <w:u w:val="single"/>
        </w:rPr>
        <w:t>Harris is slightly ahead of Trump</w:t>
      </w:r>
      <w:r>
        <w:rPr>
          <w:b w:val="0"/>
          <w:i w:val="0"/>
          <w:smallCaps w:val="0"/>
          <w:strike w:val="0"/>
          <w:sz w:val="22"/>
          <w:u w:val="single"/>
        </w:rPr>
        <w:t xml:space="preserve"> by a third of a percentage point but that is well within the margin of error</w:t>
      </w:r>
      <w:r>
        <w:rPr>
          <w:b w:val="0"/>
          <w:i w:val="0"/>
          <w:smallCaps w:val="0"/>
          <w:strike w:val="0"/>
          <w:sz w:val="14"/>
          <w:u w:val="none"/>
        </w:rPr>
        <w:t xml:space="preserve">. </w:t>
      </w:r>
    </w:p>
    <w:p>
      <w:pPr>
        <w:spacing w:after="60"/>
      </w:pPr>
      <w:r>
        <w:rPr>
          <w:b w:val="0"/>
          <w:i w:val="0"/>
          <w:smallCaps w:val="0"/>
          <w:strike w:val="0"/>
          <w:sz w:val="14"/>
          <w:u w:val="none"/>
        </w:rPr>
        <w:t xml:space="preserve">The new poll suggests the state of the race in </w:t>
      </w:r>
      <w:r>
        <w:rPr>
          <w:b w:val="0"/>
          <w:i w:val="0"/>
          <w:smallCaps w:val="0"/>
          <w:strike w:val="0"/>
          <w:sz w:val="22"/>
          <w:highlight w:val="cyan"/>
          <w:u w:val="single"/>
        </w:rPr>
        <w:t>Michigan</w:t>
      </w:r>
      <w:r>
        <w:rPr>
          <w:b w:val="0"/>
          <w:i w:val="0"/>
          <w:smallCaps w:val="0"/>
          <w:strike w:val="0"/>
          <w:sz w:val="22"/>
          <w:u w:val="single"/>
        </w:rPr>
        <w:t xml:space="preserve">, which </w:t>
      </w:r>
      <w:r>
        <w:rPr>
          <w:b w:val="0"/>
          <w:i w:val="0"/>
          <w:smallCaps w:val="0"/>
          <w:strike w:val="0"/>
          <w:sz w:val="22"/>
          <w:highlight w:val="cyan"/>
          <w:u w:val="single"/>
        </w:rPr>
        <w:t>is</w:t>
      </w:r>
      <w:r>
        <w:rPr>
          <w:b w:val="0"/>
          <w:i w:val="0"/>
          <w:smallCaps w:val="0"/>
          <w:strike w:val="0"/>
          <w:sz w:val="22"/>
          <w:u w:val="single"/>
        </w:rPr>
        <w:t xml:space="preserve"> viewed as </w:t>
      </w:r>
      <w:r>
        <w:rPr>
          <w:b/>
          <w:i w:val="0"/>
          <w:smallCaps w:val="0"/>
          <w:strike w:val="0"/>
          <w:sz w:val="22"/>
          <w:highlight w:val="cyan"/>
          <w:u w:val="single"/>
        </w:rPr>
        <w:t>essential</w:t>
      </w:r>
      <w:r>
        <w:rPr>
          <w:b w:val="0"/>
          <w:i w:val="0"/>
          <w:smallCaps w:val="0"/>
          <w:strike w:val="0"/>
          <w:sz w:val="22"/>
          <w:highlight w:val="cyan"/>
          <w:u w:val="single"/>
        </w:rPr>
        <w:t xml:space="preserve"> for Democrats to win in November</w:t>
      </w:r>
      <w:r>
        <w:rPr>
          <w:b w:val="0"/>
          <w:i w:val="0"/>
          <w:smallCaps w:val="0"/>
          <w:strike w:val="0"/>
          <w:sz w:val="22"/>
          <w:u w:val="single"/>
        </w:rPr>
        <w:t>, has seen a dramatic shift from when Biden was still running.</w:t>
      </w:r>
    </w:p>
    <w:p>
      <w:pPr>
        <w:spacing w:after="60"/>
      </w:pPr>
      <w:r>
        <w:rPr>
          <w:b w:val="0"/>
          <w:i w:val="0"/>
          <w:smallCaps w:val="0"/>
          <w:strike w:val="0"/>
          <w:sz w:val="22"/>
          <w:u w:val="single"/>
        </w:rPr>
        <w:t xml:space="preserve">A similar survey conducted by the group in Michigan </w:t>
      </w:r>
      <w:r>
        <w:rPr>
          <w:b w:val="0"/>
          <w:i w:val="0"/>
          <w:smallCaps w:val="0"/>
          <w:strike w:val="0"/>
          <w:sz w:val="22"/>
          <w:highlight w:val="cyan"/>
          <w:u w:val="single"/>
        </w:rPr>
        <w:t>six months ago</w:t>
      </w:r>
      <w:r>
        <w:rPr>
          <w:b w:val="0"/>
          <w:i w:val="0"/>
          <w:smallCaps w:val="0"/>
          <w:strike w:val="0"/>
          <w:sz w:val="22"/>
          <w:u w:val="single"/>
        </w:rPr>
        <w:t xml:space="preserve"> found </w:t>
      </w:r>
      <w:r>
        <w:rPr>
          <w:b w:val="0"/>
          <w:i w:val="0"/>
          <w:smallCaps w:val="0"/>
          <w:strike w:val="0"/>
          <w:sz w:val="22"/>
          <w:highlight w:val="cyan"/>
          <w:u w:val="single"/>
        </w:rPr>
        <w:t>Biden was trailing Trump by eight</w:t>
      </w:r>
      <w:r>
        <w:rPr>
          <w:b w:val="0"/>
          <w:i w:val="0"/>
          <w:smallCaps w:val="0"/>
          <w:strike w:val="0"/>
          <w:sz w:val="22"/>
          <w:u w:val="single"/>
        </w:rPr>
        <w:t xml:space="preserve"> points in a head-to-head matchup in the state: 47 percent to 39 percent with three percent of likely voters undecided. </w:t>
      </w:r>
    </w:p>
    <w:p>
      <w:pPr>
        <w:spacing w:after="60"/>
      </w:pPr>
      <w:r>
        <w:rPr>
          <w:b w:val="0"/>
          <w:i w:val="0"/>
          <w:smallCaps w:val="0"/>
          <w:strike w:val="0"/>
          <w:sz w:val="14"/>
          <w:u w:val="none"/>
        </w:rPr>
        <w:t xml:space="preserve">According to the poll released on Thursday, Kennedy is leading among Independent voters but barely with a even split between those who 'lean Republican' and 'lean Democrat.' </w:t>
      </w:r>
    </w:p>
    <w:p>
      <w:pPr>
        <w:spacing w:after="60"/>
      </w:pPr>
      <w:r>
        <w:rPr>
          <w:b w:val="0"/>
          <w:i w:val="0"/>
          <w:smallCaps w:val="0"/>
          <w:strike w:val="0"/>
          <w:sz w:val="14"/>
          <w:u w:val="none"/>
        </w:rPr>
        <w:t xml:space="preserve">He is polling at 27 percent, Harris 26 percent and Trump 25 percent among Independents, but nearly 18 percent of Independents remain undecided. </w:t>
      </w:r>
    </w:p>
    <w:p>
      <w:pPr>
        <w:spacing w:after="60"/>
      </w:pPr>
      <w:r>
        <w:rPr>
          <w:b w:val="0"/>
          <w:i w:val="0"/>
          <w:smallCaps w:val="0"/>
          <w:strike w:val="0"/>
          <w:sz w:val="14"/>
          <w:u w:val="none"/>
        </w:rPr>
        <w:t xml:space="preserve">Trump won the state in 2016 but Biden was able to flip it back to blue in 2020 with just over 150,000 more votes than the ex-president. Democrats and Republicans have both been campaigning hard in the swing state leading up to November. </w:t>
      </w:r>
    </w:p>
    <w:p>
      <w:pPr>
        <w:spacing w:after="60"/>
      </w:pPr>
      <w:r>
        <w:rPr>
          <w:b w:val="0"/>
          <w:i w:val="0"/>
          <w:smallCaps w:val="0"/>
          <w:strike w:val="0"/>
          <w:sz w:val="14"/>
          <w:u w:val="none"/>
        </w:rPr>
        <w:t xml:space="preserve">The poll comes just days after Donald Trump held his first rally in Michigan after officially accepting the Republican presidential nomination at the convention in Milwaukee. </w:t>
      </w:r>
    </w:p>
    <w:p>
      <w:pPr>
        <w:spacing w:after="60"/>
      </w:pPr>
      <w:r>
        <w:rPr>
          <w:b w:val="0"/>
          <w:i w:val="0"/>
          <w:smallCaps w:val="0"/>
          <w:strike w:val="0"/>
          <w:sz w:val="22"/>
          <w:u w:val="single"/>
        </w:rPr>
        <w:t xml:space="preserve">His Grand Rapids rally was also </w:t>
      </w:r>
      <w:r>
        <w:rPr>
          <w:b w:val="0"/>
          <w:i w:val="0"/>
          <w:smallCaps w:val="0"/>
          <w:strike w:val="0"/>
          <w:sz w:val="22"/>
          <w:highlight w:val="cyan"/>
          <w:u w:val="single"/>
        </w:rPr>
        <w:t>his</w:t>
      </w:r>
      <w:r>
        <w:rPr>
          <w:b w:val="0"/>
          <w:i w:val="0"/>
          <w:smallCaps w:val="0"/>
          <w:strike w:val="0"/>
          <w:sz w:val="22"/>
          <w:u w:val="single"/>
        </w:rPr>
        <w:t xml:space="preserve"> first with </w:t>
      </w:r>
      <w:r>
        <w:rPr>
          <w:b w:val="0"/>
          <w:i w:val="0"/>
          <w:smallCaps w:val="0"/>
          <w:strike w:val="0"/>
          <w:sz w:val="22"/>
          <w:highlight w:val="cyan"/>
          <w:u w:val="single"/>
        </w:rPr>
        <w:t>running mate J.D. Vance</w:t>
      </w:r>
      <w:r>
        <w:rPr>
          <w:b w:val="0"/>
          <w:i w:val="0"/>
          <w:smallCaps w:val="0"/>
          <w:strike w:val="0"/>
          <w:sz w:val="22"/>
          <w:u w:val="single"/>
        </w:rPr>
        <w:t xml:space="preserve">, who he announced at the very last minute during the convention. </w:t>
      </w:r>
    </w:p>
    <w:p>
      <w:pPr>
        <w:spacing w:after="60"/>
      </w:pPr>
      <w:r>
        <w:rPr>
          <w:b w:val="0"/>
          <w:i w:val="0"/>
          <w:smallCaps w:val="0"/>
          <w:strike w:val="0"/>
          <w:sz w:val="14"/>
          <w:u w:val="none"/>
        </w:rPr>
        <w:t xml:space="preserve">Choosing the Ohio senator </w:t>
      </w:r>
      <w:r>
        <w:rPr>
          <w:b w:val="0"/>
          <w:i w:val="0"/>
          <w:smallCaps w:val="0"/>
          <w:strike w:val="0"/>
          <w:sz w:val="22"/>
          <w:highlight w:val="cyan"/>
          <w:u w:val="single"/>
        </w:rPr>
        <w:t>was viewed as a move that could help the ex-president</w:t>
      </w:r>
      <w:r>
        <w:rPr>
          <w:b w:val="0"/>
          <w:i w:val="0"/>
          <w:smallCaps w:val="0"/>
          <w:strike w:val="0"/>
          <w:sz w:val="22"/>
          <w:u w:val="single"/>
        </w:rPr>
        <w:t xml:space="preserve"> with voters in the Rust Belt, </w:t>
      </w:r>
      <w:r>
        <w:rPr>
          <w:b w:val="0"/>
          <w:i w:val="0"/>
          <w:smallCaps w:val="0"/>
          <w:strike w:val="0"/>
          <w:sz w:val="22"/>
          <w:highlight w:val="cyan"/>
          <w:u w:val="single"/>
        </w:rPr>
        <w:t>but</w:t>
      </w:r>
      <w:r>
        <w:rPr>
          <w:b w:val="0"/>
          <w:i w:val="0"/>
          <w:smallCaps w:val="0"/>
          <w:strike w:val="0"/>
          <w:sz w:val="22"/>
          <w:u w:val="single"/>
        </w:rPr>
        <w:t xml:space="preserve"> </w:t>
      </w:r>
      <w:r>
        <w:rPr>
          <w:b w:val="0"/>
          <w:i w:val="0"/>
          <w:smallCaps w:val="0"/>
          <w:strike w:val="0"/>
          <w:sz w:val="22"/>
          <w:highlight w:val="cyan"/>
          <w:u w:val="single"/>
        </w:rPr>
        <w:t>the</w:t>
      </w:r>
      <w:r>
        <w:rPr>
          <w:b w:val="0"/>
          <w:i w:val="0"/>
          <w:smallCaps w:val="0"/>
          <w:strike w:val="0"/>
          <w:sz w:val="22"/>
          <w:u w:val="single"/>
        </w:rPr>
        <w:t xml:space="preserve"> GOP vice presidential </w:t>
      </w:r>
      <w:r>
        <w:rPr>
          <w:b w:val="0"/>
          <w:i w:val="0"/>
          <w:smallCaps w:val="0"/>
          <w:strike w:val="0"/>
          <w:sz w:val="22"/>
          <w:highlight w:val="cyan"/>
          <w:u w:val="single"/>
        </w:rPr>
        <w:t>nominees</w:t>
      </w:r>
      <w:r>
        <w:rPr>
          <w:b w:val="0"/>
          <w:i w:val="0"/>
          <w:smallCaps w:val="0"/>
          <w:strike w:val="0"/>
          <w:sz w:val="22"/>
          <w:u w:val="single"/>
        </w:rPr>
        <w:t xml:space="preserve"> conservative leanings and </w:t>
      </w:r>
      <w:r>
        <w:rPr>
          <w:b w:val="0"/>
          <w:i w:val="0"/>
          <w:smallCaps w:val="0"/>
          <w:strike w:val="0"/>
          <w:sz w:val="22"/>
          <w:highlight w:val="cyan"/>
          <w:u w:val="single"/>
        </w:rPr>
        <w:t>anti-abortion</w:t>
      </w:r>
      <w:r>
        <w:rPr>
          <w:b w:val="0"/>
          <w:i w:val="0"/>
          <w:smallCaps w:val="0"/>
          <w:strike w:val="0"/>
          <w:sz w:val="22"/>
          <w:u w:val="single"/>
        </w:rPr>
        <w:t xml:space="preserve"> stance </w:t>
      </w:r>
      <w:r>
        <w:rPr>
          <w:b w:val="0"/>
          <w:i w:val="0"/>
          <w:smallCaps w:val="0"/>
          <w:strike w:val="0"/>
          <w:sz w:val="22"/>
          <w:highlight w:val="cyan"/>
          <w:u w:val="single"/>
        </w:rPr>
        <w:t>could be a problem with</w:t>
      </w:r>
      <w:r>
        <w:rPr>
          <w:b w:val="0"/>
          <w:i w:val="0"/>
          <w:smallCaps w:val="0"/>
          <w:strike w:val="0"/>
          <w:sz w:val="22"/>
          <w:u w:val="single"/>
        </w:rPr>
        <w:t xml:space="preserve"> especially among </w:t>
      </w:r>
      <w:r>
        <w:rPr>
          <w:b w:val="0"/>
          <w:i w:val="0"/>
          <w:smallCaps w:val="0"/>
          <w:strike w:val="0"/>
          <w:sz w:val="22"/>
          <w:highlight w:val="cyan"/>
          <w:u w:val="single"/>
        </w:rPr>
        <w:t xml:space="preserve">women in </w:t>
      </w:r>
      <w:r>
        <w:rPr>
          <w:b/>
          <w:i w:val="0"/>
          <w:smallCaps w:val="0"/>
          <w:strike w:val="0"/>
          <w:sz w:val="22"/>
          <w:highlight w:val="cyan"/>
          <w:u w:val="single"/>
        </w:rPr>
        <w:t>Michigan where abortion rights was the most important issue</w:t>
      </w:r>
      <w:r>
        <w:rPr>
          <w:b/>
          <w:i w:val="0"/>
          <w:smallCaps w:val="0"/>
          <w:strike w:val="0"/>
          <w:sz w:val="22"/>
          <w:u w:val="single"/>
        </w:rPr>
        <w:t xml:space="preserve"> </w:t>
      </w:r>
      <w:r>
        <w:rPr>
          <w:b w:val="0"/>
          <w:i w:val="0"/>
          <w:smallCaps w:val="0"/>
          <w:strike w:val="0"/>
          <w:sz w:val="22"/>
          <w:u w:val="single"/>
        </w:rPr>
        <w:t xml:space="preserve">in the 2022 midterms. </w:t>
      </w:r>
    </w:p>
    <w:p>
      <w:pPr>
        <w:pStyle w:val="Caption"/>
      </w:pPr>
      <w:r>
        <w:t>Source: Uniqueness Updates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