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Harris’ </w:t>
      </w:r>
      <w:r>
        <w:rPr>
          <w:b/>
          <w:i w:val="0"/>
          <w:smallCaps w:val="0"/>
          <w:strike w:val="0"/>
          <w:color w:val="23E200"/>
          <w:sz w:val="26"/>
          <w:u w:val="none"/>
        </w:rPr>
        <w:t xml:space="preserve">‘BRAT STRAT’ </w:t>
      </w:r>
      <w:r>
        <w:rPr>
          <w:b/>
          <w:i w:val="0"/>
          <w:smallCaps w:val="0"/>
          <w:strike w:val="0"/>
          <w:color w:val="000000"/>
          <w:sz w:val="26"/>
          <w:u w:val="none"/>
        </w:rPr>
        <w:t xml:space="preserve">trending with </w:t>
      </w:r>
      <w:r>
        <w:rPr>
          <w:b/>
          <w:i w:val="0"/>
          <w:smallCaps w:val="0"/>
          <w:strike w:val="0"/>
          <w:color w:val="000000"/>
          <w:sz w:val="26"/>
          <w:u w:val="single"/>
        </w:rPr>
        <w:t>young voters</w:t>
      </w:r>
      <w:r>
        <w:rPr>
          <w:b/>
          <w:i w:val="0"/>
          <w:smallCaps w:val="0"/>
          <w:strike w:val="0"/>
          <w:color w:val="000000"/>
          <w:sz w:val="26"/>
          <w:u w:val="none"/>
        </w:rPr>
        <w:t xml:space="preserve"> - key to victory </w:t>
      </w:r>
      <w:r>
        <w:rPr>
          <w:b/>
          <w:i w:val="0"/>
          <w:smallCaps w:val="0"/>
          <w:strike w:val="0"/>
          <w:color w:val="23E200"/>
          <w:sz w:val="26"/>
          <w:u w:val="none"/>
        </w:rPr>
        <w:t>🥥</w:t>
      </w:r>
    </w:p>
    <w:p>
      <w:pPr>
        <w:spacing w:after="80"/>
      </w:pPr>
      <w:r>
        <w:rPr>
          <w:b/>
          <w:i w:val="0"/>
          <w:smallCaps w:val="0"/>
          <w:strike w:val="0"/>
          <w:sz w:val="26"/>
          <w:u w:val="none"/>
        </w:rPr>
        <w:t xml:space="preserve">Muir and Spielberger 7/25 </w:t>
      </w:r>
      <w:r>
        <w:rPr>
          <w:b w:val="0"/>
          <w:i w:val="0"/>
          <w:smallCaps w:val="0"/>
          <w:strike w:val="0"/>
          <w:u w:val="none"/>
        </w:rPr>
        <w:t xml:space="preserve">[Martha Muir is a Finance Times Reporter. Sophie Spiegelberger is US audience engagement journalist in New York. She was previously Under 30 Editor and head of digital at the German edition of Forbes magazine where she covered European start-ups. Before that, she was digital editor for an Austrian magazine. Sophie spent ten years in Russia and Austria respectively before moving to New York to join the FT. 07-25-24, Financial Times, “Kamala Harris memes resonate with Gen Z voters” https://www.ft.com/content/35e3ad3c-f5c1-4a79-9ae5-e5c96da6353f] </w:t>
      </w:r>
      <w:r>
        <w:rPr>
          <w:b/>
          <w:i w:val="0"/>
          <w:smallCaps w:val="0"/>
          <w:strike w:val="0"/>
          <w:color w:val="23E200"/>
          <w:u w:val="none"/>
        </w:rPr>
        <w:t>CGO-KS</w:t>
      </w:r>
    </w:p>
    <w:p>
      <w:pPr>
        <w:spacing w:after="60"/>
      </w:pPr>
      <w:r>
        <w:rPr>
          <w:b w:val="0"/>
          <w:i w:val="0"/>
          <w:smallCaps w:val="0"/>
          <w:strike w:val="0"/>
          <w:sz w:val="16"/>
          <w:u w:val="none"/>
        </w:rPr>
        <w:t xml:space="preserve">In an unofficial video doing the rounds on TikTok, a beaming Kamala Harris jives through the street with school children decked out in a </w:t>
      </w:r>
      <w:r>
        <w:rPr>
          <w:b w:val="0"/>
          <w:i w:val="0"/>
          <w:smallCaps w:val="0"/>
          <w:strike w:val="0"/>
          <w:sz w:val="14"/>
          <w:u w:val="none"/>
        </w:rPr>
        <w:t xml:space="preserve">glittery LGBT pride jacket while holding an umbrella. The clip then cuts to images of Donald Trump with notorious sex offender Jeffrey Epstein — all set to a diss track by rapper Kendrick Lamar. </w:t>
      </w:r>
      <w:r>
        <w:rPr>
          <w:b w:val="0"/>
          <w:i w:val="0"/>
          <w:smallCaps w:val="0"/>
          <w:strike w:val="0"/>
          <w:sz w:val="22"/>
          <w:u w:val="single"/>
        </w:rPr>
        <w:t xml:space="preserve">In the </w:t>
      </w:r>
      <w:r>
        <w:rPr>
          <w:b w:val="0"/>
          <w:i w:val="0"/>
          <w:smallCaps w:val="0"/>
          <w:strike w:val="0"/>
          <w:sz w:val="22"/>
          <w:highlight w:val="cyan"/>
          <w:u w:val="single"/>
        </w:rPr>
        <w:t>four days since Harris became</w:t>
      </w:r>
      <w:r>
        <w:rPr>
          <w:b w:val="0"/>
          <w:i w:val="0"/>
          <w:smallCaps w:val="0"/>
          <w:strike w:val="0"/>
          <w:sz w:val="22"/>
          <w:u w:val="single"/>
        </w:rPr>
        <w:t xml:space="preserve"> the </w:t>
      </w:r>
      <w:r>
        <w:rPr>
          <w:b w:val="0"/>
          <w:i w:val="0"/>
          <w:smallCaps w:val="0"/>
          <w:strike w:val="0"/>
          <w:sz w:val="22"/>
          <w:highlight w:val="cyan"/>
          <w:u w:val="single"/>
        </w:rPr>
        <w:t>lead candidate</w:t>
      </w:r>
      <w:r>
        <w:rPr>
          <w:b w:val="0"/>
          <w:i w:val="0"/>
          <w:smallCaps w:val="0"/>
          <w:strike w:val="0"/>
          <w:sz w:val="22"/>
          <w:u w:val="single"/>
        </w:rPr>
        <w:t xml:space="preserve"> to replace Joe Biden as Democratic presidential nominee, the </w:t>
      </w:r>
      <w:r>
        <w:rPr>
          <w:b/>
          <w:i w:val="0"/>
          <w:smallCaps w:val="0"/>
          <w:strike w:val="0"/>
          <w:sz w:val="22"/>
          <w:highlight w:val="cyan"/>
          <w:u w:val="single"/>
        </w:rPr>
        <w:t>internet has exploded</w:t>
      </w:r>
      <w:r>
        <w:rPr>
          <w:b w:val="0"/>
          <w:i w:val="0"/>
          <w:smallCaps w:val="0"/>
          <w:strike w:val="0"/>
          <w:sz w:val="22"/>
          <w:highlight w:val="cyan"/>
          <w:u w:val="single"/>
        </w:rPr>
        <w:t xml:space="preserve"> with memes</w:t>
      </w:r>
      <w:r>
        <w:rPr>
          <w:b w:val="0"/>
          <w:i w:val="0"/>
          <w:smallCaps w:val="0"/>
          <w:strike w:val="0"/>
          <w:sz w:val="22"/>
          <w:u w:val="single"/>
        </w:rPr>
        <w:t xml:space="preserve"> of the US vice-president giggling, dancing and telling zany stories.</w:t>
      </w:r>
      <w:r>
        <w:rPr>
          <w:b w:val="0"/>
          <w:i w:val="0"/>
          <w:smallCaps w:val="0"/>
          <w:strike w:val="0"/>
          <w:sz w:val="14"/>
          <w:u w:val="none"/>
        </w:rPr>
        <w:t xml:space="preserve"> On platforms such as TikTok and X, Gen Z users are creating and sharing content featuring the vice-president, with added colours and electro beats, and spliced with other niche pop culture references. </w:t>
      </w:r>
      <w:r>
        <w:rPr>
          <w:b w:val="0"/>
          <w:i w:val="0"/>
          <w:smallCaps w:val="0"/>
          <w:strike w:val="0"/>
          <w:sz w:val="22"/>
          <w:u w:val="single"/>
        </w:rPr>
        <w:t xml:space="preserve">Democratic </w:t>
      </w:r>
      <w:r>
        <w:rPr>
          <w:b w:val="0"/>
          <w:i w:val="0"/>
          <w:smallCaps w:val="0"/>
          <w:strike w:val="0"/>
          <w:sz w:val="22"/>
          <w:highlight w:val="cyan"/>
          <w:u w:val="single"/>
        </w:rPr>
        <w:t>strategists say</w:t>
      </w:r>
      <w:r>
        <w:rPr>
          <w:b w:val="0"/>
          <w:i w:val="0"/>
          <w:smallCaps w:val="0"/>
          <w:strike w:val="0"/>
          <w:sz w:val="22"/>
          <w:u w:val="single"/>
        </w:rPr>
        <w:t xml:space="preserve"> </w:t>
      </w:r>
      <w:r>
        <w:rPr>
          <w:b w:val="0"/>
          <w:i w:val="0"/>
          <w:smallCaps w:val="0"/>
          <w:strike w:val="0"/>
          <w:sz w:val="22"/>
          <w:highlight w:val="cyan"/>
          <w:u w:val="single"/>
        </w:rPr>
        <w:t xml:space="preserve">the </w:t>
      </w:r>
      <w:r>
        <w:rPr>
          <w:b/>
          <w:i w:val="0"/>
          <w:smallCaps w:val="0"/>
          <w:strike w:val="0"/>
          <w:sz w:val="22"/>
          <w:highlight w:val="cyan"/>
          <w:u w:val="single"/>
        </w:rPr>
        <w:t>positive memes</w:t>
      </w:r>
      <w:r>
        <w:rPr>
          <w:b/>
          <w:i w:val="0"/>
          <w:smallCaps w:val="0"/>
          <w:strike w:val="0"/>
          <w:sz w:val="22"/>
          <w:u w:val="single"/>
        </w:rPr>
        <w:t xml:space="preserve"> </w:t>
      </w:r>
      <w:r>
        <w:rPr>
          <w:b w:val="0"/>
          <w:i w:val="0"/>
          <w:smallCaps w:val="0"/>
          <w:strike w:val="0"/>
          <w:sz w:val="14"/>
          <w:highlight w:val="cyan"/>
          <w:u w:val="none"/>
        </w:rPr>
        <w:t>are</w:t>
      </w:r>
      <w:r>
        <w:rPr>
          <w:b w:val="0"/>
          <w:i w:val="0"/>
          <w:smallCaps w:val="0"/>
          <w:strike w:val="0"/>
          <w:sz w:val="14"/>
          <w:u w:val="none"/>
        </w:rPr>
        <w:t xml:space="preserve"> part of a new</w:t>
      </w:r>
      <w:r>
        <w:rPr>
          <w:b/>
          <w:i w:val="0"/>
          <w:smallCaps w:val="0"/>
          <w:strike w:val="0"/>
          <w:sz w:val="22"/>
          <w:u w:val="single"/>
        </w:rPr>
        <w:t xml:space="preserve">, </w:t>
      </w:r>
      <w:r>
        <w:rPr>
          <w:b w:val="0"/>
          <w:i w:val="0"/>
          <w:smallCaps w:val="0"/>
          <w:strike w:val="0"/>
          <w:sz w:val="14"/>
          <w:u w:val="none"/>
        </w:rPr>
        <w:t>youth-led wave of</w:t>
      </w:r>
      <w:r>
        <w:rPr>
          <w:b/>
          <w:i w:val="0"/>
          <w:smallCaps w:val="0"/>
          <w:strike w:val="0"/>
          <w:sz w:val="22"/>
          <w:u w:val="single"/>
        </w:rPr>
        <w:t xml:space="preserve"> </w:t>
      </w:r>
      <w:r>
        <w:rPr>
          <w:b/>
          <w:i w:val="0"/>
          <w:smallCaps w:val="0"/>
          <w:strike w:val="0"/>
          <w:sz w:val="22"/>
          <w:highlight w:val="cyan"/>
          <w:u w:val="single"/>
        </w:rPr>
        <w:t>enthusiasm for the party</w:t>
      </w:r>
      <w:r>
        <w:rPr>
          <w:b w:val="0"/>
          <w:i w:val="0"/>
          <w:smallCaps w:val="0"/>
          <w:strike w:val="0"/>
          <w:sz w:val="22"/>
          <w:u w:val="single"/>
        </w:rPr>
        <w:t>, which Biden, the oldest main party candidate in America’s history, failed to muster.</w:t>
      </w:r>
      <w:r>
        <w:rPr>
          <w:b w:val="0"/>
          <w:i w:val="0"/>
          <w:smallCaps w:val="0"/>
          <w:strike w:val="0"/>
          <w:sz w:val="14"/>
          <w:u w:val="none"/>
        </w:rPr>
        <w:t xml:space="preserve"> A post on Kamala Harris's TikTok account featuring a song by Chappell Roan called 'Femininomenon' has reached 5.8mn views © KamalaHQ/TikTok Although Biden won 59 per cent of voters aged 18-29 in 2020, a</w:t>
      </w:r>
      <w:r>
        <w:rPr>
          <w:b w:val="0"/>
          <w:i w:val="0"/>
          <w:smallCaps w:val="0"/>
          <w:strike w:val="0"/>
          <w:sz w:val="22"/>
          <w:u w:val="single"/>
        </w:rPr>
        <w:t xml:space="preserve"> YouGov/Yahoo news poll taken before he withdrew from November’s election showed his support had dropped to 43 per </w:t>
      </w:r>
      <w:r>
        <w:rPr>
          <w:b w:val="0"/>
          <w:i w:val="0"/>
          <w:smallCaps w:val="0"/>
          <w:strike w:val="0"/>
          <w:sz w:val="14"/>
          <w:u w:val="none"/>
        </w:rPr>
        <w:t>cent. Trump’s rating in the same age group was 31 per cent</w:t>
      </w:r>
      <w:r>
        <w:rPr>
          <w:b w:val="0"/>
          <w:i w:val="0"/>
          <w:smallCaps w:val="0"/>
          <w:strike w:val="0"/>
          <w:sz w:val="14"/>
          <w:highlight w:val="cyan"/>
          <w:u w:val="none"/>
        </w:rPr>
        <w:t xml:space="preserve">. </w:t>
      </w:r>
      <w:r>
        <w:rPr>
          <w:b/>
          <w:i w:val="0"/>
          <w:smallCaps w:val="0"/>
          <w:strike w:val="0"/>
          <w:sz w:val="22"/>
          <w:highlight w:val="cyan"/>
          <w:u w:val="single"/>
        </w:rPr>
        <w:t>“Young voters will be one of the arteries needed to make sure this campaign is alive and well,”</w:t>
      </w:r>
      <w:r>
        <w:rPr>
          <w:b w:val="0"/>
          <w:i w:val="0"/>
          <w:smallCaps w:val="0"/>
          <w:strike w:val="0"/>
          <w:sz w:val="14"/>
          <w:u w:val="none"/>
        </w:rPr>
        <w:t xml:space="preserve"> said Antjuan Seawright, a Democratic strategist. “</w:t>
      </w:r>
      <w:r>
        <w:rPr>
          <w:b w:val="0"/>
          <w:i w:val="0"/>
          <w:smallCaps w:val="0"/>
          <w:strike w:val="0"/>
          <w:sz w:val="22"/>
          <w:u w:val="single"/>
        </w:rPr>
        <w:t xml:space="preserve">I certainly think </w:t>
      </w:r>
      <w:r>
        <w:rPr>
          <w:b w:val="0"/>
          <w:i w:val="0"/>
          <w:smallCaps w:val="0"/>
          <w:strike w:val="0"/>
          <w:sz w:val="22"/>
          <w:highlight w:val="cyan"/>
          <w:u w:val="single"/>
        </w:rPr>
        <w:t>we’re seeing energy, interest and participation that we had not seen before</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Some of the most popular memes </w:t>
      </w:r>
      <w:r>
        <w:rPr>
          <w:b w:val="0"/>
          <w:i w:val="0"/>
          <w:smallCaps w:val="0"/>
          <w:strike w:val="0"/>
          <w:sz w:val="22"/>
          <w:highlight w:val="cyan"/>
          <w:u w:val="single"/>
        </w:rPr>
        <w:t>describe</w:t>
      </w:r>
      <w:r>
        <w:rPr>
          <w:b w:val="0"/>
          <w:i w:val="0"/>
          <w:smallCaps w:val="0"/>
          <w:strike w:val="0"/>
          <w:sz w:val="22"/>
          <w:u w:val="single"/>
        </w:rPr>
        <w:t xml:space="preserve"> Harris as </w:t>
      </w:r>
      <w:r>
        <w:rPr>
          <w:b/>
          <w:i w:val="0"/>
          <w:smallCaps w:val="0"/>
          <w:strike w:val="0"/>
          <w:sz w:val="22"/>
          <w:highlight w:val="cyan"/>
          <w:u w:val="single"/>
        </w:rPr>
        <w:t xml:space="preserve">a </w:t>
      </w:r>
      <w:r>
        <w:rPr>
          <w:b/>
          <w:i w:val="0"/>
          <w:smallCaps w:val="0"/>
          <w:strike w:val="0"/>
          <w:sz w:val="36"/>
          <w:highlight w:val="cyan"/>
          <w:u w:val="single"/>
        </w:rPr>
        <w:t>“brat</w:t>
      </w:r>
      <w:r>
        <w:rPr>
          <w:b/>
          <w:i w:val="0"/>
          <w:smallCaps w:val="0"/>
          <w:strike w:val="0"/>
          <w:sz w:val="36"/>
          <w:u w:val="single"/>
        </w:rPr>
        <w:t>”</w:t>
      </w:r>
      <w:r>
        <w:rPr>
          <w:b w:val="0"/>
          <w:i w:val="0"/>
          <w:smallCaps w:val="0"/>
          <w:strike w:val="0"/>
          <w:sz w:val="20"/>
          <w:u w:val="none"/>
        </w:rPr>
        <w:t xml:space="preserve"> </w:t>
      </w:r>
      <w:r>
        <w:rPr>
          <w:b w:val="0"/>
          <w:i w:val="0"/>
          <w:smallCaps w:val="0"/>
          <w:strike w:val="0"/>
          <w:sz w:val="14"/>
          <w:u w:val="none"/>
        </w:rPr>
        <w:t xml:space="preserve">— a reference to pop singer Charli XCX’s hit summer album that Gen Zers across the US and Europe are having to explain to their elders. Far from being an insult, the singer said it refers to “that girl who is a little messy and likes to party and maybe says some dumb things sometimes”. After Charli XCX’s post about Harris went viral, the vice-president’s campaign adopted Brat trappings, changing the colour and font of its X account to those of the singer’s album, an in-joke that has </w:t>
      </w:r>
      <w:r>
        <w:rPr>
          <w:b w:val="0"/>
          <w:i w:val="0"/>
          <w:smallCaps w:val="0"/>
          <w:strike w:val="0"/>
          <w:sz w:val="22"/>
          <w:highlight w:val="cyan"/>
          <w:u w:val="single"/>
        </w:rPr>
        <w:t>resonated with Gen Zers</w:t>
      </w:r>
      <w:r>
        <w:rPr>
          <w:b w:val="0"/>
          <w:i w:val="0"/>
          <w:smallCaps w:val="0"/>
          <w:strike w:val="0"/>
          <w:sz w:val="22"/>
          <w:u w:val="single"/>
        </w:rPr>
        <w:t xml:space="preserve">. </w:t>
      </w:r>
      <w:r>
        <w:rPr>
          <w:b w:val="0"/>
          <w:i w:val="0"/>
          <w:smallCaps w:val="0"/>
          <w:strike w:val="0"/>
          <w:sz w:val="14"/>
          <w:u w:val="none"/>
        </w:rPr>
        <w:t xml:space="preserve">An analysis of </w:t>
      </w:r>
      <w:r>
        <w:rPr>
          <w:b w:val="0"/>
          <w:i w:val="0"/>
          <w:smallCaps w:val="0"/>
          <w:strike w:val="0"/>
          <w:sz w:val="22"/>
          <w:u w:val="single"/>
        </w:rPr>
        <w:t xml:space="preserve">Harris’s </w:t>
      </w:r>
      <w:r>
        <w:rPr>
          <w:b w:val="0"/>
          <w:i w:val="0"/>
          <w:smallCaps w:val="0"/>
          <w:strike w:val="0"/>
          <w:sz w:val="22"/>
          <w:highlight w:val="cyan"/>
          <w:u w:val="single"/>
        </w:rPr>
        <w:t>popularity on TikTok</w:t>
      </w:r>
      <w:r>
        <w:rPr>
          <w:b w:val="0"/>
          <w:i w:val="0"/>
          <w:smallCaps w:val="0"/>
          <w:strike w:val="0"/>
          <w:sz w:val="22"/>
          <w:u w:val="single"/>
        </w:rPr>
        <w:t xml:space="preserve"> </w:t>
      </w:r>
      <w:r>
        <w:rPr>
          <w:b w:val="0"/>
          <w:i w:val="0"/>
          <w:smallCaps w:val="0"/>
          <w:strike w:val="0"/>
          <w:sz w:val="22"/>
          <w:highlight w:val="cyan"/>
          <w:u w:val="single"/>
        </w:rPr>
        <w:t>shows</w:t>
      </w:r>
      <w:r>
        <w:rPr>
          <w:b w:val="0"/>
          <w:i w:val="0"/>
          <w:smallCaps w:val="0"/>
          <w:strike w:val="0"/>
          <w:sz w:val="22"/>
          <w:u w:val="single"/>
        </w:rPr>
        <w:t xml:space="preserve"> a recent </w:t>
      </w:r>
      <w:r>
        <w:rPr>
          <w:b w:val="0"/>
          <w:i w:val="0"/>
          <w:smallCaps w:val="0"/>
          <w:strike w:val="0"/>
          <w:sz w:val="22"/>
          <w:highlight w:val="cyan"/>
          <w:u w:val="single"/>
        </w:rPr>
        <w:t>leap</w:t>
      </w:r>
      <w:r>
        <w:rPr>
          <w:b w:val="0"/>
          <w:i w:val="0"/>
          <w:smallCaps w:val="0"/>
          <w:strike w:val="0"/>
          <w:sz w:val="22"/>
          <w:u w:val="single"/>
        </w:rPr>
        <w:t xml:space="preserve"> in the use of #kamalaharris on the video platform, </w:t>
      </w:r>
      <w:r>
        <w:rPr>
          <w:b w:val="0"/>
          <w:i w:val="0"/>
          <w:smallCaps w:val="0"/>
          <w:strike w:val="0"/>
          <w:sz w:val="22"/>
          <w:highlight w:val="cyan"/>
          <w:u w:val="single"/>
        </w:rPr>
        <w:t>with mentions</w:t>
      </w:r>
      <w:r>
        <w:rPr>
          <w:b w:val="0"/>
          <w:i w:val="0"/>
          <w:smallCaps w:val="0"/>
          <w:strike w:val="0"/>
          <w:sz w:val="22"/>
          <w:u w:val="single"/>
        </w:rPr>
        <w:t xml:space="preserve"> </w:t>
      </w:r>
      <w:r>
        <w:rPr>
          <w:b w:val="0"/>
          <w:i w:val="0"/>
          <w:smallCaps w:val="0"/>
          <w:strike w:val="0"/>
          <w:sz w:val="22"/>
          <w:highlight w:val="cyan"/>
          <w:u w:val="single"/>
        </w:rPr>
        <w:t>going up 455 per cent</w:t>
      </w:r>
      <w:r>
        <w:rPr>
          <w:b w:val="0"/>
          <w:i w:val="0"/>
          <w:smallCaps w:val="0"/>
          <w:strike w:val="0"/>
          <w:sz w:val="22"/>
          <w:u w:val="single"/>
        </w:rPr>
        <w:t xml:space="preserve"> in the past 30 days. </w:t>
      </w:r>
      <w:r>
        <w:rPr>
          <w:b w:val="0"/>
          <w:i w:val="0"/>
          <w:smallCaps w:val="0"/>
          <w:strike w:val="0"/>
          <w:sz w:val="14"/>
          <w:u w:val="none"/>
        </w:rPr>
        <w:t xml:space="preserve">Her campaign has been quick to lean into the online buzz, by making memes referencing XCX and other artists popular with Gen Z, like Chappell Roan. Part of Harris’s appeal is her relative youth and historic status as the first main-party Black and Asian-American female presidential candidate. But she has also tapped into Gen Z’s irreverent and obscure brand of online humour. In another viral clip Harris shares an anecdote about her mother admonishing young people: </w:t>
      </w:r>
      <w:r>
        <w:rPr>
          <w:b/>
          <w:i w:val="0"/>
          <w:smallCaps w:val="0"/>
          <w:strike w:val="0"/>
          <w:sz w:val="32"/>
          <w:u w:val="single"/>
        </w:rPr>
        <w:t>“You think you just fell out of a coconut tree?</w:t>
      </w:r>
      <w:r>
        <w:rPr>
          <w:b w:val="0"/>
          <w:i w:val="0"/>
          <w:smallCaps w:val="0"/>
          <w:strike w:val="0"/>
          <w:sz w:val="14"/>
          <w:u w:val="none"/>
        </w:rPr>
        <w:t xml:space="preserve"> You exist in the context of all in which you live and what came before you.” “In an alternative universe we would see the coconut tree clip and think it’s sort of an incoherent phrase — like I don’t exactly know what she’s talking about, but because of that it’s funny,” said Haley Ellant, a 20-year-old junior at Barnard College. “We don’t know if she can beat Trump but Gen Z is kind of rallying behind her, because there’s not much else we can do and her personality fits our humour.” </w:t>
      </w:r>
      <w:r>
        <w:rPr>
          <w:b w:val="0"/>
          <w:i w:val="0"/>
          <w:smallCaps w:val="0"/>
          <w:strike w:val="0"/>
          <w:sz w:val="22"/>
          <w:highlight w:val="cyan"/>
          <w:u w:val="single"/>
        </w:rPr>
        <w:t>There is</w:t>
      </w:r>
      <w:r>
        <w:rPr>
          <w:b w:val="0"/>
          <w:i w:val="0"/>
          <w:smallCaps w:val="0"/>
          <w:strike w:val="0"/>
          <w:sz w:val="22"/>
          <w:u w:val="single"/>
        </w:rPr>
        <w:t xml:space="preserve"> already some </w:t>
      </w:r>
      <w:r>
        <w:rPr>
          <w:b w:val="0"/>
          <w:i w:val="0"/>
          <w:smallCaps w:val="0"/>
          <w:strike w:val="0"/>
          <w:sz w:val="22"/>
          <w:highlight w:val="cyan"/>
          <w:u w:val="single"/>
        </w:rPr>
        <w:t>evidence that</w:t>
      </w:r>
      <w:r>
        <w:rPr>
          <w:b w:val="0"/>
          <w:i w:val="0"/>
          <w:smallCaps w:val="0"/>
          <w:strike w:val="0"/>
          <w:sz w:val="22"/>
          <w:u w:val="single"/>
        </w:rPr>
        <w:t xml:space="preserve"> the </w:t>
      </w:r>
      <w:r>
        <w:rPr>
          <w:b w:val="0"/>
          <w:i w:val="0"/>
          <w:smallCaps w:val="0"/>
          <w:strike w:val="0"/>
          <w:sz w:val="22"/>
          <w:highlight w:val="cyan"/>
          <w:u w:val="single"/>
        </w:rPr>
        <w:t>online enthusiasm could</w:t>
      </w:r>
      <w:r>
        <w:rPr>
          <w:b w:val="0"/>
          <w:i w:val="0"/>
          <w:smallCaps w:val="0"/>
          <w:strike w:val="0"/>
          <w:sz w:val="22"/>
          <w:u w:val="single"/>
        </w:rPr>
        <w:t xml:space="preserve"> </w:t>
      </w:r>
      <w:r>
        <w:rPr>
          <w:b w:val="0"/>
          <w:i w:val="0"/>
          <w:smallCaps w:val="0"/>
          <w:strike w:val="0"/>
          <w:sz w:val="22"/>
          <w:highlight w:val="cyan"/>
          <w:u w:val="single"/>
        </w:rPr>
        <w:t>translate into</w:t>
      </w:r>
      <w:r>
        <w:rPr>
          <w:b w:val="0"/>
          <w:i w:val="0"/>
          <w:smallCaps w:val="0"/>
          <w:strike w:val="0"/>
          <w:sz w:val="22"/>
          <w:u w:val="single"/>
        </w:rPr>
        <w:t xml:space="preserve"> </w:t>
      </w:r>
      <w:r>
        <w:rPr>
          <w:b w:val="0"/>
          <w:i w:val="0"/>
          <w:smallCaps w:val="0"/>
          <w:strike w:val="0"/>
          <w:sz w:val="22"/>
          <w:highlight w:val="cyan"/>
          <w:u w:val="single"/>
        </w:rPr>
        <w:t>tangible support</w:t>
      </w:r>
      <w:r>
        <w:rPr>
          <w:b w:val="0"/>
          <w:i w:val="0"/>
          <w:smallCaps w:val="0"/>
          <w:strike w:val="0"/>
          <w:sz w:val="22"/>
          <w:u w:val="single"/>
        </w:rPr>
        <w:t>.</w:t>
      </w:r>
      <w:r>
        <w:rPr>
          <w:b w:val="0"/>
          <w:i w:val="0"/>
          <w:smallCaps w:val="0"/>
          <w:strike w:val="0"/>
          <w:sz w:val="14"/>
          <w:u w:val="none"/>
        </w:rPr>
        <w:t xml:space="preserve"> In the 48 hours after Biden withdrew from the race, Vote.org, a voter registration non-profit, said it registered 40,000 new voters, 83 per cent</w:t>
      </w:r>
      <w:r>
        <w:rPr>
          <w:b w:val="0"/>
          <w:i w:val="0"/>
          <w:smallCaps w:val="0"/>
          <w:strike w:val="0"/>
          <w:sz w:val="22"/>
          <w:u w:val="single"/>
        </w:rPr>
        <w:t xml:space="preserve"> of whom were aged 18-34.</w:t>
      </w:r>
      <w:r>
        <w:rPr>
          <w:b w:val="0"/>
          <w:i w:val="0"/>
          <w:smallCaps w:val="0"/>
          <w:strike w:val="0"/>
          <w:sz w:val="14"/>
          <w:u w:val="none"/>
        </w:rPr>
        <w:t xml:space="preserve"> </w:t>
      </w:r>
      <w:r>
        <w:rPr>
          <w:b w:val="0"/>
          <w:i w:val="0"/>
          <w:smallCaps w:val="0"/>
          <w:strike w:val="0"/>
          <w:sz w:val="22"/>
          <w:highlight w:val="cyan"/>
          <w:u w:val="single"/>
        </w:rPr>
        <w:t>Gen Z political advocacy</w:t>
      </w:r>
      <w:r>
        <w:rPr>
          <w:b w:val="0"/>
          <w:i w:val="0"/>
          <w:smallCaps w:val="0"/>
          <w:strike w:val="0"/>
          <w:sz w:val="22"/>
          <w:u w:val="single"/>
        </w:rPr>
        <w:t xml:space="preserve"> group Voters of Tomorrow said that it had </w:t>
      </w:r>
      <w:r>
        <w:rPr>
          <w:b w:val="0"/>
          <w:i w:val="0"/>
          <w:smallCaps w:val="0"/>
          <w:strike w:val="0"/>
          <w:sz w:val="22"/>
          <w:highlight w:val="cyan"/>
          <w:u w:val="single"/>
        </w:rPr>
        <w:t xml:space="preserve">seen </w:t>
      </w:r>
      <w:r>
        <w:rPr>
          <w:b/>
          <w:i w:val="0"/>
          <w:smallCaps w:val="0"/>
          <w:strike w:val="0"/>
          <w:sz w:val="22"/>
          <w:highlight w:val="cyan"/>
          <w:u w:val="single"/>
        </w:rPr>
        <w:t>more chapter sign-ups</w:t>
      </w:r>
      <w:r>
        <w:rPr>
          <w:b w:val="0"/>
          <w:i w:val="0"/>
          <w:smallCaps w:val="0"/>
          <w:strike w:val="0"/>
          <w:sz w:val="22"/>
          <w:highlight w:val="cyan"/>
          <w:u w:val="single"/>
        </w:rPr>
        <w:t xml:space="preserve"> since Harris kicked off</w:t>
      </w:r>
      <w:r>
        <w:rPr>
          <w:b w:val="0"/>
          <w:i w:val="0"/>
          <w:smallCaps w:val="0"/>
          <w:strike w:val="0"/>
          <w:sz w:val="22"/>
          <w:u w:val="single"/>
        </w:rPr>
        <w:t xml:space="preserve"> her </w:t>
      </w:r>
      <w:r>
        <w:rPr>
          <w:b w:val="0"/>
          <w:i w:val="0"/>
          <w:smallCaps w:val="0"/>
          <w:strike w:val="0"/>
          <w:sz w:val="22"/>
          <w:highlight w:val="cyan"/>
          <w:u w:val="single"/>
        </w:rPr>
        <w:t>campaign</w:t>
      </w:r>
      <w:r>
        <w:rPr>
          <w:b w:val="0"/>
          <w:i w:val="0"/>
          <w:smallCaps w:val="0"/>
          <w:strike w:val="0"/>
          <w:sz w:val="22"/>
          <w:u w:val="single"/>
        </w:rPr>
        <w:t xml:space="preserve"> than in the previous two months combined, </w:t>
      </w:r>
      <w:r>
        <w:rPr>
          <w:b w:val="0"/>
          <w:i w:val="0"/>
          <w:smallCaps w:val="0"/>
          <w:strike w:val="0"/>
          <w:sz w:val="14"/>
          <w:u w:val="none"/>
        </w:rPr>
        <w:t>and its political action committee had its best fundraising day in its history on Sunday, raising nearly $125,000 from grassroots donors. “That money rolling in the door is a big deal. It costs us about $4.77 to register one voter, so that’s a whole lot of new young voters that we can register,” said Marianna Pecora, Voters of Tomorrow’s director of communications. Harris is also seen as being to Biden’s left on some crucial policy issues that appeal to young voters, such as climate change, student debt forgiveness and the war in Gaza, as well as having been the administration’s standard bearer on reproductive rights. “I think she should obviously claim credit for the foundation Joe Biden laid,” said Joseph Geevarghese, executive director of Our Revolution, a progressive advocacy group. “But she would do well to take it a step further and get to the root causes of some of these issues.” But while Harris is enjoying a newfound popularity on social media platforms, engagement data shows that Trump’s numbers still dwarf those of the Democratic vice-president.  Despite Trump posting only five TikToks to date, their viewership ranges from 3mn-164mn, far above the Democrat’s average of 330,000 views per post.</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