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Trump is ahead in Arizona &amp; Pennsylvania [</w:t>
      </w:r>
      <w:r>
        <w:rPr>
          <w:b/>
          <w:i w:val="0"/>
          <w:smallCaps w:val="0"/>
          <w:strike w:val="0"/>
          <w:color w:val="FF0000"/>
          <w:sz w:val="26"/>
          <w:u w:val="none"/>
        </w:rPr>
        <w:t>DOES SAY TRUMP BEHIND IN GEORGIA</w:t>
      </w:r>
      <w:r>
        <w:rPr>
          <w:b/>
          <w:i w:val="0"/>
          <w:smallCaps w:val="0"/>
          <w:strike w:val="0"/>
          <w:sz w:val="26"/>
          <w:u w:val="none"/>
        </w:rPr>
        <w:t>]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Vakil 7/30</w:t>
      </w:r>
      <w:r>
        <w:rPr>
          <w:b w:val="0"/>
          <w:i w:val="0"/>
          <w:smallCaps w:val="0"/>
          <w:strike w:val="0"/>
          <w:u w:val="none"/>
        </w:rPr>
        <w:t xml:space="preserve">, Caroline Vakil is a reporter at the Hill, </w:t>
      </w:r>
      <w:r>
        <w:rPr>
          <w:b w:val="0"/>
          <w:i w:val="0"/>
          <w:smallCaps w:val="0"/>
          <w:strike w:val="0"/>
          <w:u w:val="none"/>
        </w:rPr>
        <w:t>“Trump edges out Harris in Arizona, Pennsylvania but lags in Georgia in new polling”</w:t>
      </w:r>
      <w:r>
        <w:rPr>
          <w:b w:val="0"/>
          <w:i w:val="0"/>
          <w:smallCaps w:val="0"/>
          <w:strike w:val="0"/>
          <w:u w:val="none"/>
        </w:rPr>
        <w:t>, 7/30/24, JLB, https://thehill.com/homenews/campaign/4801296-trump-harris-polls-arizona-pennsylvania-georgia/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Former President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Trump 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narrowly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edging out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Vice President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Harris in Arizona and Pennsylvania</w:t>
      </w:r>
      <w:r>
        <w:rPr>
          <w:b w:val="0"/>
          <w:i w:val="0"/>
          <w:smallCaps w:val="0"/>
          <w:strike w:val="0"/>
          <w:sz w:val="14"/>
          <w:u w:val="none"/>
        </w:rPr>
        <w:t>, while he runs behind her in Georgia, according to new polling first shared with The Hill.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polling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which was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commissioned by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Democratic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super PAC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Progress Action Fund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conducted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by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left-leaning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pollster Public Policy Polling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showed Trump at 49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percent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Harris at 47 percent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in Arizona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with 3 percent of respondents not sure.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Trump led Harris in Pennsylvania 48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percent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47 </w:t>
      </w:r>
      <w:r>
        <w:rPr>
          <w:b w:val="0"/>
          <w:i w:val="0"/>
          <w:smallCaps w:val="0"/>
          <w:strike w:val="0"/>
          <w:sz w:val="22"/>
          <w:u w:val="single"/>
        </w:rPr>
        <w:t>percent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with 5 percent undecided. Meanwhile, in Georgia, it was flipped: Harris narrowly edged out Trump 48 percent to 47 percent, with 5 percent undecided. </w:t>
      </w:r>
    </w:p>
    <w:p>
      <w:pPr>
        <w:pStyle w:val="Caption"/>
      </w:pPr>
      <w:r>
        <w:t>Source: Uniqueness Updates - Michigan 2024 CGO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