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Trump is ahead in florida</w:t>
      </w:r>
    </w:p>
    <w:p>
      <w:pPr>
        <w:spacing w:after="80"/>
      </w:pPr>
      <w:r>
        <w:rPr>
          <w:b/>
          <w:i w:val="0"/>
          <w:smallCaps w:val="0"/>
          <w:strike w:val="0"/>
          <w:sz w:val="26"/>
          <w:u w:val="none"/>
        </w:rPr>
        <w:t>Sutton 7/31</w:t>
      </w:r>
      <w:r>
        <w:rPr>
          <w:b w:val="0"/>
          <w:i w:val="0"/>
          <w:smallCaps w:val="0"/>
          <w:strike w:val="0"/>
          <w:u w:val="none"/>
        </w:rPr>
        <w:t>, Scott Sutton is a reporter out of west palm beech flordia, “NEW POLL: What new numbers say about Harris vs Trump in Florida”, 7/30/24, JLB, https://www.wflx.com/2024/07/30/new-poll-what-new-numbers-say-about-harris-vs-trump-florida/</w:t>
      </w:r>
    </w:p>
    <w:p>
      <w:pPr>
        <w:spacing w:after="60"/>
      </w:pPr>
      <w:r>
        <w:rPr>
          <w:b w:val="0"/>
          <w:i w:val="0"/>
          <w:smallCaps w:val="0"/>
          <w:strike w:val="0"/>
          <w:sz w:val="14"/>
          <w:u w:val="none"/>
        </w:rPr>
        <w:t xml:space="preserve">A new poll released Tuesday indicates that former President Donald </w:t>
      </w:r>
      <w:r>
        <w:rPr>
          <w:b w:val="0"/>
          <w:i w:val="0"/>
          <w:smallCaps w:val="0"/>
          <w:strike w:val="0"/>
          <w:sz w:val="22"/>
          <w:highlight w:val="cyan"/>
          <w:u w:val="single"/>
        </w:rPr>
        <w:t>Trump</w:t>
      </w:r>
      <w:r>
        <w:rPr>
          <w:b w:val="0"/>
          <w:i w:val="0"/>
          <w:smallCaps w:val="0"/>
          <w:strike w:val="0"/>
          <w:sz w:val="22"/>
          <w:u w:val="single"/>
        </w:rPr>
        <w:t xml:space="preserve"> still </w:t>
      </w:r>
      <w:r>
        <w:rPr>
          <w:b/>
          <w:i w:val="0"/>
          <w:smallCaps w:val="0"/>
          <w:strike w:val="0"/>
          <w:sz w:val="22"/>
          <w:highlight w:val="cyan"/>
          <w:u w:val="single"/>
        </w:rPr>
        <w:t>has a sizeable</w:t>
      </w:r>
      <w:r>
        <w:rPr>
          <w:b/>
          <w:i w:val="0"/>
          <w:smallCaps w:val="0"/>
          <w:strike w:val="0"/>
          <w:sz w:val="22"/>
          <w:u w:val="single"/>
        </w:rPr>
        <w:t xml:space="preserve"> </w:t>
      </w:r>
      <w:r>
        <w:rPr>
          <w:b/>
          <w:i w:val="0"/>
          <w:smallCaps w:val="0"/>
          <w:strike w:val="0"/>
          <w:sz w:val="22"/>
          <w:highlight w:val="cyan"/>
          <w:u w:val="single"/>
        </w:rPr>
        <w:t>lead</w:t>
      </w:r>
      <w:r>
        <w:rPr>
          <w:b/>
          <w:i w:val="0"/>
          <w:smallCaps w:val="0"/>
          <w:strike w:val="0"/>
          <w:sz w:val="22"/>
          <w:u w:val="single"/>
        </w:rPr>
        <w:t xml:space="preserve"> </w:t>
      </w:r>
      <w:r>
        <w:rPr>
          <w:b/>
          <w:i w:val="0"/>
          <w:smallCaps w:val="0"/>
          <w:strike w:val="0"/>
          <w:sz w:val="22"/>
          <w:highlight w:val="cyan"/>
          <w:u w:val="single"/>
        </w:rPr>
        <w:t>over</w:t>
      </w:r>
      <w:r>
        <w:rPr>
          <w:b w:val="0"/>
          <w:i w:val="0"/>
          <w:smallCaps w:val="0"/>
          <w:strike w:val="0"/>
          <w:sz w:val="22"/>
          <w:u w:val="single"/>
        </w:rPr>
        <w:t xml:space="preserve"> Vice President Kamala </w:t>
      </w:r>
      <w:r>
        <w:rPr>
          <w:b w:val="0"/>
          <w:i w:val="0"/>
          <w:smallCaps w:val="0"/>
          <w:strike w:val="0"/>
          <w:sz w:val="22"/>
          <w:highlight w:val="cyan"/>
          <w:u w:val="single"/>
        </w:rPr>
        <w:t>Harris in Florida</w:t>
      </w:r>
      <w:r>
        <w:rPr>
          <w:b w:val="0"/>
          <w:i w:val="0"/>
          <w:smallCaps w:val="0"/>
          <w:strike w:val="0"/>
          <w:sz w:val="22"/>
          <w:u w:val="single"/>
        </w:rPr>
        <w:t>.</w:t>
      </w:r>
    </w:p>
    <w:p>
      <w:pPr>
        <w:spacing w:after="60"/>
      </w:pPr>
      <w:r>
        <w:rPr>
          <w:b w:val="0"/>
          <w:i w:val="0"/>
          <w:smallCaps w:val="0"/>
          <w:strike w:val="0"/>
          <w:sz w:val="14"/>
          <w:u w:val="none"/>
        </w:rPr>
        <w:t>The poll, conducted by the University of North Florida, asked likely Florida voters their choice for president, U.S. Senate and three proposed amendments to the Florida Constitution.</w:t>
      </w:r>
    </w:p>
    <w:p>
      <w:pPr>
        <w:spacing w:after="60"/>
      </w:pPr>
      <w:r>
        <w:rPr>
          <w:b w:val="0"/>
          <w:i w:val="0"/>
          <w:smallCaps w:val="0"/>
          <w:strike w:val="0"/>
          <w:sz w:val="22"/>
          <w:u w:val="single"/>
        </w:rPr>
        <w:t xml:space="preserve">When a sample of 774 respondents was asked who they would vote for if the presidential election were held today, </w:t>
      </w:r>
      <w:r>
        <w:rPr>
          <w:b/>
          <w:i w:val="0"/>
          <w:smallCaps w:val="0"/>
          <w:strike w:val="0"/>
          <w:sz w:val="22"/>
          <w:highlight w:val="cyan"/>
          <w:u w:val="single"/>
        </w:rPr>
        <w:t>49%</w:t>
      </w:r>
      <w:r>
        <w:rPr>
          <w:b w:val="0"/>
          <w:i w:val="0"/>
          <w:smallCaps w:val="0"/>
          <w:strike w:val="0"/>
          <w:sz w:val="22"/>
          <w:u w:val="single"/>
        </w:rPr>
        <w:t xml:space="preserve"> of the respondents said </w:t>
      </w:r>
      <w:r>
        <w:rPr>
          <w:b/>
          <w:i w:val="0"/>
          <w:smallCaps w:val="0"/>
          <w:strike w:val="0"/>
          <w:sz w:val="22"/>
          <w:highlight w:val="cyan"/>
          <w:u w:val="single"/>
        </w:rPr>
        <w:t>Trump</w:t>
      </w:r>
      <w:r>
        <w:rPr>
          <w:b w:val="0"/>
          <w:i w:val="0"/>
          <w:smallCaps w:val="0"/>
          <w:strike w:val="0"/>
          <w:sz w:val="22"/>
          <w:u w:val="single"/>
        </w:rPr>
        <w:t xml:space="preserve"> while </w:t>
      </w:r>
      <w:r>
        <w:rPr>
          <w:b/>
          <w:i w:val="0"/>
          <w:smallCaps w:val="0"/>
          <w:strike w:val="0"/>
          <w:sz w:val="22"/>
          <w:highlight w:val="cyan"/>
          <w:u w:val="single"/>
        </w:rPr>
        <w:t>42%</w:t>
      </w:r>
      <w:r>
        <w:rPr>
          <w:b w:val="0"/>
          <w:i w:val="0"/>
          <w:smallCaps w:val="0"/>
          <w:strike w:val="0"/>
          <w:sz w:val="22"/>
          <w:u w:val="single"/>
        </w:rPr>
        <w:t xml:space="preserve"> indicated a vote for </w:t>
      </w:r>
      <w:r>
        <w:rPr>
          <w:b/>
          <w:i w:val="0"/>
          <w:smallCaps w:val="0"/>
          <w:strike w:val="0"/>
          <w:sz w:val="22"/>
          <w:highlight w:val="cyan"/>
          <w:u w:val="single"/>
        </w:rPr>
        <w:t>Harris</w:t>
      </w:r>
      <w:r>
        <w:rPr>
          <w:b w:val="0"/>
          <w:i w:val="0"/>
          <w:smallCaps w:val="0"/>
          <w:strike w:val="0"/>
          <w:sz w:val="14"/>
          <w:u w:val="none"/>
        </w:rPr>
        <w:t>.</w:t>
      </w:r>
    </w:p>
    <w:p>
      <w:pPr>
        <w:spacing w:after="60"/>
      </w:pPr>
      <w:r>
        <w:rPr>
          <w:b w:val="0"/>
          <w:i w:val="0"/>
          <w:smallCaps w:val="0"/>
          <w:strike w:val="0"/>
          <w:sz w:val="14"/>
          <w:u w:val="none"/>
        </w:rPr>
        <w:t>Four percent said they would vote for another candidate and 6% were either undecided or refused to answer, according to the poll.</w:t>
      </w:r>
    </w:p>
    <w:p>
      <w:pPr>
        <w:spacing w:after="60"/>
      </w:pPr>
      <w:r>
        <w:rPr>
          <w:b w:val="0"/>
          <w:i w:val="0"/>
          <w:smallCaps w:val="0"/>
          <w:strike w:val="0"/>
          <w:sz w:val="22"/>
          <w:u w:val="single"/>
        </w:rPr>
        <w:t>"</w:t>
      </w:r>
      <w:r>
        <w:rPr>
          <w:b w:val="0"/>
          <w:i w:val="0"/>
          <w:smallCaps w:val="0"/>
          <w:strike w:val="0"/>
          <w:sz w:val="22"/>
          <w:highlight w:val="cyan"/>
          <w:u w:val="single"/>
        </w:rPr>
        <w:t>It's not a huge surprise</w:t>
      </w:r>
      <w:r>
        <w:rPr>
          <w:b w:val="0"/>
          <w:i w:val="0"/>
          <w:smallCaps w:val="0"/>
          <w:strike w:val="0"/>
          <w:sz w:val="22"/>
          <w:u w:val="single"/>
        </w:rPr>
        <w:t xml:space="preserve"> to see </w:t>
      </w:r>
      <w:r>
        <w:rPr>
          <w:b w:val="0"/>
          <w:i w:val="0"/>
          <w:smallCaps w:val="0"/>
          <w:strike w:val="0"/>
          <w:sz w:val="22"/>
          <w:highlight w:val="cyan"/>
          <w:u w:val="single"/>
        </w:rPr>
        <w:t>Trump</w:t>
      </w:r>
      <w:r>
        <w:rPr>
          <w:b w:val="0"/>
          <w:i w:val="0"/>
          <w:smallCaps w:val="0"/>
          <w:strike w:val="0"/>
          <w:sz w:val="22"/>
          <w:u w:val="single"/>
        </w:rPr>
        <w:t xml:space="preserve"> </w:t>
      </w:r>
      <w:r>
        <w:rPr>
          <w:b w:val="0"/>
          <w:i w:val="0"/>
          <w:smallCaps w:val="0"/>
          <w:strike w:val="0"/>
          <w:sz w:val="22"/>
          <w:highlight w:val="cyan"/>
          <w:u w:val="single"/>
        </w:rPr>
        <w:t>ahead in</w:t>
      </w:r>
      <w:r>
        <w:rPr>
          <w:b w:val="0"/>
          <w:i w:val="0"/>
          <w:smallCaps w:val="0"/>
          <w:strike w:val="0"/>
          <w:sz w:val="22"/>
          <w:u w:val="single"/>
        </w:rPr>
        <w:t xml:space="preserve"> his home state of </w:t>
      </w:r>
      <w:r>
        <w:rPr>
          <w:b w:val="0"/>
          <w:i w:val="0"/>
          <w:smallCaps w:val="0"/>
          <w:strike w:val="0"/>
          <w:sz w:val="22"/>
          <w:highlight w:val="cyan"/>
          <w:u w:val="single"/>
        </w:rPr>
        <w:t>Florida</w:t>
      </w:r>
      <w:r>
        <w:rPr>
          <w:b w:val="0"/>
          <w:i w:val="0"/>
          <w:smallCaps w:val="0"/>
          <w:strike w:val="0"/>
          <w:sz w:val="22"/>
          <w:u w:val="single"/>
        </w:rPr>
        <w:t>, which he won by three points in 2020," University of North Florida political science professor Dr. Michael Binder said. "With Harris just entering the race, enthusiasm amongst her supporters has livened up what was once thought to be an easy win for Trump in Florida."</w:t>
      </w:r>
    </w:p>
    <w:p>
      <w:pPr>
        <w:spacing w:after="60"/>
      </w:pPr>
      <w:r>
        <w:rPr>
          <w:b w:val="0"/>
          <w:i w:val="0"/>
          <w:smallCaps w:val="0"/>
          <w:strike w:val="0"/>
          <w:sz w:val="14"/>
          <w:u w:val="none"/>
        </w:rPr>
        <w:t>These numbers come amid an increase in volunteers for Harris since her ascension to the top of the Democratic ticket after President Biden bowed out of the presidential race this month.</w:t>
      </w:r>
    </w:p>
    <w:p>
      <w:pPr>
        <w:pStyle w:val="Caption"/>
      </w:pPr>
      <w:r>
        <w:t>Source: Uniqueness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