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Food insecurity is the </w:t>
      </w:r>
      <w:r>
        <w:rPr>
          <w:b/>
          <w:i w:val="0"/>
          <w:smallCaps w:val="0"/>
          <w:strike w:val="0"/>
          <w:sz w:val="24"/>
          <w:u w:val="single"/>
        </w:rPr>
        <w:t>number one cause</w:t>
      </w:r>
      <w:r>
        <w:rPr>
          <w:b/>
          <w:i w:val="0"/>
          <w:smallCaps w:val="0"/>
          <w:strike w:val="0"/>
          <w:sz w:val="24"/>
          <w:u w:val="none"/>
        </w:rPr>
        <w:t xml:space="preserve"> of global conflict.</w:t>
      </w:r>
    </w:p>
    <w:p>
      <w:pPr>
        <w:spacing w:after="80"/>
      </w:pPr>
      <w:r>
        <w:rPr>
          <w:b w:val="0"/>
          <w:i w:val="0"/>
          <w:smallCaps w:val="0"/>
          <w:strike w:val="0"/>
          <w:sz w:val="16"/>
          <w:u w:val="none"/>
        </w:rPr>
        <w:t xml:space="preserve">Julian </w:t>
      </w:r>
      <w:r>
        <w:rPr>
          <w:b/>
          <w:i w:val="0"/>
          <w:smallCaps w:val="0"/>
          <w:strike w:val="0"/>
          <w:sz w:val="24"/>
          <w:u w:val="none"/>
        </w:rPr>
        <w:t>Cribb 22</w:t>
      </w:r>
      <w:r>
        <w:rPr>
          <w:b w:val="0"/>
          <w:i w:val="0"/>
          <w:smallCaps w:val="0"/>
          <w:strike w:val="0"/>
          <w:sz w:val="16"/>
          <w:u w:val="none"/>
        </w:rPr>
        <w:t xml:space="preserve">, </w:t>
      </w:r>
      <w:r>
        <w:rPr>
          <w:b w:val="0"/>
          <w:i w:val="0"/>
          <w:smallCaps w:val="0"/>
          <w:strike w:val="0"/>
          <w:sz w:val="16"/>
          <w:u w:val="none"/>
        </w:rPr>
        <w:t>Fellow of the Royal Society for the Arts, the Australian Academy of Technological Science (ATSE) and the Australian National University Emeritus Faculty</w:t>
      </w:r>
      <w:r>
        <w:rPr>
          <w:b w:val="0"/>
          <w:i w:val="0"/>
          <w:smallCaps w:val="0"/>
          <w:strike w:val="0"/>
          <w:sz w:val="16"/>
          <w:u w:val="none"/>
        </w:rPr>
        <w:t xml:space="preserve">, 5/25/22, “How food can end wars, repair climate and restore the Earth”, </w:t>
      </w:r>
      <w:r>
        <w:rPr>
          <w:b w:val="0"/>
          <w:i w:val="0"/>
          <w:smallCaps w:val="0"/>
          <w:strike w:val="0"/>
          <w:sz w:val="16"/>
          <w:u w:val="none"/>
        </w:rPr>
        <w:t>https://juliancribb.blog/2022/05/25/how-food-can-end-wars-repair-climate-and-restore-the-earth</w:t>
      </w:r>
      <w:r>
        <w:rPr>
          <w:b w:val="0"/>
          <w:i w:val="0"/>
          <w:smallCaps w:val="0"/>
          <w:strike w:val="0"/>
          <w:sz w:val="16"/>
          <w:u w:val="none"/>
        </w:rPr>
        <w:t>, kcab</w:t>
      </w:r>
    </w:p>
    <w:p>
      <w:pPr>
        <w:spacing w:after="60"/>
      </w:pPr>
      <w:r>
        <w:rPr>
          <w:b w:val="0"/>
          <w:i w:val="0"/>
          <w:smallCaps w:val="0"/>
          <w:strike w:val="0"/>
          <w:sz w:val="20"/>
          <w:u w:val="single"/>
        </w:rPr>
        <w:t>Humans have fought over food</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the means of </w:t>
      </w:r>
      <w:r>
        <w:rPr>
          <w:b w:val="0"/>
          <w:i w:val="0"/>
          <w:smallCaps w:val="0"/>
          <w:strike w:val="0"/>
          <w:sz w:val="20"/>
          <w:u w:val="single"/>
        </w:rPr>
        <w:t>producing it for 20,000 years</w:t>
      </w:r>
      <w:r>
        <w:rPr>
          <w:b w:val="0"/>
          <w:i w:val="0"/>
          <w:smallCaps w:val="0"/>
          <w:strike w:val="0"/>
          <w:sz w:val="16"/>
          <w:u w:val="none"/>
        </w:rPr>
        <w:t xml:space="preserve">, as rock art in Australia shows. </w:t>
      </w:r>
      <w:r>
        <w:rPr>
          <w:b w:val="0"/>
          <w:i w:val="0"/>
          <w:smallCaps w:val="0"/>
          <w:strike w:val="0"/>
          <w:sz w:val="20"/>
          <w:highlight w:val="cyan"/>
          <w:u w:val="single"/>
        </w:rPr>
        <w:t>Food</w:t>
      </w:r>
      <w:r>
        <w:rPr>
          <w:b w:val="0"/>
          <w:i w:val="0"/>
          <w:smallCaps w:val="0"/>
          <w:strike w:val="0"/>
          <w:sz w:val="16"/>
          <w:u w:val="none"/>
        </w:rPr>
        <w:t xml:space="preserve">, </w:t>
      </w:r>
      <w:r>
        <w:rPr>
          <w:b w:val="0"/>
          <w:i w:val="0"/>
          <w:smallCaps w:val="0"/>
          <w:strike w:val="0"/>
          <w:sz w:val="20"/>
          <w:highlight w:val="cyan"/>
          <w:u w:val="single"/>
        </w:rPr>
        <w:t>water</w:t>
      </w:r>
      <w:r>
        <w:rPr>
          <w:b w:val="0"/>
          <w:i w:val="0"/>
          <w:smallCaps w:val="0"/>
          <w:strike w:val="0"/>
          <w:sz w:val="16"/>
          <w:u w:val="none"/>
        </w:rPr>
        <w:t xml:space="preserve"> </w:t>
      </w:r>
      <w:r>
        <w:rPr>
          <w:b w:val="0"/>
          <w:i w:val="0"/>
          <w:smallCaps w:val="0"/>
          <w:strike w:val="0"/>
          <w:sz w:val="20"/>
          <w:u w:val="single"/>
        </w:rPr>
        <w:t xml:space="preserve">and </w:t>
      </w:r>
      <w:r>
        <w:rPr>
          <w:b w:val="0"/>
          <w:i w:val="0"/>
          <w:smallCaps w:val="0"/>
          <w:strike w:val="0"/>
          <w:sz w:val="20"/>
          <w:highlight w:val="cyan"/>
          <w:u w:val="single"/>
        </w:rPr>
        <w:t>land scarcity are primary drivers in</w:t>
      </w:r>
      <w:r>
        <w:rPr>
          <w:b w:val="0"/>
          <w:i w:val="0"/>
          <w:smallCaps w:val="0"/>
          <w:strike w:val="0"/>
          <w:sz w:val="20"/>
          <w:u w:val="single"/>
        </w:rPr>
        <w:t xml:space="preserve"> two thirds of </w:t>
      </w:r>
      <w:r>
        <w:rPr>
          <w:b/>
          <w:i w:val="0"/>
          <w:smallCaps w:val="0"/>
          <w:strike w:val="0"/>
          <w:sz w:val="20"/>
          <w:highlight w:val="cyan"/>
          <w:u w:val="single"/>
        </w:rPr>
        <w:t xml:space="preserve">modern conflicts </w:t>
      </w:r>
      <w:r>
        <w:rPr>
          <w:b/>
          <w:i w:val="0"/>
          <w:smallCaps w:val="0"/>
          <w:strike w:val="0"/>
          <w:sz w:val="20"/>
          <w:u w:val="single"/>
        </w:rPr>
        <w:t>today</w:t>
      </w:r>
      <w:r>
        <w:rPr>
          <w:b w:val="0"/>
          <w:i w:val="0"/>
          <w:smallCaps w:val="0"/>
          <w:strike w:val="0"/>
          <w:sz w:val="16"/>
          <w:u w:val="none"/>
        </w:rPr>
        <w:t xml:space="preserve">. Indeed, many people seem to have forgotten that the primary German war aim in World War II was to take farmland from the Soviets and put German farmers on it. It is </w:t>
      </w:r>
      <w:r>
        <w:rPr>
          <w:b w:val="0"/>
          <w:i w:val="0"/>
          <w:smallCaps w:val="0"/>
          <w:strike w:val="0"/>
          <w:sz w:val="20"/>
          <w:u w:val="single"/>
        </w:rPr>
        <w:t xml:space="preserve">very likely that controlling the Ukraine’s bountiful and reliable </w:t>
      </w:r>
      <w:r>
        <w:rPr>
          <w:b/>
          <w:i w:val="0"/>
          <w:smallCaps w:val="0"/>
          <w:strike w:val="0"/>
          <w:sz w:val="20"/>
          <w:u w:val="single"/>
        </w:rPr>
        <w:t xml:space="preserve">food </w:t>
      </w:r>
      <w:r>
        <w:rPr>
          <w:b w:val="0"/>
          <w:i w:val="0"/>
          <w:smallCaps w:val="0"/>
          <w:strike w:val="0"/>
          <w:sz w:val="20"/>
          <w:u w:val="single"/>
        </w:rPr>
        <w:t>bowl is</w:t>
      </w:r>
      <w:r>
        <w:rPr>
          <w:b w:val="0"/>
          <w:i w:val="0"/>
          <w:smallCaps w:val="0"/>
          <w:strike w:val="0"/>
          <w:sz w:val="16"/>
          <w:u w:val="none"/>
        </w:rPr>
        <w:t xml:space="preserve"> </w:t>
      </w:r>
      <w:r>
        <w:rPr>
          <w:b w:val="0"/>
          <w:i w:val="0"/>
          <w:smallCaps w:val="0"/>
          <w:strike w:val="0"/>
          <w:sz w:val="20"/>
          <w:u w:val="single"/>
        </w:rPr>
        <w:t>among Putin’s main aims</w:t>
      </w:r>
      <w:r>
        <w:rPr>
          <w:b w:val="0"/>
          <w:i w:val="0"/>
          <w:smallCaps w:val="0"/>
          <w:strike w:val="0"/>
          <w:sz w:val="16"/>
          <w:u w:val="none"/>
        </w:rPr>
        <w:t xml:space="preserve"> also. In the short run this is imposing hunger and even starvation on hundreds of millions of people far beyond Europe. </w:t>
      </w:r>
    </w:p>
    <w:p>
      <w:pPr>
        <w:spacing w:after="60"/>
      </w:pPr>
      <w:r>
        <w:rPr>
          <w:b w:val="0"/>
          <w:i w:val="0"/>
          <w:smallCaps w:val="0"/>
          <w:strike w:val="0"/>
          <w:sz w:val="20"/>
          <w:highlight w:val="cyan"/>
          <w:u w:val="single"/>
        </w:rPr>
        <w:t>Spreading hunger</w:t>
      </w:r>
      <w:r>
        <w:rPr>
          <w:b w:val="0"/>
          <w:i w:val="0"/>
          <w:smallCaps w:val="0"/>
          <w:strike w:val="0"/>
          <w:sz w:val="20"/>
          <w:u w:val="single"/>
        </w:rPr>
        <w:t xml:space="preserve"> in turn </w:t>
      </w:r>
      <w:r>
        <w:rPr>
          <w:b w:val="0"/>
          <w:i w:val="0"/>
          <w:smallCaps w:val="0"/>
          <w:strike w:val="0"/>
          <w:sz w:val="20"/>
          <w:highlight w:val="cyan"/>
          <w:u w:val="single"/>
        </w:rPr>
        <w:t>snowballs into government failures</w:t>
      </w:r>
      <w:r>
        <w:rPr>
          <w:b w:val="0"/>
          <w:i w:val="0"/>
          <w:smallCaps w:val="0"/>
          <w:strike w:val="0"/>
          <w:sz w:val="16"/>
          <w:u w:val="none"/>
        </w:rPr>
        <w:t xml:space="preserve">, </w:t>
      </w:r>
      <w:r>
        <w:rPr>
          <w:b w:val="0"/>
          <w:i w:val="0"/>
          <w:smallCaps w:val="0"/>
          <w:strike w:val="0"/>
          <w:sz w:val="20"/>
          <w:highlight w:val="cyan"/>
          <w:u w:val="single"/>
        </w:rPr>
        <w:t>civil wars</w:t>
      </w:r>
      <w:r>
        <w:rPr>
          <w:b w:val="0"/>
          <w:i w:val="0"/>
          <w:smallCaps w:val="0"/>
          <w:strike w:val="0"/>
          <w:sz w:val="16"/>
          <w:u w:val="none"/>
        </w:rPr>
        <w:t xml:space="preserve"> and </w:t>
      </w:r>
      <w:r>
        <w:rPr>
          <w:b w:val="0"/>
          <w:i w:val="0"/>
          <w:smallCaps w:val="0"/>
          <w:strike w:val="0"/>
          <w:sz w:val="20"/>
          <w:highlight w:val="cyan"/>
          <w:u w:val="single"/>
        </w:rPr>
        <w:t>refugee</w:t>
      </w:r>
      <w:r>
        <w:rPr>
          <w:b w:val="0"/>
          <w:i w:val="0"/>
          <w:smallCaps w:val="0"/>
          <w:strike w:val="0"/>
          <w:sz w:val="20"/>
          <w:u w:val="single"/>
        </w:rPr>
        <w:t xml:space="preserve"> </w:t>
      </w:r>
      <w:r>
        <w:rPr>
          <w:b w:val="0"/>
          <w:i w:val="0"/>
          <w:smallCaps w:val="0"/>
          <w:strike w:val="0"/>
          <w:sz w:val="20"/>
          <w:highlight w:val="cyan"/>
          <w:u w:val="single"/>
        </w:rPr>
        <w:t>tsunamis</w:t>
      </w:r>
      <w:r>
        <w:rPr>
          <w:b w:val="0"/>
          <w:i w:val="0"/>
          <w:smallCaps w:val="0"/>
          <w:strike w:val="0"/>
          <w:sz w:val="20"/>
          <w:u w:val="single"/>
        </w:rPr>
        <w:t xml:space="preserve"> around the world</w:t>
      </w:r>
      <w:r>
        <w:rPr>
          <w:b w:val="0"/>
          <w:i w:val="0"/>
          <w:smallCaps w:val="0"/>
          <w:strike w:val="0"/>
          <w:sz w:val="16"/>
          <w:u w:val="none"/>
        </w:rPr>
        <w:t xml:space="preserve"> – as it did in 2008 when a shortfall in Ukrainian grain exports led to revolutions in three Arab countries. Already, a </w:t>
      </w:r>
      <w:r>
        <w:rPr>
          <w:b w:val="0"/>
          <w:i w:val="0"/>
          <w:smallCaps w:val="0"/>
          <w:strike w:val="0"/>
          <w:sz w:val="20"/>
          <w:u w:val="single"/>
        </w:rPr>
        <w:t>third of a billion people</w:t>
      </w:r>
      <w:r>
        <w:rPr>
          <w:b w:val="0"/>
          <w:i w:val="0"/>
          <w:smallCaps w:val="0"/>
          <w:strike w:val="0"/>
          <w:sz w:val="16"/>
          <w:u w:val="none"/>
        </w:rPr>
        <w:t xml:space="preserve"> – equal to the entire population of Europe – leave their homes each year, either as refugees or economic migrants, </w:t>
      </w:r>
      <w:r>
        <w:rPr>
          <w:b w:val="0"/>
          <w:i w:val="0"/>
          <w:smallCaps w:val="0"/>
          <w:strike w:val="0"/>
          <w:sz w:val="20"/>
          <w:u w:val="single"/>
        </w:rPr>
        <w:t xml:space="preserve">to seek better lives in countries which seem more stable and </w:t>
      </w:r>
      <w:r>
        <w:rPr>
          <w:b/>
          <w:i w:val="0"/>
          <w:smallCaps w:val="0"/>
          <w:strike w:val="0"/>
          <w:sz w:val="20"/>
          <w:u w:val="single"/>
        </w:rPr>
        <w:t>food secure</w:t>
      </w:r>
      <w:r>
        <w:rPr>
          <w:b w:val="0"/>
          <w:i w:val="0"/>
          <w:smallCaps w:val="0"/>
          <w:strike w:val="0"/>
          <w:sz w:val="16"/>
          <w:u w:val="none"/>
        </w:rPr>
        <w:t xml:space="preserve">. </w:t>
      </w:r>
      <w:r>
        <w:rPr>
          <w:b w:val="0"/>
          <w:i w:val="0"/>
          <w:smallCaps w:val="0"/>
          <w:strike w:val="0"/>
          <w:sz w:val="20"/>
          <w:u w:val="single"/>
        </w:rPr>
        <w:t>War will add to the flood</w:t>
      </w:r>
      <w:r>
        <w:rPr>
          <w:b w:val="0"/>
          <w:i w:val="0"/>
          <w:smallCaps w:val="0"/>
          <w:strike w:val="0"/>
          <w:sz w:val="16"/>
          <w:u w:val="none"/>
        </w:rPr>
        <w:t>.</w:t>
      </w:r>
    </w:p>
    <w:p>
      <w:pPr>
        <w:spacing w:after="60"/>
      </w:pPr>
      <w:r>
        <w:rPr>
          <w:b w:val="0"/>
          <w:i w:val="0"/>
          <w:smallCaps w:val="0"/>
          <w:strike w:val="0"/>
          <w:sz w:val="16"/>
          <w:u w:val="none"/>
        </w:rPr>
        <w:t xml:space="preserve">Thus, in </w:t>
      </w:r>
      <w:r>
        <w:rPr>
          <w:b w:val="0"/>
          <w:i w:val="0"/>
          <w:smallCaps w:val="0"/>
          <w:strike w:val="0"/>
          <w:sz w:val="20"/>
          <w:u w:val="single"/>
        </w:rPr>
        <w:t>developing a new food system for the world of the 21st Century</w:t>
      </w:r>
      <w:r>
        <w:rPr>
          <w:b w:val="0"/>
          <w:i w:val="0"/>
          <w:smallCaps w:val="0"/>
          <w:strike w:val="0"/>
          <w:sz w:val="16"/>
          <w:u w:val="none"/>
        </w:rPr>
        <w:t xml:space="preserve">, </w:t>
      </w:r>
      <w:r>
        <w:rPr>
          <w:b w:val="0"/>
          <w:i w:val="0"/>
          <w:smallCaps w:val="0"/>
          <w:strike w:val="0"/>
          <w:sz w:val="20"/>
          <w:u w:val="single"/>
        </w:rPr>
        <w:t>we</w:t>
      </w:r>
      <w:r>
        <w:rPr>
          <w:b w:val="0"/>
          <w:i w:val="0"/>
          <w:smallCaps w:val="0"/>
          <w:strike w:val="0"/>
          <w:sz w:val="16"/>
          <w:u w:val="none"/>
        </w:rPr>
        <w:t xml:space="preserve"> also </w:t>
      </w:r>
      <w:r>
        <w:rPr>
          <w:b w:val="0"/>
          <w:i w:val="0"/>
          <w:smallCaps w:val="0"/>
          <w:strike w:val="0"/>
          <w:sz w:val="20"/>
          <w:u w:val="single"/>
        </w:rPr>
        <w:t>have to find a way to curb the human appetite for</w:t>
      </w:r>
      <w:r>
        <w:rPr>
          <w:b w:val="0"/>
          <w:i w:val="0"/>
          <w:smallCaps w:val="0"/>
          <w:strike w:val="0"/>
          <w:sz w:val="16"/>
          <w:u w:val="none"/>
        </w:rPr>
        <w:t xml:space="preserve"> </w:t>
      </w:r>
      <w:r>
        <w:rPr>
          <w:b/>
          <w:i w:val="0"/>
          <w:smallCaps w:val="0"/>
          <w:strike w:val="0"/>
          <w:sz w:val="20"/>
          <w:u w:val="single"/>
        </w:rPr>
        <w:t>war</w:t>
      </w:r>
      <w:r>
        <w:rPr>
          <w:b w:val="0"/>
          <w:i w:val="0"/>
          <w:smallCaps w:val="0"/>
          <w:strike w:val="0"/>
          <w:sz w:val="16"/>
          <w:u w:val="none"/>
        </w:rPr>
        <w:t>.</w:t>
      </w:r>
    </w:p>
    <w:p>
      <w:pPr>
        <w:spacing w:after="60"/>
      </w:pPr>
      <w:r>
        <w:rPr>
          <w:b w:val="0"/>
          <w:i w:val="0"/>
          <w:smallCaps w:val="0"/>
          <w:strike w:val="0"/>
          <w:sz w:val="16"/>
          <w:u w:val="none"/>
        </w:rPr>
        <w:t xml:space="preserve">In </w:t>
      </w:r>
      <w:r>
        <w:rPr>
          <w:b w:val="0"/>
          <w:i w:val="0"/>
          <w:smallCaps w:val="0"/>
          <w:strike w:val="0"/>
          <w:sz w:val="16"/>
          <w:u w:val="none"/>
        </w:rPr>
        <w:t xml:space="preserve">, I trace the links between food and conflict through human history, explore the role of food in recent conflicts and examine nine regions of the world which are at high risk of food failure and conflict in the foreseeable future – </w:t>
      </w:r>
      <w:r>
        <w:rPr>
          <w:b w:val="0"/>
          <w:i w:val="0"/>
          <w:smallCaps w:val="0"/>
          <w:strike w:val="0"/>
          <w:sz w:val="20"/>
          <w:highlight w:val="cyan"/>
          <w:u w:val="single"/>
        </w:rPr>
        <w:t>conflicts ranging</w:t>
      </w:r>
      <w:r>
        <w:rPr>
          <w:b w:val="0"/>
          <w:i w:val="0"/>
          <w:smallCaps w:val="0"/>
          <w:strike w:val="0"/>
          <w:sz w:val="20"/>
          <w:u w:val="single"/>
        </w:rPr>
        <w:t xml:space="preserve"> </w:t>
      </w:r>
      <w:r>
        <w:rPr>
          <w:b w:val="0"/>
          <w:i w:val="0"/>
          <w:smallCaps w:val="0"/>
          <w:strike w:val="0"/>
          <w:sz w:val="20"/>
          <w:highlight w:val="cyan"/>
          <w:u w:val="single"/>
        </w:rPr>
        <w:t xml:space="preserve">from </w:t>
      </w:r>
      <w:r>
        <w:rPr>
          <w:b/>
          <w:i w:val="0"/>
          <w:smallCaps w:val="0"/>
          <w:strike w:val="0"/>
          <w:sz w:val="20"/>
          <w:highlight w:val="cyan"/>
          <w:u w:val="single"/>
        </w:rPr>
        <w:t>riots</w:t>
      </w:r>
      <w:r>
        <w:rPr>
          <w:b w:val="0"/>
          <w:i w:val="0"/>
          <w:smallCaps w:val="0"/>
          <w:strike w:val="0"/>
          <w:sz w:val="20"/>
          <w:highlight w:val="cyan"/>
          <w:u w:val="single"/>
        </w:rPr>
        <w:t xml:space="preserve"> and </w:t>
      </w:r>
      <w:r>
        <w:rPr>
          <w:b/>
          <w:i w:val="0"/>
          <w:smallCaps w:val="0"/>
          <w:strike w:val="0"/>
          <w:sz w:val="20"/>
          <w:highlight w:val="cyan"/>
          <w:u w:val="single"/>
        </w:rPr>
        <w:t>government failure</w:t>
      </w:r>
      <w:r>
        <w:rPr>
          <w:b w:val="0"/>
          <w:i w:val="0"/>
          <w:smallCaps w:val="0"/>
          <w:strike w:val="0"/>
          <w:sz w:val="20"/>
          <w:u w:val="single"/>
        </w:rPr>
        <w:t xml:space="preserve"> </w:t>
      </w:r>
      <w:r>
        <w:rPr>
          <w:b w:val="0"/>
          <w:i w:val="0"/>
          <w:smallCaps w:val="0"/>
          <w:strike w:val="0"/>
          <w:sz w:val="20"/>
          <w:highlight w:val="cyan"/>
          <w:u w:val="single"/>
        </w:rPr>
        <w:t xml:space="preserve">to </w:t>
      </w:r>
      <w:r>
        <w:rPr>
          <w:b/>
          <w:i w:val="0"/>
          <w:smallCaps w:val="0"/>
          <w:strike w:val="0"/>
          <w:sz w:val="20"/>
          <w:highlight w:val="cyan"/>
          <w:u w:val="single"/>
        </w:rPr>
        <w:t>nuclear war</w:t>
      </w:r>
      <w:r>
        <w:rPr>
          <w:b w:val="0"/>
          <w:i w:val="0"/>
          <w:smallCaps w:val="0"/>
          <w:strike w:val="0"/>
          <w:sz w:val="16"/>
          <w:u w:val="none"/>
        </w:rPr>
        <w:t xml:space="preserve">. My aim is to show that the link between food and war is inexorable – but that it can be broken. And that </w:t>
      </w:r>
      <w:r>
        <w:rPr>
          <w:b w:val="0"/>
          <w:i w:val="0"/>
          <w:smallCaps w:val="0"/>
          <w:strike w:val="0"/>
          <w:sz w:val="20"/>
          <w:highlight w:val="cyan"/>
          <w:u w:val="single"/>
        </w:rPr>
        <w:t>having</w:t>
      </w:r>
      <w:r>
        <w:rPr>
          <w:b w:val="0"/>
          <w:i w:val="0"/>
          <w:smallCaps w:val="0"/>
          <w:strike w:val="0"/>
          <w:sz w:val="20"/>
          <w:u w:val="single"/>
        </w:rPr>
        <w:t xml:space="preserve"> enough good </w:t>
      </w:r>
      <w:r>
        <w:rPr>
          <w:b w:val="0"/>
          <w:i w:val="0"/>
          <w:smallCaps w:val="0"/>
          <w:strike w:val="0"/>
          <w:sz w:val="20"/>
          <w:highlight w:val="cyan"/>
          <w:u w:val="single"/>
        </w:rPr>
        <w:t>food is</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most under-rated</w:t>
      </w:r>
      <w:r>
        <w:rPr>
          <w:b w:val="0"/>
          <w:i w:val="0"/>
          <w:smallCaps w:val="0"/>
          <w:strike w:val="0"/>
          <w:sz w:val="16"/>
          <w:u w:val="none"/>
        </w:rPr>
        <w:t xml:space="preserve">, </w:t>
      </w:r>
      <w:r>
        <w:rPr>
          <w:b w:val="0"/>
          <w:i w:val="0"/>
          <w:smallCaps w:val="0"/>
          <w:strike w:val="0"/>
          <w:sz w:val="20"/>
          <w:highlight w:val="cyan"/>
          <w:u w:val="single"/>
        </w:rPr>
        <w:t>under-recognised</w:t>
      </w:r>
      <w:r>
        <w:rPr>
          <w:b w:val="0"/>
          <w:i w:val="0"/>
          <w:smallCaps w:val="0"/>
          <w:strike w:val="0"/>
          <w:sz w:val="20"/>
          <w:u w:val="single"/>
        </w:rPr>
        <w:t xml:space="preserve"> and </w:t>
      </w:r>
      <w:r>
        <w:rPr>
          <w:b w:val="0"/>
          <w:i w:val="0"/>
          <w:smallCaps w:val="0"/>
          <w:strike w:val="0"/>
          <w:sz w:val="20"/>
          <w:highlight w:val="cyan"/>
          <w:u w:val="single"/>
        </w:rPr>
        <w:t>precious</w:t>
      </w:r>
      <w:r>
        <w:rPr>
          <w:b w:val="0"/>
          <w:i w:val="0"/>
          <w:smallCaps w:val="0"/>
          <w:strike w:val="0"/>
          <w:sz w:val="16"/>
          <w:u w:val="none"/>
        </w:rPr>
        <w:t xml:space="preserve"> ‘</w:t>
      </w:r>
      <w:r>
        <w:rPr>
          <w:b/>
          <w:i w:val="0"/>
          <w:smallCaps w:val="0"/>
          <w:strike w:val="0"/>
          <w:sz w:val="20"/>
          <w:highlight w:val="cyan"/>
          <w:u w:val="single"/>
        </w:rPr>
        <w:t>weapon of peace’</w:t>
      </w:r>
      <w:r>
        <w:rPr>
          <w:b w:val="0"/>
          <w:i w:val="0"/>
          <w:smallCaps w:val="0"/>
          <w:strike w:val="0"/>
          <w:sz w:val="16"/>
          <w:u w:val="none"/>
        </w:rPr>
        <w:t xml:space="preserve"> in the world today.</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