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US is key</w:t>
      </w:r>
    </w:p>
    <w:p>
      <w:pPr>
        <w:spacing w:after="80"/>
      </w:pPr>
      <w:r>
        <w:rPr>
          <w:b w:val="0"/>
          <w:i w:val="0"/>
          <w:smallCaps w:val="0"/>
          <w:strike w:val="0"/>
          <w:sz w:val="16"/>
          <w:u w:val="none"/>
        </w:rPr>
        <w:t xml:space="preserve">Brad </w:t>
      </w:r>
      <w:r>
        <w:rPr>
          <w:b/>
          <w:i w:val="0"/>
          <w:smallCaps w:val="0"/>
          <w:strike w:val="0"/>
          <w:sz w:val="24"/>
          <w:u w:val="none"/>
        </w:rPr>
        <w:t>Brooks 23</w:t>
      </w:r>
      <w:r>
        <w:rPr>
          <w:b w:val="0"/>
          <w:i w:val="0"/>
          <w:smallCaps w:val="0"/>
          <w:strike w:val="0"/>
          <w:sz w:val="16"/>
          <w:u w:val="none"/>
        </w:rPr>
        <w:t xml:space="preserve">, author at Thomson Reuters, 2/6/23, </w:t>
      </w:r>
      <w:r>
        <w:rPr>
          <w:b w:val="0"/>
          <w:i/>
          <w:smallCaps w:val="0"/>
          <w:strike w:val="0"/>
          <w:sz w:val="16"/>
          <w:u w:val="none"/>
        </w:rPr>
        <w:t>Reuters</w:t>
      </w:r>
      <w:r>
        <w:rPr>
          <w:b w:val="0"/>
          <w:i w:val="0"/>
          <w:smallCaps w:val="0"/>
          <w:strike w:val="0"/>
          <w:sz w:val="16"/>
          <w:u w:val="none"/>
        </w:rPr>
        <w:t xml:space="preserve">, “Exclusive: Huge chunk of plants, animals in U.S. at risk of extinction”, </w:t>
      </w:r>
      <w:r>
        <w:rPr>
          <w:b w:val="0"/>
          <w:i w:val="0"/>
          <w:smallCaps w:val="0"/>
          <w:strike w:val="0"/>
          <w:sz w:val="16"/>
          <w:u w:val="none"/>
        </w:rPr>
        <w:t>https://www.reuters.com/business/environment/huge-chunk-plants-animals-us-risk-extinction-report-2023-02-06/</w:t>
      </w:r>
      <w:r>
        <w:rPr>
          <w:b w:val="0"/>
          <w:i w:val="0"/>
          <w:smallCaps w:val="0"/>
          <w:strike w:val="0"/>
          <w:sz w:val="16"/>
          <w:u w:val="none"/>
        </w:rPr>
        <w:t>, kcab</w:t>
      </w:r>
    </w:p>
    <w:p>
      <w:pPr>
        <w:spacing w:after="60"/>
      </w:pPr>
      <w:r>
        <w:rPr>
          <w:b w:val="0"/>
          <w:i w:val="0"/>
          <w:smallCaps w:val="0"/>
          <w:strike w:val="0"/>
          <w:sz w:val="16"/>
          <w:u w:val="none"/>
        </w:rPr>
        <w:t xml:space="preserve">Feb 6 (Reuters) - A leading conservation research group found that </w:t>
      </w:r>
      <w:r>
        <w:rPr>
          <w:b w:val="0"/>
          <w:i w:val="0"/>
          <w:smallCaps w:val="0"/>
          <w:strike w:val="0"/>
          <w:sz w:val="20"/>
          <w:u w:val="single"/>
        </w:rPr>
        <w:t xml:space="preserve">40% of </w:t>
      </w:r>
      <w:r>
        <w:rPr>
          <w:b w:val="0"/>
          <w:i w:val="0"/>
          <w:smallCaps w:val="0"/>
          <w:strike w:val="0"/>
          <w:sz w:val="20"/>
          <w:highlight w:val="cyan"/>
          <w:u w:val="single"/>
        </w:rPr>
        <w:t>animals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34% of </w:t>
      </w:r>
      <w:r>
        <w:rPr>
          <w:b w:val="0"/>
          <w:i w:val="0"/>
          <w:smallCaps w:val="0"/>
          <w:strike w:val="0"/>
          <w:sz w:val="20"/>
          <w:highlight w:val="cyan"/>
          <w:u w:val="single"/>
        </w:rPr>
        <w:t>plants in the</w:t>
      </w:r>
      <w:r>
        <w:rPr>
          <w:b w:val="0"/>
          <w:i w:val="0"/>
          <w:smallCaps w:val="0"/>
          <w:strike w:val="0"/>
          <w:sz w:val="16"/>
          <w:u w:val="none"/>
        </w:rPr>
        <w:t xml:space="preserve"> </w:t>
      </w:r>
      <w:r>
        <w:rPr>
          <w:b/>
          <w:i w:val="0"/>
          <w:smallCaps w:val="0"/>
          <w:strike w:val="0"/>
          <w:sz w:val="20"/>
          <w:highlight w:val="cyan"/>
          <w:u w:val="single"/>
        </w:rPr>
        <w:t>U</w:t>
      </w:r>
      <w:r>
        <w:rPr>
          <w:b w:val="0"/>
          <w:i w:val="0"/>
          <w:smallCaps w:val="0"/>
          <w:strike w:val="0"/>
          <w:sz w:val="16"/>
          <w:u w:val="none"/>
        </w:rPr>
        <w:t xml:space="preserve">nited </w:t>
      </w:r>
      <w:r>
        <w:rPr>
          <w:b/>
          <w:i w:val="0"/>
          <w:smallCaps w:val="0"/>
          <w:strike w:val="0"/>
          <w:sz w:val="20"/>
          <w:highlight w:val="cyan"/>
          <w:u w:val="single"/>
        </w:rPr>
        <w:t>S</w:t>
      </w:r>
      <w:r>
        <w:rPr>
          <w:b w:val="0"/>
          <w:i w:val="0"/>
          <w:smallCaps w:val="0"/>
          <w:strike w:val="0"/>
          <w:sz w:val="16"/>
          <w:u w:val="none"/>
        </w:rPr>
        <w:t xml:space="preserve">tates are </w:t>
      </w:r>
      <w:r>
        <w:rPr>
          <w:b w:val="0"/>
          <w:i w:val="0"/>
          <w:smallCaps w:val="0"/>
          <w:strike w:val="0"/>
          <w:sz w:val="20"/>
          <w:highlight w:val="cyan"/>
          <w:u w:val="single"/>
        </w:rPr>
        <w:t xml:space="preserve">at risk of </w:t>
      </w:r>
      <w:r>
        <w:rPr>
          <w:b/>
          <w:i w:val="0"/>
          <w:smallCaps w:val="0"/>
          <w:strike w:val="0"/>
          <w:sz w:val="20"/>
          <w:highlight w:val="cyan"/>
          <w:u w:val="single"/>
        </w:rPr>
        <w:t>extinction</w:t>
      </w:r>
      <w:r>
        <w:rPr>
          <w:b w:val="0"/>
          <w:i w:val="0"/>
          <w:smallCaps w:val="0"/>
          <w:strike w:val="0"/>
          <w:sz w:val="16"/>
          <w:u w:val="none"/>
        </w:rPr>
        <w:t xml:space="preserve">, while 41% of </w:t>
      </w:r>
      <w:r>
        <w:rPr>
          <w:b w:val="0"/>
          <w:i w:val="0"/>
          <w:smallCaps w:val="0"/>
          <w:strike w:val="0"/>
          <w:sz w:val="20"/>
          <w:highlight w:val="cyan"/>
          <w:u w:val="single"/>
        </w:rPr>
        <w:t>ecosystems</w:t>
      </w:r>
      <w:r>
        <w:rPr>
          <w:b w:val="0"/>
          <w:i w:val="0"/>
          <w:smallCaps w:val="0"/>
          <w:strike w:val="0"/>
          <w:sz w:val="20"/>
          <w:u w:val="single"/>
        </w:rPr>
        <w:t xml:space="preserve"> are </w:t>
      </w:r>
      <w:r>
        <w:rPr>
          <w:b w:val="0"/>
          <w:i w:val="0"/>
          <w:smallCaps w:val="0"/>
          <w:strike w:val="0"/>
          <w:sz w:val="20"/>
          <w:highlight w:val="cyan"/>
          <w:u w:val="single"/>
        </w:rPr>
        <w:t>facing collapse</w:t>
      </w:r>
      <w:r>
        <w:rPr>
          <w:b w:val="0"/>
          <w:i w:val="0"/>
          <w:smallCaps w:val="0"/>
          <w:strike w:val="0"/>
          <w:sz w:val="16"/>
          <w:u w:val="none"/>
        </w:rPr>
        <w:t>.</w:t>
      </w:r>
    </w:p>
    <w:p>
      <w:pPr>
        <w:spacing w:after="60"/>
      </w:pPr>
      <w:r>
        <w:rPr>
          <w:b w:val="0"/>
          <w:i w:val="0"/>
          <w:smallCaps w:val="0"/>
          <w:strike w:val="0"/>
          <w:sz w:val="16"/>
          <w:u w:val="none"/>
        </w:rPr>
        <w:t xml:space="preserve">Everything from crayfish and cacti to freshwater mussels and </w:t>
      </w:r>
      <w:r>
        <w:rPr>
          <w:b w:val="0"/>
          <w:i w:val="0"/>
          <w:smallCaps w:val="0"/>
          <w:strike w:val="0"/>
          <w:sz w:val="20"/>
          <w:highlight w:val="cyan"/>
          <w:u w:val="single"/>
        </w:rPr>
        <w:t xml:space="preserve">iconic </w:t>
      </w:r>
      <w:r>
        <w:rPr>
          <w:b/>
          <w:i w:val="0"/>
          <w:smallCaps w:val="0"/>
          <w:strike w:val="0"/>
          <w:sz w:val="20"/>
          <w:highlight w:val="cyan"/>
          <w:u w:val="single"/>
        </w:rPr>
        <w:t>American species</w:t>
      </w:r>
      <w:r>
        <w:rPr>
          <w:b w:val="0"/>
          <w:i w:val="0"/>
          <w:smallCaps w:val="0"/>
          <w:strike w:val="0"/>
          <w:sz w:val="16"/>
          <w:u w:val="none"/>
        </w:rPr>
        <w:t xml:space="preserve"> such as the Venus flytrap </w:t>
      </w:r>
      <w:r>
        <w:rPr>
          <w:b w:val="0"/>
          <w:i w:val="0"/>
          <w:smallCaps w:val="0"/>
          <w:strike w:val="0"/>
          <w:sz w:val="20"/>
          <w:u w:val="single"/>
        </w:rPr>
        <w:t>are in danger of disappearing</w:t>
      </w:r>
      <w:r>
        <w:rPr>
          <w:b w:val="0"/>
          <w:i w:val="0"/>
          <w:smallCaps w:val="0"/>
          <w:strike w:val="0"/>
          <w:sz w:val="16"/>
          <w:u w:val="none"/>
        </w:rPr>
        <w:t>, a report released on Monday found.</w:t>
      </w:r>
    </w:p>
    <w:p>
      <w:pPr>
        <w:spacing w:after="60"/>
      </w:pPr>
      <w:r>
        <w:rPr>
          <w:b w:val="0"/>
          <w:i w:val="0"/>
          <w:smallCaps w:val="0"/>
          <w:strike w:val="0"/>
          <w:sz w:val="16"/>
          <w:u w:val="none"/>
        </w:rPr>
        <w:t xml:space="preserve">NatureServe, which analyzes data from its network of over 1,000 scientists across the United States and Canada, said the report was its most comprehensive yet, synthesizing five decades' worth of its own information on the </w:t>
      </w:r>
      <w:r>
        <w:rPr>
          <w:b w:val="0"/>
          <w:i w:val="0"/>
          <w:smallCaps w:val="0"/>
          <w:strike w:val="0"/>
          <w:sz w:val="20"/>
          <w:u w:val="single"/>
        </w:rPr>
        <w:t>health of animals</w:t>
      </w:r>
      <w:r>
        <w:rPr>
          <w:b w:val="0"/>
          <w:i w:val="0"/>
          <w:smallCaps w:val="0"/>
          <w:strike w:val="0"/>
          <w:sz w:val="16"/>
          <w:u w:val="none"/>
        </w:rPr>
        <w:t xml:space="preserve">, </w:t>
      </w:r>
      <w:r>
        <w:rPr>
          <w:b w:val="0"/>
          <w:i w:val="0"/>
          <w:smallCaps w:val="0"/>
          <w:strike w:val="0"/>
          <w:sz w:val="20"/>
          <w:u w:val="single"/>
        </w:rPr>
        <w:t>plants</w:t>
      </w:r>
      <w:r>
        <w:rPr>
          <w:b w:val="0"/>
          <w:i w:val="0"/>
          <w:smallCaps w:val="0"/>
          <w:strike w:val="0"/>
          <w:sz w:val="16"/>
          <w:u w:val="none"/>
        </w:rPr>
        <w:t xml:space="preserve"> </w:t>
      </w:r>
      <w:r>
        <w:rPr>
          <w:b w:val="0"/>
          <w:i w:val="0"/>
          <w:smallCaps w:val="0"/>
          <w:strike w:val="0"/>
          <w:sz w:val="20"/>
          <w:u w:val="single"/>
        </w:rPr>
        <w:t>and ecosystems</w:t>
      </w:r>
      <w:r>
        <w:rPr>
          <w:b w:val="0"/>
          <w:i w:val="0"/>
          <w:smallCaps w:val="0"/>
          <w:strike w:val="0"/>
          <w:sz w:val="16"/>
          <w:u w:val="none"/>
        </w:rPr>
        <w:t>.</w:t>
      </w:r>
    </w:p>
    <w:p>
      <w:pPr>
        <w:spacing w:after="60"/>
      </w:pPr>
      <w:r>
        <w:rPr>
          <w:b w:val="0"/>
          <w:i w:val="0"/>
          <w:smallCaps w:val="0"/>
          <w:strike w:val="0"/>
          <w:sz w:val="16"/>
          <w:u w:val="none"/>
        </w:rPr>
        <w:t xml:space="preserve">Importantly, the report pinpoints the </w:t>
      </w:r>
      <w:r>
        <w:rPr>
          <w:b w:val="0"/>
          <w:i w:val="0"/>
          <w:smallCaps w:val="0"/>
          <w:strike w:val="0"/>
          <w:sz w:val="20"/>
          <w:u w:val="single"/>
        </w:rPr>
        <w:t>areas in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 xml:space="preserve">where land is unprotected and where animals and plants are </w:t>
      </w:r>
      <w:r>
        <w:rPr>
          <w:b/>
          <w:i w:val="0"/>
          <w:smallCaps w:val="0"/>
          <w:strike w:val="0"/>
          <w:sz w:val="20"/>
          <w:highlight w:val="cyan"/>
          <w:u w:val="single"/>
        </w:rPr>
        <w:t>facing</w:t>
      </w:r>
      <w:r>
        <w:rPr>
          <w:b/>
          <w:i w:val="0"/>
          <w:smallCaps w:val="0"/>
          <w:strike w:val="0"/>
          <w:sz w:val="20"/>
          <w:u w:val="single"/>
        </w:rPr>
        <w:t xml:space="preserve"> the most </w:t>
      </w:r>
      <w:r>
        <w:rPr>
          <w:b/>
          <w:i w:val="0"/>
          <w:smallCaps w:val="0"/>
          <w:strike w:val="0"/>
          <w:sz w:val="20"/>
          <w:highlight w:val="cyan"/>
          <w:u w:val="single"/>
        </w:rPr>
        <w:t>threats</w:t>
      </w:r>
      <w:r>
        <w:rPr>
          <w:b w:val="0"/>
          <w:i w:val="0"/>
          <w:smallCaps w:val="0"/>
          <w:strike w:val="0"/>
          <w:sz w:val="16"/>
          <w:u w:val="none"/>
        </w:rPr>
        <w:t>.</w:t>
      </w:r>
    </w:p>
    <w:p>
      <w:pPr>
        <w:spacing w:after="60"/>
      </w:pPr>
      <w:r>
        <w:rPr>
          <w:b w:val="0"/>
          <w:i w:val="0"/>
          <w:smallCaps w:val="0"/>
          <w:strike w:val="0"/>
          <w:sz w:val="16"/>
          <w:u w:val="none"/>
        </w:rPr>
        <w:t xml:space="preserve">Sean O'Brien, president of NatureServe, said the conclusions of the report were "terrifying" and he hoped it would help lawmakers </w:t>
      </w:r>
      <w:r>
        <w:rPr>
          <w:b w:val="0"/>
          <w:i w:val="0"/>
          <w:smallCaps w:val="0"/>
          <w:strike w:val="0"/>
          <w:sz w:val="20"/>
          <w:u w:val="single"/>
        </w:rPr>
        <w:t xml:space="preserve">understand the </w:t>
      </w:r>
      <w:r>
        <w:rPr>
          <w:b/>
          <w:i w:val="0"/>
          <w:smallCaps w:val="0"/>
          <w:strike w:val="0"/>
          <w:sz w:val="20"/>
          <w:u w:val="single"/>
        </w:rPr>
        <w:t>urgency</w:t>
      </w:r>
      <w:r>
        <w:rPr>
          <w:b w:val="0"/>
          <w:i w:val="0"/>
          <w:smallCaps w:val="0"/>
          <w:strike w:val="0"/>
          <w:sz w:val="20"/>
          <w:u w:val="single"/>
        </w:rPr>
        <w:t xml:space="preserve"> of passing </w:t>
      </w:r>
      <w:r>
        <w:rPr>
          <w:b/>
          <w:i w:val="0"/>
          <w:smallCaps w:val="0"/>
          <w:strike w:val="0"/>
          <w:sz w:val="20"/>
          <w:u w:val="single"/>
        </w:rPr>
        <w:t>protections</w:t>
      </w:r>
      <w:r>
        <w:rPr>
          <w:b w:val="0"/>
          <w:i w:val="0"/>
          <w:smallCaps w:val="0"/>
          <w:strike w:val="0"/>
          <w:sz w:val="16"/>
          <w:u w:val="none"/>
        </w:rPr>
        <w:t>, such as the Recovering America's Wildlife Act that stalled out in Congress last year.</w:t>
      </w:r>
    </w:p>
    <w:p>
      <w:pPr>
        <w:spacing w:after="60"/>
      </w:pPr>
      <w:r>
        <w:rPr>
          <w:b w:val="0"/>
          <w:i w:val="0"/>
          <w:smallCaps w:val="0"/>
          <w:strike w:val="0"/>
          <w:sz w:val="16"/>
          <w:u w:val="none"/>
        </w:rPr>
        <w:t>"</w:t>
      </w:r>
      <w:r>
        <w:rPr>
          <w:b w:val="0"/>
          <w:i w:val="0"/>
          <w:smallCaps w:val="0"/>
          <w:strike w:val="0"/>
          <w:sz w:val="20"/>
          <w:u w:val="single"/>
        </w:rPr>
        <w:t>If we want to maintain</w:t>
      </w:r>
      <w:r>
        <w:rPr>
          <w:b w:val="0"/>
          <w:i w:val="0"/>
          <w:smallCaps w:val="0"/>
          <w:strike w:val="0"/>
          <w:sz w:val="16"/>
          <w:u w:val="none"/>
        </w:rPr>
        <w:t xml:space="preserve"> the panoply of </w:t>
      </w:r>
      <w:r>
        <w:rPr>
          <w:b/>
          <w:i w:val="0"/>
          <w:smallCaps w:val="0"/>
          <w:strike w:val="0"/>
          <w:sz w:val="20"/>
          <w:u w:val="single"/>
        </w:rPr>
        <w:t>biodiversity</w:t>
      </w:r>
      <w:r>
        <w:rPr>
          <w:b w:val="0"/>
          <w:i w:val="0"/>
          <w:smallCaps w:val="0"/>
          <w:strike w:val="0"/>
          <w:sz w:val="16"/>
          <w:u w:val="none"/>
        </w:rPr>
        <w:t xml:space="preserve"> that we currently enjoy, </w:t>
      </w:r>
      <w:r>
        <w:rPr>
          <w:b w:val="0"/>
          <w:i w:val="0"/>
          <w:smallCaps w:val="0"/>
          <w:strike w:val="0"/>
          <w:sz w:val="20"/>
          <w:u w:val="single"/>
        </w:rPr>
        <w:t xml:space="preserve">we need to target the places where the </w:t>
      </w:r>
      <w:r>
        <w:rPr>
          <w:b/>
          <w:i w:val="0"/>
          <w:smallCaps w:val="0"/>
          <w:strike w:val="0"/>
          <w:sz w:val="20"/>
          <w:highlight w:val="cyan"/>
          <w:u w:val="single"/>
        </w:rPr>
        <w:t>biodiversity is</w:t>
      </w:r>
      <w:r>
        <w:rPr>
          <w:b/>
          <w:i w:val="0"/>
          <w:smallCaps w:val="0"/>
          <w:strike w:val="0"/>
          <w:sz w:val="20"/>
          <w:u w:val="single"/>
        </w:rPr>
        <w:t xml:space="preserve"> most </w:t>
      </w:r>
      <w:r>
        <w:rPr>
          <w:b/>
          <w:i w:val="0"/>
          <w:smallCaps w:val="0"/>
          <w:strike w:val="0"/>
          <w:sz w:val="20"/>
          <w:highlight w:val="cyan"/>
          <w:u w:val="single"/>
        </w:rPr>
        <w:t>threatened</w:t>
      </w:r>
      <w:r>
        <w:rPr>
          <w:b w:val="0"/>
          <w:i w:val="0"/>
          <w:smallCaps w:val="0"/>
          <w:strike w:val="0"/>
          <w:sz w:val="16"/>
          <w:u w:val="none"/>
        </w:rPr>
        <w:t>," O'Brien said. "This report allows us to do that."</w:t>
      </w:r>
    </w:p>
    <w:p>
      <w:pPr>
        <w:spacing w:after="60"/>
      </w:pPr>
      <w:r>
        <w:rPr>
          <w:b w:val="0"/>
          <w:i w:val="0"/>
          <w:smallCaps w:val="0"/>
          <w:strike w:val="0"/>
          <w:sz w:val="16"/>
          <w:u w:val="none"/>
        </w:rPr>
        <w:t xml:space="preserve">U.S. Representative Don Beyer, a Democrat who has proposed legislation to create a wildlife corridor system to rebuild threatened populations of fish, wildlife and plants, said NatureServe's work would be critical to </w:t>
      </w:r>
      <w:r>
        <w:rPr>
          <w:b w:val="0"/>
          <w:i w:val="0"/>
          <w:smallCaps w:val="0"/>
          <w:strike w:val="0"/>
          <w:sz w:val="20"/>
          <w:u w:val="single"/>
        </w:rPr>
        <w:t>helping agencies identify what areas to prioritize and where to establish migration routes</w:t>
      </w:r>
      <w:r>
        <w:rPr>
          <w:b w:val="0"/>
          <w:i w:val="0"/>
          <w:smallCaps w:val="0"/>
          <w:strike w:val="0"/>
          <w:sz w:val="16"/>
          <w:u w:val="none"/>
        </w:rPr>
        <w:t>.</w:t>
      </w:r>
    </w:p>
    <w:p>
      <w:pPr>
        <w:spacing w:after="60"/>
      </w:pPr>
      <w:r>
        <w:rPr>
          <w:b w:val="0"/>
          <w:i w:val="0"/>
          <w:smallCaps w:val="0"/>
          <w:strike w:val="0"/>
          <w:sz w:val="16"/>
          <w:u w:val="none"/>
        </w:rPr>
        <w:t xml:space="preserve">"The data reported by NatureServe is grim, a harrowing sign of the very real problems our wildlife and ecosystems are facing," Beyer told Reuters. "I am thankful for their efforts, which will </w:t>
      </w:r>
      <w:r>
        <w:rPr>
          <w:b w:val="0"/>
          <w:i w:val="0"/>
          <w:smallCaps w:val="0"/>
          <w:strike w:val="0"/>
          <w:sz w:val="20"/>
          <w:u w:val="single"/>
        </w:rPr>
        <w:t>give a boost to efforts to protect biodiversity</w:t>
      </w:r>
      <w:r>
        <w:rPr>
          <w:b w:val="0"/>
          <w:i w:val="0"/>
          <w:smallCaps w:val="0"/>
          <w:strike w:val="0"/>
          <w:sz w:val="16"/>
          <w:u w:val="none"/>
        </w:rPr>
        <w:t>."</w:t>
      </w:r>
    </w:p>
    <w:p>
      <w:pPr>
        <w:spacing w:after="60"/>
      </w:pPr>
      <w:r>
        <w:rPr>
          <w:b w:val="0"/>
          <w:i w:val="0"/>
          <w:smallCaps w:val="0"/>
          <w:strike w:val="0"/>
          <w:sz w:val="16"/>
          <w:u w:val="none"/>
        </w:rPr>
        <w:t>HUMAN ENCROACHMENT</w:t>
      </w:r>
    </w:p>
    <w:p>
      <w:pPr>
        <w:spacing w:after="60"/>
      </w:pPr>
      <w:r>
        <w:rPr>
          <w:b w:val="0"/>
          <w:i w:val="0"/>
          <w:smallCaps w:val="0"/>
          <w:strike w:val="0"/>
          <w:sz w:val="20"/>
          <w:u w:val="single"/>
        </w:rPr>
        <w:t>Among the species at risk of disappearing are</w:t>
      </w:r>
      <w:r>
        <w:rPr>
          <w:b w:val="0"/>
          <w:i w:val="0"/>
          <w:smallCaps w:val="0"/>
          <w:strike w:val="0"/>
          <w:sz w:val="16"/>
          <w:u w:val="none"/>
        </w:rPr>
        <w:t xml:space="preserve"> icons like the carnivorous </w:t>
      </w:r>
      <w:r>
        <w:rPr>
          <w:b w:val="0"/>
          <w:i w:val="0"/>
          <w:smallCaps w:val="0"/>
          <w:strike w:val="0"/>
          <w:sz w:val="20"/>
          <w:u w:val="single"/>
        </w:rPr>
        <w:t>Venus flytrap</w:t>
      </w:r>
      <w:r>
        <w:rPr>
          <w:b w:val="0"/>
          <w:i w:val="0"/>
          <w:smallCaps w:val="0"/>
          <w:strike w:val="0"/>
          <w:sz w:val="16"/>
          <w:u w:val="none"/>
        </w:rPr>
        <w:t>, which is only found in the wild in a few counties of North and South Carolina.</w:t>
      </w:r>
    </w:p>
    <w:p>
      <w:pPr>
        <w:spacing w:after="60"/>
      </w:pPr>
      <w:r>
        <w:rPr>
          <w:b w:val="0"/>
          <w:i w:val="0"/>
          <w:smallCaps w:val="0"/>
          <w:strike w:val="0"/>
          <w:sz w:val="16"/>
          <w:u w:val="none"/>
        </w:rPr>
        <w:t xml:space="preserve">Nearly </w:t>
      </w:r>
      <w:r>
        <w:rPr>
          <w:b w:val="0"/>
          <w:i w:val="0"/>
          <w:smallCaps w:val="0"/>
          <w:strike w:val="0"/>
          <w:sz w:val="20"/>
          <w:u w:val="single"/>
        </w:rPr>
        <w:t xml:space="preserve">half of all cacti species are at risk of </w:t>
      </w:r>
      <w:r>
        <w:rPr>
          <w:b/>
          <w:i w:val="0"/>
          <w:smallCaps w:val="0"/>
          <w:strike w:val="0"/>
          <w:sz w:val="20"/>
          <w:u w:val="single"/>
        </w:rPr>
        <w:t>extinction</w:t>
      </w:r>
      <w:r>
        <w:rPr>
          <w:b w:val="0"/>
          <w:i w:val="0"/>
          <w:smallCaps w:val="0"/>
          <w:strike w:val="0"/>
          <w:sz w:val="16"/>
          <w:u w:val="none"/>
        </w:rPr>
        <w:t xml:space="preserve">, while </w:t>
      </w:r>
      <w:r>
        <w:rPr>
          <w:b w:val="0"/>
          <w:i w:val="0"/>
          <w:smallCaps w:val="0"/>
          <w:strike w:val="0"/>
          <w:sz w:val="20"/>
          <w:u w:val="single"/>
        </w:rPr>
        <w:t xml:space="preserve">200 species of </w:t>
      </w:r>
      <w:r>
        <w:rPr>
          <w:b w:val="0"/>
          <w:i w:val="0"/>
          <w:smallCaps w:val="0"/>
          <w:strike w:val="0"/>
          <w:sz w:val="16"/>
          <w:u w:val="none"/>
        </w:rPr>
        <w:t xml:space="preserve">trees, including a maple-leaf oak found in Arkansas, are also at risk of disappearing. Among </w:t>
      </w:r>
      <w:r>
        <w:rPr>
          <w:b w:val="0"/>
          <w:i w:val="0"/>
          <w:smallCaps w:val="0"/>
          <w:strike w:val="0"/>
          <w:sz w:val="20"/>
          <w:u w:val="single"/>
        </w:rPr>
        <w:t>ecosystems</w:t>
      </w:r>
      <w:r>
        <w:rPr>
          <w:b w:val="0"/>
          <w:i w:val="0"/>
          <w:smallCaps w:val="0"/>
          <w:strike w:val="0"/>
          <w:sz w:val="16"/>
          <w:u w:val="none"/>
        </w:rPr>
        <w:t xml:space="preserve">, </w:t>
      </w:r>
      <w:r>
        <w:rPr>
          <w:b w:val="0"/>
          <w:i w:val="0"/>
          <w:smallCaps w:val="0"/>
          <w:strike w:val="0"/>
          <w:sz w:val="20"/>
          <w:u w:val="single"/>
        </w:rPr>
        <w:t xml:space="preserve">America's expansive temperate and boreal grasslands are among the most </w:t>
      </w:r>
      <w:r>
        <w:rPr>
          <w:b/>
          <w:i w:val="0"/>
          <w:smallCaps w:val="0"/>
          <w:strike w:val="0"/>
          <w:sz w:val="20"/>
          <w:u w:val="single"/>
        </w:rPr>
        <w:t>imperiled</w:t>
      </w:r>
      <w:r>
        <w:rPr>
          <w:b w:val="0"/>
          <w:i w:val="0"/>
          <w:smallCaps w:val="0"/>
          <w:strike w:val="0"/>
          <w:sz w:val="16"/>
          <w:u w:val="none"/>
        </w:rPr>
        <w:t>, with over half of 78 grassland types at risk of a range-wide collapse.</w:t>
      </w:r>
    </w:p>
    <w:p>
      <w:pPr>
        <w:spacing w:after="60"/>
      </w:pPr>
      <w:r>
        <w:rPr>
          <w:b w:val="0"/>
          <w:i w:val="0"/>
          <w:smallCaps w:val="0"/>
          <w:strike w:val="0"/>
          <w:sz w:val="16"/>
          <w:u w:val="none"/>
        </w:rPr>
        <w:t xml:space="preserve">The </w:t>
      </w:r>
      <w:r>
        <w:rPr>
          <w:b w:val="0"/>
          <w:i w:val="0"/>
          <w:smallCaps w:val="0"/>
          <w:strike w:val="0"/>
          <w:sz w:val="20"/>
          <w:u w:val="single"/>
        </w:rPr>
        <w:t>threats against plants</w:t>
      </w:r>
      <w:r>
        <w:rPr>
          <w:b w:val="0"/>
          <w:i w:val="0"/>
          <w:smallCaps w:val="0"/>
          <w:strike w:val="0"/>
          <w:sz w:val="16"/>
          <w:u w:val="none"/>
        </w:rPr>
        <w:t xml:space="preserve">, </w:t>
      </w:r>
      <w:r>
        <w:rPr>
          <w:b w:val="0"/>
          <w:i w:val="0"/>
          <w:smallCaps w:val="0"/>
          <w:strike w:val="0"/>
          <w:sz w:val="20"/>
          <w:u w:val="single"/>
        </w:rPr>
        <w:t>animals and ecosystems are varied</w:t>
      </w:r>
      <w:r>
        <w:rPr>
          <w:b w:val="0"/>
          <w:i w:val="0"/>
          <w:smallCaps w:val="0"/>
          <w:strike w:val="0"/>
          <w:sz w:val="16"/>
          <w:u w:val="none"/>
        </w:rPr>
        <w:t xml:space="preserve">, the report found, but </w:t>
      </w:r>
      <w:r>
        <w:rPr>
          <w:b w:val="0"/>
          <w:i w:val="0"/>
          <w:smallCaps w:val="0"/>
          <w:strike w:val="0"/>
          <w:sz w:val="20"/>
          <w:u w:val="single"/>
        </w:rPr>
        <w:t>include</w:t>
      </w:r>
      <w:r>
        <w:rPr>
          <w:b w:val="0"/>
          <w:i w:val="0"/>
          <w:smallCaps w:val="0"/>
          <w:strike w:val="0"/>
          <w:sz w:val="16"/>
          <w:u w:val="none"/>
        </w:rPr>
        <w:t xml:space="preserve"> "</w:t>
      </w:r>
      <w:r>
        <w:rPr>
          <w:b w:val="0"/>
          <w:i w:val="0"/>
          <w:smallCaps w:val="0"/>
          <w:strike w:val="0"/>
          <w:sz w:val="20"/>
          <w:highlight w:val="cyan"/>
          <w:u w:val="single"/>
        </w:rPr>
        <w:t>habitat</w:t>
      </w:r>
      <w:r>
        <w:rPr>
          <w:b w:val="0"/>
          <w:i w:val="0"/>
          <w:smallCaps w:val="0"/>
          <w:strike w:val="0"/>
          <w:sz w:val="20"/>
          <w:u w:val="single"/>
        </w:rPr>
        <w:t xml:space="preserve"> </w:t>
      </w:r>
      <w:r>
        <w:rPr>
          <w:b/>
          <w:i w:val="0"/>
          <w:smallCaps w:val="0"/>
          <w:strike w:val="0"/>
          <w:sz w:val="20"/>
          <w:highlight w:val="cyan"/>
          <w:u w:val="single"/>
        </w:rPr>
        <w:t>degradation</w:t>
      </w:r>
      <w:r>
        <w:rPr>
          <w:b w:val="0"/>
          <w:i w:val="0"/>
          <w:smallCaps w:val="0"/>
          <w:strike w:val="0"/>
          <w:sz w:val="20"/>
          <w:u w:val="single"/>
        </w:rPr>
        <w:t xml:space="preserve"> </w:t>
      </w:r>
      <w:r>
        <w:rPr>
          <w:b/>
          <w:i w:val="0"/>
          <w:smallCaps w:val="0"/>
          <w:strike w:val="0"/>
          <w:sz w:val="20"/>
          <w:u w:val="single"/>
        </w:rPr>
        <w:t xml:space="preserve">and land </w:t>
      </w:r>
      <w:r>
        <w:rPr>
          <w:b/>
          <w:i w:val="0"/>
          <w:smallCaps w:val="0"/>
          <w:strike w:val="0"/>
          <w:sz w:val="20"/>
          <w:highlight w:val="cyan"/>
          <w:u w:val="single"/>
        </w:rPr>
        <w:t>conversion</w:t>
      </w:r>
      <w:r>
        <w:rPr>
          <w:b w:val="0"/>
          <w:i w:val="0"/>
          <w:smallCaps w:val="0"/>
          <w:strike w:val="0"/>
          <w:sz w:val="16"/>
          <w:u w:val="none"/>
        </w:rPr>
        <w:t xml:space="preserve">, </w:t>
      </w:r>
      <w:r>
        <w:rPr>
          <w:b/>
          <w:i w:val="0"/>
          <w:smallCaps w:val="0"/>
          <w:strike w:val="0"/>
          <w:sz w:val="20"/>
          <w:highlight w:val="cyan"/>
          <w:u w:val="single"/>
        </w:rPr>
        <w:t>invasive species</w:t>
      </w:r>
      <w:r>
        <w:rPr>
          <w:b w:val="0"/>
          <w:i w:val="0"/>
          <w:smallCaps w:val="0"/>
          <w:strike w:val="0"/>
          <w:sz w:val="16"/>
          <w:u w:val="none"/>
        </w:rPr>
        <w:t xml:space="preserve">, </w:t>
      </w:r>
      <w:r>
        <w:rPr>
          <w:b w:val="0"/>
          <w:i w:val="0"/>
          <w:smallCaps w:val="0"/>
          <w:strike w:val="0"/>
          <w:sz w:val="20"/>
          <w:u w:val="single"/>
        </w:rPr>
        <w:t>damming and polluting of rivers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highlight w:val="cyan"/>
          <w:u w:val="single"/>
        </w:rPr>
        <w:t>climate</w:t>
      </w:r>
      <w:r>
        <w:rPr>
          <w:b/>
          <w:i w:val="0"/>
          <w:smallCaps w:val="0"/>
          <w:strike w:val="0"/>
          <w:sz w:val="20"/>
          <w:u w:val="single"/>
        </w:rPr>
        <w:t xml:space="preserve"> change</w:t>
      </w:r>
      <w:r>
        <w:rPr>
          <w:b w:val="0"/>
          <w:i w:val="0"/>
          <w:smallCaps w:val="0"/>
          <w:strike w:val="0"/>
          <w:sz w:val="16"/>
          <w:u w:val="none"/>
        </w:rPr>
        <w:t>."</w:t>
      </w:r>
    </w:p>
    <w:p>
      <w:pPr>
        <w:spacing w:after="60"/>
      </w:pPr>
      <w:r>
        <w:rPr>
          <w:b w:val="0"/>
          <w:i w:val="0"/>
          <w:smallCaps w:val="0"/>
          <w:strike w:val="0"/>
          <w:sz w:val="16"/>
          <w:u w:val="none"/>
        </w:rPr>
        <w:t xml:space="preserve">California, Texas and the southeastern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are where the highest percentages of</w:t>
      </w:r>
      <w:r>
        <w:rPr>
          <w:b w:val="0"/>
          <w:i w:val="0"/>
          <w:smallCaps w:val="0"/>
          <w:strike w:val="0"/>
          <w:sz w:val="16"/>
          <w:u w:val="none"/>
        </w:rPr>
        <w:t xml:space="preserve"> </w:t>
      </w:r>
      <w:r>
        <w:rPr>
          <w:b w:val="0"/>
          <w:i w:val="0"/>
          <w:smallCaps w:val="0"/>
          <w:strike w:val="0"/>
          <w:sz w:val="20"/>
          <w:u w:val="single"/>
        </w:rPr>
        <w:t>plants</w:t>
      </w:r>
      <w:r>
        <w:rPr>
          <w:b w:val="0"/>
          <w:i w:val="0"/>
          <w:smallCaps w:val="0"/>
          <w:strike w:val="0"/>
          <w:sz w:val="16"/>
          <w:u w:val="none"/>
        </w:rPr>
        <w:t xml:space="preserve">, </w:t>
      </w:r>
      <w:r>
        <w:rPr>
          <w:b w:val="0"/>
          <w:i w:val="0"/>
          <w:smallCaps w:val="0"/>
          <w:strike w:val="0"/>
          <w:sz w:val="20"/>
          <w:u w:val="single"/>
        </w:rPr>
        <w:t>animals and ecosystems are at</w:t>
      </w:r>
      <w:r>
        <w:rPr>
          <w:b w:val="0"/>
          <w:i w:val="0"/>
          <w:smallCaps w:val="0"/>
          <w:strike w:val="0"/>
          <w:sz w:val="16"/>
          <w:u w:val="none"/>
        </w:rPr>
        <w:t xml:space="preserve"> </w:t>
      </w:r>
      <w:r>
        <w:rPr>
          <w:b w:val="0"/>
          <w:i w:val="0"/>
          <w:smallCaps w:val="0"/>
          <w:strike w:val="0"/>
          <w:sz w:val="20"/>
          <w:u w:val="single"/>
        </w:rPr>
        <w:t>risk</w:t>
      </w:r>
      <w:r>
        <w:rPr>
          <w:b w:val="0"/>
          <w:i w:val="0"/>
          <w:smallCaps w:val="0"/>
          <w:strike w:val="0"/>
          <w:sz w:val="16"/>
          <w:u w:val="none"/>
        </w:rPr>
        <w:t>, the report found.</w:t>
      </w:r>
    </w:p>
    <w:p>
      <w:pPr>
        <w:spacing w:after="60"/>
      </w:pPr>
      <w:r>
        <w:rPr>
          <w:b w:val="0"/>
          <w:i w:val="0"/>
          <w:smallCaps w:val="0"/>
          <w:strike w:val="0"/>
          <w:sz w:val="20"/>
          <w:u w:val="single"/>
        </w:rPr>
        <w:t>Those</w:t>
      </w:r>
      <w:r>
        <w:rPr>
          <w:b w:val="0"/>
          <w:i w:val="0"/>
          <w:smallCaps w:val="0"/>
          <w:strike w:val="0"/>
          <w:sz w:val="16"/>
          <w:u w:val="none"/>
        </w:rPr>
        <w:t xml:space="preserve"> areas </w:t>
      </w:r>
      <w:r>
        <w:rPr>
          <w:b w:val="0"/>
          <w:i w:val="0"/>
          <w:smallCaps w:val="0"/>
          <w:strike w:val="0"/>
          <w:sz w:val="20"/>
          <w:u w:val="single"/>
        </w:rPr>
        <w:t>are</w:t>
      </w:r>
      <w:r>
        <w:rPr>
          <w:b w:val="0"/>
          <w:i w:val="0"/>
          <w:smallCaps w:val="0"/>
          <w:strike w:val="0"/>
          <w:sz w:val="16"/>
          <w:u w:val="none"/>
        </w:rPr>
        <w:t xml:space="preserve"> both </w:t>
      </w:r>
      <w:r>
        <w:rPr>
          <w:b w:val="0"/>
          <w:i w:val="0"/>
          <w:smallCaps w:val="0"/>
          <w:strike w:val="0"/>
          <w:sz w:val="20"/>
          <w:u w:val="single"/>
        </w:rPr>
        <w:t xml:space="preserve">the richest in terms of </w:t>
      </w:r>
      <w:r>
        <w:rPr>
          <w:b/>
          <w:i w:val="0"/>
          <w:smallCaps w:val="0"/>
          <w:strike w:val="0"/>
          <w:sz w:val="20"/>
          <w:u w:val="single"/>
        </w:rPr>
        <w:t>biodiversity in the country</w:t>
      </w:r>
      <w:r>
        <w:rPr>
          <w:b w:val="0"/>
          <w:i w:val="0"/>
          <w:smallCaps w:val="0"/>
          <w:strike w:val="0"/>
          <w:sz w:val="16"/>
          <w:u w:val="none"/>
        </w:rPr>
        <w:t xml:space="preserve">, but also where population growth has boomed in recent decades, and where </w:t>
      </w:r>
      <w:r>
        <w:rPr>
          <w:b w:val="0"/>
          <w:i w:val="0"/>
          <w:smallCaps w:val="0"/>
          <w:strike w:val="0"/>
          <w:sz w:val="20"/>
          <w:highlight w:val="cyan"/>
          <w:u w:val="single"/>
        </w:rPr>
        <w:t>human encroachment on nature</w:t>
      </w:r>
      <w:r>
        <w:rPr>
          <w:b w:val="0"/>
          <w:i w:val="0"/>
          <w:smallCaps w:val="0"/>
          <w:strike w:val="0"/>
          <w:sz w:val="20"/>
          <w:u w:val="single"/>
        </w:rPr>
        <w:t xml:space="preserve"> </w:t>
      </w:r>
      <w:r>
        <w:rPr>
          <w:b w:val="0"/>
          <w:i w:val="0"/>
          <w:smallCaps w:val="0"/>
          <w:strike w:val="0"/>
          <w:sz w:val="20"/>
          <w:highlight w:val="cyan"/>
          <w:u w:val="single"/>
        </w:rPr>
        <w:t>has been harsh</w:t>
      </w:r>
      <w:r>
        <w:rPr>
          <w:b w:val="0"/>
          <w:i w:val="0"/>
          <w:smallCaps w:val="0"/>
          <w:strike w:val="0"/>
          <w:sz w:val="20"/>
          <w:u w:val="single"/>
        </w:rPr>
        <w:t>est</w:t>
      </w:r>
      <w:r>
        <w:rPr>
          <w:b w:val="0"/>
          <w:i w:val="0"/>
          <w:smallCaps w:val="0"/>
          <w:strike w:val="0"/>
          <w:sz w:val="16"/>
          <w:u w:val="none"/>
        </w:rPr>
        <w:t>, said Wesley Knapp, the chief botanist at NatureServe.</w:t>
      </w:r>
    </w:p>
    <w:p>
      <w:pPr>
        <w:spacing w:after="60"/>
      </w:pPr>
      <w:r>
        <w:rPr>
          <w:b w:val="0"/>
          <w:i w:val="0"/>
          <w:smallCaps w:val="0"/>
          <w:strike w:val="0"/>
          <w:sz w:val="16"/>
          <w:u w:val="none"/>
        </w:rPr>
        <w:t xml:space="preserve">Knapp highlighted the </w:t>
      </w:r>
      <w:r>
        <w:rPr>
          <w:b w:val="0"/>
          <w:i w:val="0"/>
          <w:smallCaps w:val="0"/>
          <w:strike w:val="0"/>
          <w:sz w:val="20"/>
          <w:u w:val="single"/>
        </w:rPr>
        <w:t xml:space="preserve">threats facing </w:t>
      </w:r>
      <w:r>
        <w:rPr>
          <w:b w:val="0"/>
          <w:i w:val="0"/>
          <w:smallCaps w:val="0"/>
          <w:strike w:val="0"/>
          <w:sz w:val="20"/>
          <w:highlight w:val="cyan"/>
          <w:u w:val="single"/>
        </w:rPr>
        <w:t>plants</w:t>
      </w:r>
      <w:r>
        <w:rPr>
          <w:b w:val="0"/>
          <w:i w:val="0"/>
          <w:smallCaps w:val="0"/>
          <w:strike w:val="0"/>
          <w:sz w:val="16"/>
          <w:u w:val="none"/>
        </w:rPr>
        <w:t xml:space="preserve">, which </w:t>
      </w:r>
      <w:r>
        <w:rPr>
          <w:b w:val="0"/>
          <w:i w:val="0"/>
          <w:smallCaps w:val="0"/>
          <w:strike w:val="0"/>
          <w:sz w:val="20"/>
          <w:u w:val="single"/>
        </w:rPr>
        <w:t xml:space="preserve">typically </w:t>
      </w:r>
      <w:r>
        <w:rPr>
          <w:b w:val="0"/>
          <w:i w:val="0"/>
          <w:smallCaps w:val="0"/>
          <w:strike w:val="0"/>
          <w:sz w:val="20"/>
          <w:highlight w:val="cyan"/>
          <w:u w:val="single"/>
        </w:rPr>
        <w:t>get less conservation</w:t>
      </w:r>
      <w:r>
        <w:rPr>
          <w:b w:val="0"/>
          <w:i w:val="0"/>
          <w:smallCaps w:val="0"/>
          <w:strike w:val="0"/>
          <w:sz w:val="20"/>
          <w:u w:val="single"/>
        </w:rPr>
        <w:t xml:space="preserve"> funding </w:t>
      </w:r>
      <w:r>
        <w:rPr>
          <w:b w:val="0"/>
          <w:i w:val="0"/>
          <w:smallCaps w:val="0"/>
          <w:strike w:val="0"/>
          <w:sz w:val="20"/>
          <w:highlight w:val="cyan"/>
          <w:u w:val="single"/>
        </w:rPr>
        <w:t>than animals</w:t>
      </w:r>
      <w:r>
        <w:rPr>
          <w:b w:val="0"/>
          <w:i w:val="0"/>
          <w:smallCaps w:val="0"/>
          <w:strike w:val="0"/>
          <w:sz w:val="16"/>
          <w:u w:val="none"/>
        </w:rPr>
        <w:t xml:space="preserve">. There are nearly 1,250 plants in NatureServe's "critically imperiled" category, </w:t>
      </w:r>
      <w:r>
        <w:rPr>
          <w:b w:val="0"/>
          <w:i w:val="0"/>
          <w:smallCaps w:val="0"/>
          <w:strike w:val="0"/>
          <w:sz w:val="20"/>
          <w:u w:val="single"/>
        </w:rPr>
        <w:t xml:space="preserve">the final stage before </w:t>
      </w:r>
      <w:r>
        <w:rPr>
          <w:b/>
          <w:i w:val="0"/>
          <w:smallCaps w:val="0"/>
          <w:strike w:val="0"/>
          <w:sz w:val="20"/>
          <w:u w:val="single"/>
        </w:rPr>
        <w:t>extinction</w:t>
      </w:r>
      <w:r>
        <w:rPr>
          <w:b w:val="0"/>
          <w:i w:val="0"/>
          <w:smallCaps w:val="0"/>
          <w:strike w:val="0"/>
          <w:sz w:val="16"/>
          <w:u w:val="none"/>
        </w:rPr>
        <w:t xml:space="preserve">, meaning that </w:t>
      </w:r>
      <w:r>
        <w:rPr>
          <w:b w:val="0"/>
          <w:i w:val="0"/>
          <w:smallCaps w:val="0"/>
          <w:strike w:val="0"/>
          <w:sz w:val="20"/>
          <w:highlight w:val="cyan"/>
          <w:u w:val="single"/>
        </w:rPr>
        <w:t>conservationists</w:t>
      </w:r>
      <w:r>
        <w:rPr>
          <w:b w:val="0"/>
          <w:i w:val="0"/>
          <w:smallCaps w:val="0"/>
          <w:strike w:val="0"/>
          <w:sz w:val="20"/>
          <w:u w:val="single"/>
        </w:rPr>
        <w:t xml:space="preserve"> </w:t>
      </w:r>
      <w:r>
        <w:rPr>
          <w:b w:val="0"/>
          <w:i w:val="0"/>
          <w:smallCaps w:val="0"/>
          <w:strike w:val="0"/>
          <w:sz w:val="20"/>
          <w:highlight w:val="cyan"/>
          <w:u w:val="single"/>
        </w:rPr>
        <w:t>have to</w:t>
      </w:r>
      <w:r>
        <w:rPr>
          <w:b w:val="0"/>
          <w:i w:val="0"/>
          <w:smallCaps w:val="0"/>
          <w:strike w:val="0"/>
          <w:sz w:val="20"/>
          <w:u w:val="single"/>
        </w:rPr>
        <w:t xml:space="preserve"> decide where to </w:t>
      </w:r>
      <w:r>
        <w:rPr>
          <w:b w:val="0"/>
          <w:i w:val="0"/>
          <w:smallCaps w:val="0"/>
          <w:strike w:val="0"/>
          <w:sz w:val="20"/>
          <w:highlight w:val="cyan"/>
          <w:u w:val="single"/>
        </w:rPr>
        <w:t>spend</w:t>
      </w:r>
      <w:r>
        <w:rPr>
          <w:b w:val="0"/>
          <w:i w:val="0"/>
          <w:smallCaps w:val="0"/>
          <w:strike w:val="0"/>
          <w:sz w:val="20"/>
          <w:u w:val="single"/>
        </w:rPr>
        <w:t xml:space="preserve"> scant </w:t>
      </w:r>
      <w:r>
        <w:rPr>
          <w:b w:val="0"/>
          <w:i w:val="0"/>
          <w:smallCaps w:val="0"/>
          <w:strike w:val="0"/>
          <w:sz w:val="20"/>
          <w:highlight w:val="cyan"/>
          <w:u w:val="single"/>
        </w:rPr>
        <w:t>funds</w:t>
      </w:r>
      <w:r>
        <w:rPr>
          <w:b w:val="0"/>
          <w:i w:val="0"/>
          <w:smallCaps w:val="0"/>
          <w:strike w:val="0"/>
          <w:sz w:val="20"/>
          <w:u w:val="single"/>
        </w:rPr>
        <w:t xml:space="preserve"> even among the most vulnerable species </w:t>
      </w:r>
      <w:r>
        <w:rPr>
          <w:b w:val="0"/>
          <w:i w:val="0"/>
          <w:smallCaps w:val="0"/>
          <w:strike w:val="0"/>
          <w:sz w:val="20"/>
          <w:highlight w:val="cyan"/>
          <w:u w:val="single"/>
        </w:rPr>
        <w:t xml:space="preserve">to </w:t>
      </w:r>
      <w:r>
        <w:rPr>
          <w:b/>
          <w:i w:val="0"/>
          <w:smallCaps w:val="0"/>
          <w:strike w:val="0"/>
          <w:sz w:val="20"/>
          <w:highlight w:val="cyan"/>
          <w:u w:val="single"/>
        </w:rPr>
        <w:t>prevent extinctions</w:t>
      </w:r>
      <w:r>
        <w:rPr>
          <w:b w:val="0"/>
          <w:i w:val="0"/>
          <w:smallCaps w:val="0"/>
          <w:strike w:val="0"/>
          <w:sz w:val="16"/>
          <w:u w:val="none"/>
        </w:rPr>
        <w:t>.</w:t>
      </w:r>
    </w:p>
    <w:p>
      <w:pPr>
        <w:spacing w:after="60"/>
      </w:pPr>
      <w:r>
        <w:rPr>
          <w:b w:val="0"/>
          <w:i w:val="0"/>
          <w:smallCaps w:val="0"/>
          <w:strike w:val="0"/>
          <w:sz w:val="16"/>
          <w:u w:val="none"/>
        </w:rPr>
        <w:t>"Which means a lot of plants are not going to get conservation attention. We're almost in triage mode trying to keep our natural systems in place," Knapp said.</w:t>
      </w:r>
    </w:p>
    <w:p>
      <w:pPr>
        <w:spacing w:after="60"/>
      </w:pPr>
      <w:r>
        <w:rPr>
          <w:b w:val="0"/>
          <w:i w:val="0"/>
          <w:smallCaps w:val="0"/>
          <w:strike w:val="0"/>
          <w:sz w:val="16"/>
          <w:u w:val="none"/>
        </w:rPr>
        <w:t>'NATURE SAVINGS ACCOUNT'</w:t>
      </w:r>
    </w:p>
    <w:p>
      <w:pPr>
        <w:spacing w:after="60"/>
      </w:pPr>
      <w:r>
        <w:rPr>
          <w:b w:val="0"/>
          <w:i w:val="0"/>
          <w:smallCaps w:val="0"/>
          <w:strike w:val="0"/>
          <w:sz w:val="16"/>
          <w:u w:val="none"/>
        </w:rPr>
        <w:t>Vivian Negron-Ortiz, the president of the Botanical Society of America and a botanist with the U.S. Fish and Wildlife Service, who was not involved in the NatureServe report, said there is still a lot scientists do not know and have not yet discovered about biodiversity in the United States, and that NatureServe's data helped illuminate that darkness.</w:t>
      </w:r>
    </w:p>
    <w:p>
      <w:pPr>
        <w:spacing w:after="60"/>
      </w:pPr>
      <w:r>
        <w:rPr>
          <w:b w:val="0"/>
          <w:i w:val="0"/>
          <w:smallCaps w:val="0"/>
          <w:strike w:val="0"/>
          <w:sz w:val="16"/>
          <w:u w:val="none"/>
        </w:rPr>
        <w:t xml:space="preserve">More than anything, she sees the new </w:t>
      </w:r>
      <w:r>
        <w:rPr>
          <w:b w:val="0"/>
          <w:i w:val="0"/>
          <w:smallCaps w:val="0"/>
          <w:strike w:val="0"/>
          <w:sz w:val="20"/>
          <w:u w:val="single"/>
        </w:rPr>
        <w:t>data as a call to action</w:t>
      </w:r>
      <w:r>
        <w:rPr>
          <w:b w:val="0"/>
          <w:i w:val="0"/>
          <w:smallCaps w:val="0"/>
          <w:strike w:val="0"/>
          <w:sz w:val="16"/>
          <w:u w:val="none"/>
        </w:rPr>
        <w:t>.</w:t>
      </w:r>
    </w:p>
    <w:p>
      <w:pPr>
        <w:spacing w:after="60"/>
      </w:pPr>
      <w:r>
        <w:rPr>
          <w:b w:val="0"/>
          <w:i w:val="0"/>
          <w:smallCaps w:val="0"/>
          <w:strike w:val="0"/>
          <w:sz w:val="16"/>
          <w:u w:val="none"/>
        </w:rPr>
        <w:t xml:space="preserve">"This report shows the </w:t>
      </w:r>
      <w:r>
        <w:rPr>
          <w:b w:val="0"/>
          <w:i w:val="0"/>
          <w:smallCaps w:val="0"/>
          <w:strike w:val="0"/>
          <w:sz w:val="20"/>
          <w:u w:val="single"/>
        </w:rPr>
        <w:t>need for the public to help prevent the disappearance of many of our plant species</w:t>
      </w:r>
      <w:r>
        <w:rPr>
          <w:b w:val="0"/>
          <w:i w:val="0"/>
          <w:smallCaps w:val="0"/>
          <w:strike w:val="0"/>
          <w:sz w:val="16"/>
          <w:u w:val="none"/>
        </w:rPr>
        <w:t>," she said. "</w:t>
      </w:r>
      <w:r>
        <w:rPr>
          <w:b w:val="0"/>
          <w:i w:val="0"/>
          <w:smallCaps w:val="0"/>
          <w:strike w:val="0"/>
          <w:sz w:val="20"/>
          <w:highlight w:val="cyan"/>
          <w:u w:val="single"/>
        </w:rPr>
        <w:t>The public can</w:t>
      </w:r>
      <w:r>
        <w:rPr>
          <w:b w:val="0"/>
          <w:i w:val="0"/>
          <w:smallCaps w:val="0"/>
          <w:strike w:val="0"/>
          <w:sz w:val="20"/>
          <w:u w:val="single"/>
        </w:rPr>
        <w:t xml:space="preserve"> help by finding and </w:t>
      </w:r>
      <w:r>
        <w:rPr>
          <w:b w:val="0"/>
          <w:i w:val="0"/>
          <w:smallCaps w:val="0"/>
          <w:strike w:val="0"/>
          <w:sz w:val="20"/>
          <w:highlight w:val="cyan"/>
          <w:u w:val="single"/>
        </w:rPr>
        <w:t>engag</w:t>
      </w:r>
      <w:r>
        <w:rPr>
          <w:b w:val="0"/>
          <w:i w:val="0"/>
          <w:smallCaps w:val="0"/>
          <w:strike w:val="0"/>
          <w:sz w:val="20"/>
          <w:u w:val="single"/>
        </w:rPr>
        <w:t xml:space="preserve">ing with local organizations that are </w:t>
      </w:r>
      <w:r>
        <w:rPr>
          <w:b/>
          <w:i w:val="0"/>
          <w:smallCaps w:val="0"/>
          <w:strike w:val="0"/>
          <w:sz w:val="20"/>
          <w:u w:val="single"/>
        </w:rPr>
        <w:t xml:space="preserve">actively working </w:t>
      </w:r>
      <w:r>
        <w:rPr>
          <w:b/>
          <w:i w:val="0"/>
          <w:smallCaps w:val="0"/>
          <w:strike w:val="0"/>
          <w:sz w:val="20"/>
          <w:highlight w:val="cyan"/>
          <w:u w:val="single"/>
        </w:rPr>
        <w:t>to protect wild places</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conserve rare species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