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Multilateral cooperation</w:t>
      </w:r>
      <w:r>
        <w:rPr>
          <w:b/>
          <w:i w:val="0"/>
          <w:smallCaps w:val="0"/>
          <w:strike w:val="0"/>
          <w:sz w:val="24"/>
          <w:u w:val="none"/>
        </w:rPr>
        <w:t xml:space="preserve"> solves </w:t>
      </w:r>
      <w:r>
        <w:rPr>
          <w:b/>
          <w:i w:val="0"/>
          <w:smallCaps w:val="0"/>
          <w:strike w:val="0"/>
          <w:sz w:val="24"/>
          <w:u w:val="single"/>
        </w:rPr>
        <w:t>orientation</w:t>
      </w:r>
      <w:r>
        <w:rPr>
          <w:b/>
          <w:i w:val="0"/>
          <w:smallCaps w:val="0"/>
          <w:strike w:val="0"/>
          <w:sz w:val="24"/>
          <w:u w:val="none"/>
        </w:rPr>
        <w:t xml:space="preserve"> to </w:t>
      </w:r>
      <w:r>
        <w:rPr>
          <w:b/>
          <w:i w:val="0"/>
          <w:smallCaps w:val="0"/>
          <w:strike w:val="0"/>
          <w:sz w:val="24"/>
          <w:u w:val="single"/>
        </w:rPr>
        <w:t>existential threats</w:t>
      </w:r>
      <w:r>
        <w:rPr>
          <w:b/>
          <w:i w:val="0"/>
          <w:smallCaps w:val="0"/>
          <w:strike w:val="0"/>
          <w:sz w:val="24"/>
          <w:u w:val="none"/>
        </w:rPr>
        <w:t xml:space="preserve"> which caps </w:t>
      </w:r>
      <w:r>
        <w:rPr>
          <w:b/>
          <w:i w:val="0"/>
          <w:smallCaps w:val="0"/>
          <w:strike w:val="0"/>
          <w:sz w:val="24"/>
          <w:u w:val="single"/>
        </w:rPr>
        <w:t>all X-risks</w:t>
      </w:r>
      <w:r>
        <w:rPr>
          <w:b/>
          <w:i w:val="0"/>
          <w:smallCaps w:val="0"/>
          <w:strike w:val="0"/>
          <w:sz w:val="24"/>
          <w:u w:val="none"/>
        </w:rPr>
        <w:t>.</w:t>
      </w:r>
    </w:p>
    <w:p>
      <w:pPr>
        <w:spacing w:after="80"/>
      </w:pPr>
      <w:r>
        <w:rPr>
          <w:b w:val="0"/>
          <w:i w:val="0"/>
          <w:smallCaps w:val="0"/>
          <w:strike w:val="0"/>
          <w:sz w:val="16"/>
          <w:u w:val="none"/>
        </w:rPr>
        <w:t xml:space="preserve">Tharman </w:t>
      </w:r>
      <w:r>
        <w:rPr>
          <w:b/>
          <w:i w:val="0"/>
          <w:smallCaps w:val="0"/>
          <w:strike w:val="0"/>
          <w:sz w:val="24"/>
          <w:u w:val="none"/>
        </w:rPr>
        <w:t>Shanmugaratnam 22</w:t>
      </w:r>
      <w:r>
        <w:rPr>
          <w:b w:val="0"/>
          <w:i w:val="0"/>
          <w:smallCaps w:val="0"/>
          <w:strike w:val="0"/>
          <w:sz w:val="16"/>
          <w:u w:val="none"/>
        </w:rPr>
        <w:t xml:space="preserve">, senior minister of Singapore and member of the UN Secretary-General’s High-Level Advisory Board on Effective Multilateralism, “Confronting a Perfect Long Storm,” 6/22, pg 6-9, </w:t>
      </w:r>
      <w:r>
        <w:rPr>
          <w:b w:val="0"/>
          <w:i/>
          <w:smallCaps w:val="0"/>
          <w:strike w:val="0"/>
          <w:sz w:val="16"/>
          <w:u w:val="none"/>
        </w:rPr>
        <w:t>The International Monetary Fund</w:t>
      </w:r>
      <w:r>
        <w:rPr>
          <w:b w:val="0"/>
          <w:i w:val="0"/>
          <w:smallCaps w:val="0"/>
          <w:strike w:val="0"/>
          <w:sz w:val="16"/>
          <w:u w:val="none"/>
        </w:rPr>
        <w:t xml:space="preserve">, </w:t>
      </w:r>
      <w:r>
        <w:rPr>
          <w:b w:val="0"/>
          <w:i w:val="0"/>
          <w:smallCaps w:val="0"/>
          <w:strike w:val="0"/>
          <w:sz w:val="16"/>
          <w:u w:val="none"/>
        </w:rPr>
        <w:t>Geo-economic Puzzle: Policymaking in a More Fragmented World</w:t>
      </w:r>
      <w:r>
        <w:rPr>
          <w:b w:val="0"/>
          <w:i w:val="0"/>
          <w:smallCaps w:val="0"/>
          <w:strike w:val="0"/>
          <w:sz w:val="16"/>
          <w:u w:val="none"/>
        </w:rPr>
        <w:t xml:space="preserve">, </w:t>
      </w:r>
      <w:r>
        <w:rPr>
          <w:b w:val="0"/>
          <w:i w:val="0"/>
          <w:smallCaps w:val="0"/>
          <w:strike w:val="0"/>
          <w:sz w:val="16"/>
          <w:u w:val="none"/>
        </w:rPr>
        <w:t>https://www.imf.org/en/Publications/fandd/issues/2022/06/confronting-a-perfect-long-storm-tharman-shanmugaratnam#:~:text=We%20face%20instead%20a%20confluence,will%20not%20rebound%20on%20others</w:t>
      </w:r>
      <w:r>
        <w:rPr>
          <w:b w:val="0"/>
          <w:i w:val="0"/>
          <w:smallCaps w:val="0"/>
          <w:strike w:val="0"/>
          <w:sz w:val="16"/>
          <w:u w:val="none"/>
        </w:rPr>
        <w:t>., kcab</w:t>
      </w:r>
    </w:p>
    <w:p>
      <w:pPr>
        <w:spacing w:after="60"/>
      </w:pPr>
      <w:r>
        <w:rPr>
          <w:b w:val="0"/>
          <w:i w:val="0"/>
          <w:smallCaps w:val="0"/>
          <w:strike w:val="0"/>
          <w:sz w:val="20"/>
          <w:u w:val="single"/>
        </w:rPr>
        <w:t>The pandemic</w:t>
      </w:r>
      <w:r>
        <w:rPr>
          <w:b w:val="0"/>
          <w:i w:val="0"/>
          <w:smallCaps w:val="0"/>
          <w:strike w:val="0"/>
          <w:sz w:val="16"/>
          <w:u w:val="none"/>
        </w:rPr>
        <w:t xml:space="preserve">, war in </w:t>
      </w:r>
      <w:r>
        <w:rPr>
          <w:b w:val="0"/>
          <w:i w:val="0"/>
          <w:smallCaps w:val="0"/>
          <w:strike w:val="0"/>
          <w:sz w:val="20"/>
          <w:u w:val="single"/>
        </w:rPr>
        <w:t>Ukraine</w:t>
      </w:r>
      <w:r>
        <w:rPr>
          <w:b w:val="0"/>
          <w:i w:val="0"/>
          <w:smallCaps w:val="0"/>
          <w:strike w:val="0"/>
          <w:sz w:val="16"/>
          <w:u w:val="none"/>
        </w:rPr>
        <w:t xml:space="preserve">, the </w:t>
      </w:r>
      <w:r>
        <w:rPr>
          <w:b w:val="0"/>
          <w:i w:val="0"/>
          <w:smallCaps w:val="0"/>
          <w:strike w:val="0"/>
          <w:sz w:val="20"/>
          <w:u w:val="single"/>
        </w:rPr>
        <w:t>threat to food security</w:t>
      </w:r>
      <w:r>
        <w:rPr>
          <w:b w:val="0"/>
          <w:i w:val="0"/>
          <w:smallCaps w:val="0"/>
          <w:strike w:val="0"/>
          <w:sz w:val="16"/>
          <w:u w:val="none"/>
        </w:rPr>
        <w:t xml:space="preserve">, and </w:t>
      </w:r>
      <w:r>
        <w:rPr>
          <w:b w:val="0"/>
          <w:i w:val="0"/>
          <w:smallCaps w:val="0"/>
          <w:strike w:val="0"/>
          <w:sz w:val="20"/>
          <w:u w:val="single"/>
        </w:rPr>
        <w:t>the resurgence of global poverty</w:t>
      </w:r>
      <w:r>
        <w:rPr>
          <w:b w:val="0"/>
          <w:i w:val="0"/>
          <w:smallCaps w:val="0"/>
          <w:strike w:val="0"/>
          <w:sz w:val="16"/>
          <w:u w:val="none"/>
        </w:rPr>
        <w:t xml:space="preserve">. </w:t>
      </w:r>
      <w:r>
        <w:rPr>
          <w:b w:val="0"/>
          <w:i w:val="0"/>
          <w:smallCaps w:val="0"/>
          <w:strike w:val="0"/>
          <w:sz w:val="20"/>
          <w:u w:val="single"/>
        </w:rPr>
        <w:t>Heatwaves</w:t>
      </w:r>
      <w:r>
        <w:rPr>
          <w:b w:val="0"/>
          <w:i w:val="0"/>
          <w:smallCaps w:val="0"/>
          <w:strike w:val="0"/>
          <w:sz w:val="16"/>
          <w:u w:val="none"/>
        </w:rPr>
        <w:t xml:space="preserve">, </w:t>
      </w:r>
      <w:r>
        <w:rPr>
          <w:b w:val="0"/>
          <w:i w:val="0"/>
          <w:smallCaps w:val="0"/>
          <w:strike w:val="0"/>
          <w:sz w:val="20"/>
          <w:u w:val="single"/>
        </w:rPr>
        <w:t>droughts</w:t>
      </w:r>
      <w:r>
        <w:rPr>
          <w:b w:val="0"/>
          <w:i w:val="0"/>
          <w:smallCaps w:val="0"/>
          <w:strike w:val="0"/>
          <w:sz w:val="16"/>
          <w:u w:val="none"/>
        </w:rPr>
        <w:t xml:space="preserve">, and other </w:t>
      </w:r>
      <w:r>
        <w:rPr>
          <w:b w:val="0"/>
          <w:i w:val="0"/>
          <w:smallCaps w:val="0"/>
          <w:strike w:val="0"/>
          <w:sz w:val="20"/>
          <w:u w:val="single"/>
        </w:rPr>
        <w:t>extreme weather events</w:t>
      </w:r>
      <w:r>
        <w:rPr>
          <w:b w:val="0"/>
          <w:i w:val="0"/>
          <w:smallCaps w:val="0"/>
          <w:strike w:val="0"/>
          <w:sz w:val="16"/>
          <w:u w:val="none"/>
        </w:rPr>
        <w:t xml:space="preserve">. </w:t>
      </w:r>
      <w:r>
        <w:rPr>
          <w:b/>
          <w:i w:val="0"/>
          <w:smallCaps w:val="0"/>
          <w:strike w:val="0"/>
          <w:sz w:val="20"/>
          <w:highlight w:val="cyan"/>
          <w:u w:val="single"/>
        </w:rPr>
        <w:t>These are not random shocks</w:t>
      </w:r>
      <w:r>
        <w:rPr>
          <w:b w:val="0"/>
          <w:i w:val="0"/>
          <w:smallCaps w:val="0"/>
          <w:strike w:val="0"/>
          <w:sz w:val="16"/>
          <w:highlight w:val="cyan"/>
          <w:u w:val="none"/>
        </w:rPr>
        <w:t>.</w:t>
      </w:r>
      <w:r>
        <w:rPr>
          <w:b w:val="0"/>
          <w:i w:val="0"/>
          <w:smallCaps w:val="0"/>
          <w:strike w:val="0"/>
          <w:sz w:val="16"/>
          <w:u w:val="none"/>
        </w:rPr>
        <w:t xml:space="preserve"> Nor are they a perfect storm in the conventional sense, a one-off conjuncture of bad events. </w:t>
      </w:r>
      <w:r>
        <w:rPr>
          <w:b w:val="0"/>
          <w:i w:val="0"/>
          <w:smallCaps w:val="0"/>
          <w:strike w:val="0"/>
          <w:sz w:val="20"/>
          <w:highlight w:val="cyan"/>
          <w:u w:val="single"/>
        </w:rPr>
        <w:t>We</w:t>
      </w:r>
      <w:r>
        <w:rPr>
          <w:b w:val="0"/>
          <w:i w:val="0"/>
          <w:smallCaps w:val="0"/>
          <w:strike w:val="0"/>
          <w:sz w:val="20"/>
          <w:u w:val="single"/>
        </w:rPr>
        <w:t xml:space="preserve"> </w:t>
      </w:r>
      <w:r>
        <w:rPr>
          <w:b w:val="0"/>
          <w:i w:val="0"/>
          <w:smallCaps w:val="0"/>
          <w:strike w:val="0"/>
          <w:sz w:val="20"/>
          <w:highlight w:val="cyan"/>
          <w:u w:val="single"/>
        </w:rPr>
        <w:t>face</w:t>
      </w:r>
      <w:r>
        <w:rPr>
          <w:b w:val="0"/>
          <w:i w:val="0"/>
          <w:smallCaps w:val="0"/>
          <w:strike w:val="0"/>
          <w:sz w:val="20"/>
          <w:u w:val="single"/>
        </w:rPr>
        <w:t xml:space="preserve"> instead </w:t>
      </w:r>
      <w:r>
        <w:rPr>
          <w:b w:val="0"/>
          <w:i w:val="0"/>
          <w:smallCaps w:val="0"/>
          <w:strike w:val="0"/>
          <w:sz w:val="20"/>
          <w:highlight w:val="cyan"/>
          <w:u w:val="single"/>
        </w:rPr>
        <w:t>a confluence</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lasting </w:t>
      </w:r>
      <w:r>
        <w:rPr>
          <w:b w:val="0"/>
          <w:i w:val="0"/>
          <w:smallCaps w:val="0"/>
          <w:strike w:val="0"/>
          <w:sz w:val="20"/>
          <w:highlight w:val="cyan"/>
          <w:u w:val="single"/>
        </w:rPr>
        <w:t>structural insecurities</w:t>
      </w:r>
      <w:r>
        <w:rPr>
          <w:b w:val="0"/>
          <w:i w:val="0"/>
          <w:smallCaps w:val="0"/>
          <w:strike w:val="0"/>
          <w:sz w:val="16"/>
          <w:u w:val="none"/>
        </w:rPr>
        <w:t>—</w:t>
      </w:r>
      <w:r>
        <w:rPr>
          <w:b w:val="0"/>
          <w:i w:val="0"/>
          <w:smallCaps w:val="0"/>
          <w:strike w:val="0"/>
          <w:sz w:val="20"/>
          <w:highlight w:val="cyan"/>
          <w:u w:val="single"/>
        </w:rPr>
        <w:t>geopolitical</w:t>
      </w:r>
      <w:r>
        <w:rPr>
          <w:b w:val="0"/>
          <w:i w:val="0"/>
          <w:smallCaps w:val="0"/>
          <w:strike w:val="0"/>
          <w:sz w:val="16"/>
          <w:u w:val="none"/>
        </w:rPr>
        <w:t xml:space="preserve">, </w:t>
      </w:r>
      <w:r>
        <w:rPr>
          <w:b w:val="0"/>
          <w:i w:val="0"/>
          <w:smallCaps w:val="0"/>
          <w:strike w:val="0"/>
          <w:sz w:val="20"/>
          <w:highlight w:val="cyan"/>
          <w:u w:val="single"/>
        </w:rPr>
        <w:t>economic</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existential</w:t>
      </w:r>
      <w:r>
        <w:rPr>
          <w:b w:val="0"/>
          <w:i w:val="0"/>
          <w:smallCaps w:val="0"/>
          <w:strike w:val="0"/>
          <w:sz w:val="16"/>
          <w:u w:val="none"/>
        </w:rPr>
        <w:t>—each reinforcing the other. We have entered a perfect long storm.</w:t>
      </w:r>
    </w:p>
    <w:p>
      <w:pPr>
        <w:spacing w:after="60"/>
      </w:pPr>
      <w:r>
        <w:rPr>
          <w:b w:val="0"/>
          <w:i w:val="0"/>
          <w:smallCaps w:val="0"/>
          <w:strike w:val="0"/>
          <w:sz w:val="20"/>
          <w:u w:val="single"/>
        </w:rPr>
        <w:t>We cannot wish away these insecurities</w:t>
      </w:r>
      <w:r>
        <w:rPr>
          <w:b w:val="0"/>
          <w:i w:val="0"/>
          <w:smallCaps w:val="0"/>
          <w:strike w:val="0"/>
          <w:sz w:val="16"/>
          <w:u w:val="none"/>
        </w:rPr>
        <w:t xml:space="preserve"> or hope that problems that occupy one part of the world will not rebound on others. COVID-19 and its repeated mutations have brought that reality home, at immense human and economic cost everywhere. </w:t>
      </w:r>
      <w:r>
        <w:rPr>
          <w:b w:val="0"/>
          <w:i w:val="0"/>
          <w:smallCaps w:val="0"/>
          <w:strike w:val="0"/>
          <w:sz w:val="20"/>
          <w:highlight w:val="cyan"/>
          <w:u w:val="single"/>
        </w:rPr>
        <w:t>We can only restore optimism by</w:t>
      </w:r>
      <w:r>
        <w:rPr>
          <w:b w:val="0"/>
          <w:i w:val="0"/>
          <w:smallCaps w:val="0"/>
          <w:strike w:val="0"/>
          <w:sz w:val="20"/>
          <w:u w:val="single"/>
        </w:rPr>
        <w:t xml:space="preserve"> recognizing the gravity and collective nature of the threats we face and </w:t>
      </w:r>
      <w:r>
        <w:rPr>
          <w:b/>
          <w:i w:val="0"/>
          <w:smallCaps w:val="0"/>
          <w:strike w:val="0"/>
          <w:sz w:val="20"/>
          <w:highlight w:val="cyan"/>
          <w:u w:val="single"/>
        </w:rPr>
        <w:t>organizing</w:t>
      </w:r>
      <w:r>
        <w:rPr>
          <w:b/>
          <w:i w:val="0"/>
          <w:smallCaps w:val="0"/>
          <w:strike w:val="0"/>
          <w:sz w:val="20"/>
          <w:u w:val="single"/>
        </w:rPr>
        <w:t xml:space="preserve"> ourselves </w:t>
      </w:r>
      <w:r>
        <w:rPr>
          <w:b/>
          <w:i w:val="0"/>
          <w:smallCaps w:val="0"/>
          <w:strike w:val="0"/>
          <w:sz w:val="20"/>
          <w:highlight w:val="cyan"/>
          <w:u w:val="single"/>
        </w:rPr>
        <w:t>more effectively</w:t>
      </w:r>
      <w:r>
        <w:rPr>
          <w:b w:val="0"/>
          <w:i w:val="0"/>
          <w:smallCaps w:val="0"/>
          <w:strike w:val="0"/>
          <w:sz w:val="20"/>
          <w:highlight w:val="cyan"/>
          <w:u w:val="single"/>
        </w:rPr>
        <w:t xml:space="preserve"> to</w:t>
      </w:r>
      <w:r>
        <w:rPr>
          <w:b w:val="0"/>
          <w:i w:val="0"/>
          <w:smallCaps w:val="0"/>
          <w:strike w:val="0"/>
          <w:sz w:val="20"/>
          <w:u w:val="single"/>
        </w:rPr>
        <w:t xml:space="preserve"> </w:t>
      </w:r>
      <w:r>
        <w:rPr>
          <w:b w:val="0"/>
          <w:i w:val="0"/>
          <w:smallCaps w:val="0"/>
          <w:strike w:val="0"/>
          <w:sz w:val="20"/>
          <w:highlight w:val="cyan"/>
          <w:u w:val="single"/>
        </w:rPr>
        <w:t>address them</w:t>
      </w:r>
      <w:r>
        <w:rPr>
          <w:b w:val="0"/>
          <w:i w:val="0"/>
          <w:smallCaps w:val="0"/>
          <w:strike w:val="0"/>
          <w:sz w:val="16"/>
          <w:highlight w:val="cyan"/>
          <w:u w:val="none"/>
        </w:rPr>
        <w:t>.</w:t>
      </w:r>
    </w:p>
    <w:p>
      <w:pPr>
        <w:spacing w:after="60"/>
      </w:pPr>
      <w:r>
        <w:rPr>
          <w:b w:val="0"/>
          <w:i w:val="0"/>
          <w:smallCaps w:val="0"/>
          <w:strike w:val="0"/>
          <w:sz w:val="16"/>
          <w:u w:val="none"/>
        </w:rPr>
        <w:t xml:space="preserve">First, </w:t>
      </w:r>
      <w:r>
        <w:rPr>
          <w:b w:val="0"/>
          <w:i w:val="0"/>
          <w:smallCaps w:val="0"/>
          <w:strike w:val="0"/>
          <w:sz w:val="20"/>
          <w:highlight w:val="cyan"/>
          <w:u w:val="single"/>
        </w:rPr>
        <w:t xml:space="preserve">the risk of </w:t>
      </w:r>
      <w:r>
        <w:rPr>
          <w:b/>
          <w:i w:val="0"/>
          <w:smallCaps w:val="0"/>
          <w:strike w:val="0"/>
          <w:sz w:val="20"/>
          <w:highlight w:val="cyan"/>
          <w:u w:val="single"/>
        </w:rPr>
        <w:t>escalating geopolitical conflict</w:t>
      </w:r>
      <w:r>
        <w:rPr>
          <w:b w:val="0"/>
          <w:i w:val="0"/>
          <w:smallCaps w:val="0"/>
          <w:strike w:val="0"/>
          <w:sz w:val="20"/>
          <w:u w:val="single"/>
        </w:rPr>
        <w:t xml:space="preserve"> is greater than it has been in over three decades</w:t>
      </w:r>
      <w:r>
        <w:rPr>
          <w:b w:val="0"/>
          <w:i w:val="0"/>
          <w:smallCaps w:val="0"/>
          <w:strike w:val="0"/>
          <w:sz w:val="16"/>
          <w:u w:val="none"/>
        </w:rPr>
        <w:t xml:space="preserve">. The system of </w:t>
      </w:r>
      <w:r>
        <w:rPr>
          <w:b w:val="0"/>
          <w:i w:val="0"/>
          <w:smallCaps w:val="0"/>
          <w:strike w:val="0"/>
          <w:sz w:val="20"/>
          <w:u w:val="single"/>
        </w:rPr>
        <w:t xml:space="preserve">global rules and norms aimed at preserving peace and the territorial integrity of </w:t>
      </w:r>
      <w:r>
        <w:rPr>
          <w:b w:val="0"/>
          <w:i w:val="0"/>
          <w:smallCaps w:val="0"/>
          <w:strike w:val="0"/>
          <w:sz w:val="16"/>
          <w:u w:val="none"/>
        </w:rPr>
        <w:t xml:space="preserve">nation </w:t>
      </w:r>
      <w:r>
        <w:rPr>
          <w:b w:val="0"/>
          <w:i w:val="0"/>
          <w:smallCaps w:val="0"/>
          <w:strike w:val="0"/>
          <w:sz w:val="20"/>
          <w:u w:val="single"/>
        </w:rPr>
        <w:t>states was always fragile</w:t>
      </w:r>
      <w:r>
        <w:rPr>
          <w:b w:val="0"/>
          <w:i w:val="0"/>
          <w:smallCaps w:val="0"/>
          <w:strike w:val="0"/>
          <w:sz w:val="16"/>
          <w:u w:val="none"/>
        </w:rPr>
        <w:t xml:space="preserve">. </w:t>
      </w:r>
      <w:r>
        <w:rPr>
          <w:b w:val="0"/>
          <w:i w:val="0"/>
          <w:smallCaps w:val="0"/>
          <w:strike w:val="0"/>
          <w:sz w:val="20"/>
          <w:u w:val="single"/>
        </w:rPr>
        <w:t>But</w:t>
      </w:r>
      <w:r>
        <w:rPr>
          <w:b w:val="0"/>
          <w:i w:val="0"/>
          <w:smallCaps w:val="0"/>
          <w:strike w:val="0"/>
          <w:sz w:val="16"/>
          <w:u w:val="none"/>
        </w:rPr>
        <w:t xml:space="preserve"> the unprovoked invasion of </w:t>
      </w:r>
      <w:r>
        <w:rPr>
          <w:b w:val="0"/>
          <w:i w:val="0"/>
          <w:smallCaps w:val="0"/>
          <w:strike w:val="0"/>
          <w:sz w:val="20"/>
          <w:u w:val="single"/>
        </w:rPr>
        <w:t>Ukraine</w:t>
      </w:r>
      <w:r>
        <w:rPr>
          <w:b w:val="0"/>
          <w:i w:val="0"/>
          <w:smallCaps w:val="0"/>
          <w:strike w:val="0"/>
          <w:sz w:val="16"/>
          <w:u w:val="none"/>
        </w:rPr>
        <w:t xml:space="preserve"> </w:t>
      </w:r>
      <w:r>
        <w:rPr>
          <w:b w:val="0"/>
          <w:i w:val="0"/>
          <w:smallCaps w:val="0"/>
          <w:strike w:val="0"/>
          <w:sz w:val="20"/>
          <w:u w:val="single"/>
        </w:rPr>
        <w:t>is not just another rupture in the system</w:t>
      </w:r>
      <w:r>
        <w:rPr>
          <w:b w:val="0"/>
          <w:i w:val="0"/>
          <w:smallCaps w:val="0"/>
          <w:strike w:val="0"/>
          <w:sz w:val="16"/>
          <w:u w:val="none"/>
        </w:rPr>
        <w:t xml:space="preserve">. Its </w:t>
      </w:r>
      <w:r>
        <w:rPr>
          <w:b w:val="0"/>
          <w:i w:val="0"/>
          <w:smallCaps w:val="0"/>
          <w:strike w:val="0"/>
          <w:sz w:val="20"/>
          <w:u w:val="single"/>
        </w:rPr>
        <w:t>ramifications go beyond any other</w:t>
      </w:r>
      <w:r>
        <w:rPr>
          <w:b w:val="0"/>
          <w:i w:val="0"/>
          <w:smallCaps w:val="0"/>
          <w:strike w:val="0"/>
          <w:sz w:val="16"/>
          <w:u w:val="none"/>
        </w:rPr>
        <w:t xml:space="preserve">, </w:t>
      </w:r>
      <w:r>
        <w:rPr>
          <w:b w:val="0"/>
          <w:i w:val="0"/>
          <w:smallCaps w:val="0"/>
          <w:strike w:val="0"/>
          <w:sz w:val="20"/>
          <w:u w:val="single"/>
        </w:rPr>
        <w:t xml:space="preserve">and in ways that </w:t>
      </w:r>
      <w:r>
        <w:rPr>
          <w:b w:val="0"/>
          <w:i w:val="0"/>
          <w:smallCaps w:val="0"/>
          <w:strike w:val="0"/>
          <w:sz w:val="20"/>
          <w:highlight w:val="cyan"/>
          <w:u w:val="single"/>
        </w:rPr>
        <w:t xml:space="preserve">could be </w:t>
      </w:r>
      <w:r>
        <w:rPr>
          <w:b/>
          <w:i w:val="0"/>
          <w:smallCaps w:val="0"/>
          <w:strike w:val="0"/>
          <w:sz w:val="20"/>
          <w:highlight w:val="cyan"/>
          <w:u w:val="single"/>
        </w:rPr>
        <w:t>catastrophic</w:t>
      </w:r>
      <w:r>
        <w:rPr>
          <w:b w:val="0"/>
          <w:i w:val="0"/>
          <w:smallCaps w:val="0"/>
          <w:strike w:val="0"/>
          <w:sz w:val="16"/>
          <w:u w:val="none"/>
        </w:rPr>
        <w:t>.</w:t>
      </w:r>
    </w:p>
    <w:p>
      <w:pPr>
        <w:spacing w:after="60"/>
      </w:pPr>
      <w:r>
        <w:rPr>
          <w:b w:val="0"/>
          <w:i w:val="0"/>
          <w:smallCaps w:val="0"/>
          <w:strike w:val="0"/>
          <w:sz w:val="16"/>
          <w:u w:val="none"/>
        </w:rPr>
        <w:t xml:space="preserve">Second, </w:t>
      </w:r>
      <w:r>
        <w:rPr>
          <w:b w:val="0"/>
          <w:i w:val="0"/>
          <w:smallCaps w:val="0"/>
          <w:strike w:val="0"/>
          <w:sz w:val="20"/>
          <w:highlight w:val="cyan"/>
          <w:u w:val="single"/>
        </w:rPr>
        <w:t>we face</w:t>
      </w:r>
      <w:r>
        <w:rPr>
          <w:b w:val="0"/>
          <w:i w:val="0"/>
          <w:smallCaps w:val="0"/>
          <w:strike w:val="0"/>
          <w:sz w:val="20"/>
          <w:u w:val="single"/>
        </w:rPr>
        <w:t xml:space="preserve"> the prospect of </w:t>
      </w:r>
      <w:r>
        <w:rPr>
          <w:b w:val="0"/>
          <w:i w:val="0"/>
          <w:smallCaps w:val="0"/>
          <w:strike w:val="0"/>
          <w:sz w:val="20"/>
          <w:highlight w:val="cyan"/>
          <w:u w:val="single"/>
        </w:rPr>
        <w:t>stagflation</w:t>
      </w:r>
      <w:r>
        <w:rPr>
          <w:b w:val="0"/>
          <w:i w:val="0"/>
          <w:smallCaps w:val="0"/>
          <w:strike w:val="0"/>
          <w:sz w:val="16"/>
          <w:u w:val="none"/>
        </w:rPr>
        <w:t xml:space="preserve">, </w:t>
      </w:r>
      <w:r>
        <w:rPr>
          <w:b w:val="0"/>
          <w:i w:val="0"/>
          <w:smallCaps w:val="0"/>
          <w:strike w:val="0"/>
          <w:sz w:val="20"/>
          <w:u w:val="single"/>
        </w:rPr>
        <w:t>with higher inflation and stalled growth for a period of time</w:t>
      </w:r>
      <w:r>
        <w:rPr>
          <w:b w:val="0"/>
          <w:i w:val="0"/>
          <w:smallCaps w:val="0"/>
          <w:strike w:val="0"/>
          <w:sz w:val="16"/>
          <w:u w:val="none"/>
        </w:rPr>
        <w:t xml:space="preserve">. What was seen by many as an improbable “tail risk” a year ago is now a likely scenario. Advanced economies’ central banks have a more complex task than any time in living memory, and their chances of taming inflation while achieving a soft landing in economic growth are getting slimmer. </w:t>
      </w:r>
      <w:r>
        <w:rPr>
          <w:b w:val="0"/>
          <w:i w:val="0"/>
          <w:smallCaps w:val="0"/>
          <w:strike w:val="0"/>
          <w:sz w:val="20"/>
          <w:u w:val="single"/>
        </w:rPr>
        <w:t xml:space="preserve">The task is made more difficult by the war in Ukraine and the disruptions it has brought to </w:t>
      </w:r>
      <w:r>
        <w:rPr>
          <w:b/>
          <w:i w:val="0"/>
          <w:smallCaps w:val="0"/>
          <w:strike w:val="0"/>
          <w:sz w:val="20"/>
          <w:u w:val="single"/>
        </w:rPr>
        <w:t>energy</w:t>
      </w:r>
      <w:r>
        <w:rPr>
          <w:b w:val="0"/>
          <w:i w:val="0"/>
          <w:smallCaps w:val="0"/>
          <w:strike w:val="0"/>
          <w:sz w:val="16"/>
          <w:u w:val="none"/>
        </w:rPr>
        <w:t xml:space="preserve">, </w:t>
      </w:r>
      <w:r>
        <w:rPr>
          <w:b/>
          <w:i w:val="0"/>
          <w:smallCaps w:val="0"/>
          <w:strike w:val="0"/>
          <w:sz w:val="20"/>
          <w:u w:val="single"/>
        </w:rPr>
        <w:t>food</w:t>
      </w:r>
      <w:r>
        <w:rPr>
          <w:b w:val="0"/>
          <w:i w:val="0"/>
          <w:smallCaps w:val="0"/>
          <w:strike w:val="0"/>
          <w:sz w:val="16"/>
          <w:u w:val="none"/>
        </w:rPr>
        <w:t xml:space="preserve">, </w:t>
      </w:r>
      <w:r>
        <w:rPr>
          <w:b w:val="0"/>
          <w:i w:val="0"/>
          <w:smallCaps w:val="0"/>
          <w:strike w:val="0"/>
          <w:sz w:val="20"/>
          <w:u w:val="single"/>
        </w:rPr>
        <w:t xml:space="preserve">and other </w:t>
      </w:r>
      <w:r>
        <w:rPr>
          <w:b/>
          <w:i w:val="0"/>
          <w:smallCaps w:val="0"/>
          <w:strike w:val="0"/>
          <w:sz w:val="20"/>
          <w:u w:val="single"/>
        </w:rPr>
        <w:t>critical commodity markets</w:t>
      </w:r>
      <w:r>
        <w:rPr>
          <w:b w:val="0"/>
          <w:i w:val="0"/>
          <w:smallCaps w:val="0"/>
          <w:strike w:val="0"/>
          <w:sz w:val="16"/>
          <w:u w:val="none"/>
        </w:rPr>
        <w:t>.</w:t>
      </w:r>
    </w:p>
    <w:p>
      <w:pPr>
        <w:spacing w:after="60"/>
      </w:pPr>
      <w:r>
        <w:rPr>
          <w:b w:val="0"/>
          <w:i w:val="0"/>
          <w:smallCaps w:val="0"/>
          <w:strike w:val="0"/>
          <w:sz w:val="16"/>
          <w:u w:val="none"/>
        </w:rPr>
        <w:t xml:space="preserve">When the history of the decade is written, </w:t>
      </w:r>
      <w:r>
        <w:rPr>
          <w:b w:val="0"/>
          <w:i w:val="0"/>
          <w:smallCaps w:val="0"/>
          <w:strike w:val="0"/>
          <w:sz w:val="20"/>
          <w:highlight w:val="cyan"/>
          <w:u w:val="single"/>
        </w:rPr>
        <w:t>inflation</w:t>
      </w:r>
      <w:r>
        <w:rPr>
          <w:b w:val="0"/>
          <w:i w:val="0"/>
          <w:smallCaps w:val="0"/>
          <w:strike w:val="0"/>
          <w:sz w:val="16"/>
          <w:u w:val="none"/>
        </w:rPr>
        <w:t xml:space="preserve"> in the advanced economies </w:t>
      </w:r>
      <w:r>
        <w:rPr>
          <w:b w:val="0"/>
          <w:i w:val="0"/>
          <w:smallCaps w:val="0"/>
          <w:strike w:val="0"/>
          <w:sz w:val="20"/>
          <w:u w:val="single"/>
        </w:rPr>
        <w:t xml:space="preserve">is unlikely to be </w:t>
      </w:r>
      <w:r>
        <w:rPr>
          <w:b w:val="0"/>
          <w:i w:val="0"/>
          <w:smallCaps w:val="0"/>
          <w:strike w:val="0"/>
          <w:sz w:val="20"/>
          <w:highlight w:val="cyan"/>
          <w:u w:val="single"/>
        </w:rPr>
        <w:t>viewed as its most serious</w:t>
      </w:r>
      <w:r>
        <w:rPr>
          <w:b w:val="0"/>
          <w:i w:val="0"/>
          <w:smallCaps w:val="0"/>
          <w:strike w:val="0"/>
          <w:sz w:val="20"/>
          <w:u w:val="single"/>
        </w:rPr>
        <w:t xml:space="preserve"> </w:t>
      </w:r>
      <w:r>
        <w:rPr>
          <w:b w:val="0"/>
          <w:i w:val="0"/>
          <w:smallCaps w:val="0"/>
          <w:strike w:val="0"/>
          <w:sz w:val="20"/>
          <w:highlight w:val="cyan"/>
          <w:u w:val="single"/>
        </w:rPr>
        <w:t>problem</w:t>
      </w:r>
      <w:r>
        <w:rPr>
          <w:b w:val="0"/>
          <w:i w:val="0"/>
          <w:smallCaps w:val="0"/>
          <w:strike w:val="0"/>
          <w:sz w:val="16"/>
          <w:u w:val="none"/>
        </w:rPr>
        <w:t xml:space="preserve">—certainly not compared with the implications of distress in the developing world or a weakened international order. </w:t>
      </w:r>
      <w:r>
        <w:rPr>
          <w:b w:val="0"/>
          <w:i w:val="0"/>
          <w:smallCaps w:val="0"/>
          <w:strike w:val="0"/>
          <w:sz w:val="20"/>
          <w:u w:val="single"/>
        </w:rPr>
        <w:t xml:space="preserve">But prolonged high inflation </w:t>
      </w:r>
      <w:r>
        <w:rPr>
          <w:b w:val="0"/>
          <w:i w:val="0"/>
          <w:smallCaps w:val="0"/>
          <w:strike w:val="0"/>
          <w:sz w:val="20"/>
          <w:highlight w:val="cyan"/>
          <w:u w:val="single"/>
        </w:rPr>
        <w:t>will seriously erode</w:t>
      </w:r>
      <w:r>
        <w:rPr>
          <w:b w:val="0"/>
          <w:i w:val="0"/>
          <w:smallCaps w:val="0"/>
          <w:strike w:val="0"/>
          <w:sz w:val="20"/>
          <w:u w:val="single"/>
        </w:rPr>
        <w:t xml:space="preserve"> the </w:t>
      </w:r>
      <w:r>
        <w:rPr>
          <w:b w:val="0"/>
          <w:i w:val="0"/>
          <w:smallCaps w:val="0"/>
          <w:strike w:val="0"/>
          <w:sz w:val="20"/>
          <w:highlight w:val="cyan"/>
          <w:u w:val="single"/>
        </w:rPr>
        <w:t>p</w:t>
      </w:r>
      <w:r>
        <w:rPr>
          <w:b w:val="0"/>
          <w:i w:val="0"/>
          <w:smallCaps w:val="0"/>
          <w:strike w:val="0"/>
          <w:sz w:val="20"/>
          <w:u w:val="single"/>
        </w:rPr>
        <w:t>olitical</w:t>
      </w:r>
      <w:r>
        <w:rPr>
          <w:b w:val="0"/>
          <w:i w:val="0"/>
          <w:smallCaps w:val="0"/>
          <w:strike w:val="0"/>
          <w:sz w:val="20"/>
          <w:highlight w:val="cyan"/>
          <w:u w:val="single"/>
        </w:rPr>
        <w:t xml:space="preserve"> c</w:t>
      </w:r>
      <w:r>
        <w:rPr>
          <w:b w:val="0"/>
          <w:i w:val="0"/>
          <w:smallCaps w:val="0"/>
          <w:strike w:val="0"/>
          <w:sz w:val="20"/>
          <w:u w:val="single"/>
        </w:rPr>
        <w:t>apital</w:t>
      </w:r>
      <w:r>
        <w:rPr>
          <w:b w:val="0"/>
          <w:i w:val="0"/>
          <w:smallCaps w:val="0"/>
          <w:strike w:val="0"/>
          <w:sz w:val="20"/>
          <w:u w:val="single"/>
        </w:rPr>
        <w:t xml:space="preserve"> </w:t>
      </w:r>
      <w:r>
        <w:rPr>
          <w:b w:val="0"/>
          <w:i w:val="0"/>
          <w:smallCaps w:val="0"/>
          <w:strike w:val="0"/>
          <w:sz w:val="20"/>
          <w:highlight w:val="cyan"/>
          <w:u w:val="single"/>
        </w:rPr>
        <w:t xml:space="preserve">needed for nations to respond to </w:t>
      </w:r>
      <w:r>
        <w:rPr>
          <w:b w:val="0"/>
          <w:i w:val="0"/>
          <w:smallCaps w:val="0"/>
          <w:strike w:val="0"/>
          <w:sz w:val="20"/>
          <w:u w:val="single"/>
        </w:rPr>
        <w:t>our larger</w:t>
      </w:r>
      <w:r>
        <w:rPr>
          <w:b w:val="0"/>
          <w:i w:val="0"/>
          <w:smallCaps w:val="0"/>
          <w:strike w:val="0"/>
          <w:sz w:val="20"/>
          <w:u w:val="single"/>
        </w:rPr>
        <w:t xml:space="preserve"> </w:t>
      </w:r>
      <w:r>
        <w:rPr>
          <w:b w:val="0"/>
          <w:i w:val="0"/>
          <w:smallCaps w:val="0"/>
          <w:strike w:val="0"/>
          <w:sz w:val="20"/>
          <w:highlight w:val="cyan"/>
          <w:u w:val="single"/>
        </w:rPr>
        <w:t>challenges</w:t>
      </w:r>
      <w:r>
        <w:rPr>
          <w:b w:val="0"/>
          <w:i w:val="0"/>
          <w:smallCaps w:val="0"/>
          <w:strike w:val="0"/>
          <w:sz w:val="16"/>
          <w:u w:val="none"/>
        </w:rPr>
        <w:t xml:space="preserve">, </w:t>
      </w:r>
      <w:r>
        <w:rPr>
          <w:b w:val="0"/>
          <w:i w:val="0"/>
          <w:smallCaps w:val="0"/>
          <w:strike w:val="0"/>
          <w:sz w:val="20"/>
          <w:highlight w:val="cyan"/>
          <w:u w:val="single"/>
        </w:rPr>
        <w:t>domestically and globally</w:t>
      </w:r>
      <w:r>
        <w:rPr>
          <w:b w:val="0"/>
          <w:i w:val="0"/>
          <w:smallCaps w:val="0"/>
          <w:strike w:val="0"/>
          <w:sz w:val="16"/>
          <w:u w:val="none"/>
        </w:rPr>
        <w:t xml:space="preserve">, </w:t>
      </w:r>
      <w:r>
        <w:rPr>
          <w:b w:val="0"/>
          <w:i w:val="0"/>
          <w:smallCaps w:val="0"/>
          <w:strike w:val="0"/>
          <w:sz w:val="20"/>
          <w:highlight w:val="cyan"/>
          <w:u w:val="single"/>
        </w:rPr>
        <w:t>including</w:t>
      </w:r>
      <w:r>
        <w:rPr>
          <w:b w:val="0"/>
          <w:i w:val="0"/>
          <w:smallCaps w:val="0"/>
          <w:strike w:val="0"/>
          <w:sz w:val="20"/>
          <w:u w:val="single"/>
        </w:rPr>
        <w:t xml:space="preserve"> </w:t>
      </w:r>
      <w:r>
        <w:rPr>
          <w:b/>
          <w:i w:val="0"/>
          <w:smallCaps w:val="0"/>
          <w:strike w:val="0"/>
          <w:sz w:val="20"/>
          <w:u w:val="single"/>
        </w:rPr>
        <w:t xml:space="preserve">the </w:t>
      </w:r>
      <w:r>
        <w:rPr>
          <w:b/>
          <w:i w:val="0"/>
          <w:smallCaps w:val="0"/>
          <w:strike w:val="0"/>
          <w:sz w:val="20"/>
          <w:highlight w:val="cyan"/>
          <w:u w:val="single"/>
        </w:rPr>
        <w:t>climate</w:t>
      </w:r>
      <w:r>
        <w:rPr>
          <w:b/>
          <w:i w:val="0"/>
          <w:smallCaps w:val="0"/>
          <w:strike w:val="0"/>
          <w:sz w:val="20"/>
          <w:u w:val="single"/>
        </w:rPr>
        <w:t xml:space="preserve"> crisis</w:t>
      </w:r>
      <w:r>
        <w:rPr>
          <w:b w:val="0"/>
          <w:i w:val="0"/>
          <w:smallCaps w:val="0"/>
          <w:strike w:val="0"/>
          <w:sz w:val="16"/>
          <w:u w:val="none"/>
        </w:rPr>
        <w:t xml:space="preserve">. It can set the world back in ways that economic models cannot predict. Notably, </w:t>
      </w:r>
      <w:r>
        <w:rPr>
          <w:b w:val="0"/>
          <w:i w:val="0"/>
          <w:smallCaps w:val="0"/>
          <w:strike w:val="0"/>
          <w:sz w:val="20"/>
          <w:u w:val="single"/>
        </w:rPr>
        <w:t>an escalating cost of living will demoralize populations</w:t>
      </w:r>
      <w:r>
        <w:rPr>
          <w:b w:val="0"/>
          <w:i w:val="0"/>
          <w:smallCaps w:val="0"/>
          <w:strike w:val="0"/>
          <w:sz w:val="16"/>
          <w:u w:val="none"/>
        </w:rPr>
        <w:t xml:space="preserve"> that are now much older than they were in the 1970s, </w:t>
      </w:r>
      <w:r>
        <w:rPr>
          <w:b w:val="0"/>
          <w:i w:val="0"/>
          <w:smallCaps w:val="0"/>
          <w:strike w:val="0"/>
          <w:sz w:val="20"/>
          <w:u w:val="single"/>
        </w:rPr>
        <w:t xml:space="preserve">when the advanced economies saw their </w:t>
      </w:r>
      <w:r>
        <w:rPr>
          <w:b/>
          <w:i w:val="0"/>
          <w:smallCaps w:val="0"/>
          <w:strike w:val="0"/>
          <w:sz w:val="20"/>
          <w:u w:val="single"/>
        </w:rPr>
        <w:t>last episode of high inflation</w:t>
      </w:r>
      <w:r>
        <w:rPr>
          <w:b w:val="0"/>
          <w:i w:val="0"/>
          <w:smallCaps w:val="0"/>
          <w:strike w:val="0"/>
          <w:sz w:val="16"/>
          <w:u w:val="none"/>
        </w:rPr>
        <w:t>.</w:t>
      </w:r>
    </w:p>
    <w:p>
      <w:pPr>
        <w:spacing w:after="60"/>
      </w:pPr>
      <w:r>
        <w:rPr>
          <w:b w:val="0"/>
          <w:i w:val="0"/>
          <w:smallCaps w:val="0"/>
          <w:strike w:val="0"/>
          <w:sz w:val="16"/>
          <w:u w:val="none"/>
        </w:rPr>
        <w:t>Flying Blind</w:t>
      </w:r>
    </w:p>
    <w:p>
      <w:pPr>
        <w:spacing w:after="60"/>
      </w:pPr>
      <w:r>
        <w:rPr>
          <w:b w:val="0"/>
          <w:i w:val="0"/>
          <w:smallCaps w:val="0"/>
          <w:strike w:val="0"/>
          <w:sz w:val="16"/>
          <w:u w:val="none"/>
        </w:rPr>
        <w:t xml:space="preserve">Third, </w:t>
      </w:r>
      <w:r>
        <w:rPr>
          <w:b w:val="0"/>
          <w:i w:val="0"/>
          <w:smallCaps w:val="0"/>
          <w:strike w:val="0"/>
          <w:sz w:val="20"/>
          <w:highlight w:val="cyan"/>
          <w:u w:val="single"/>
        </w:rPr>
        <w:t>the existential commons are</w:t>
      </w:r>
      <w:r>
        <w:rPr>
          <w:b w:val="0"/>
          <w:i w:val="0"/>
          <w:smallCaps w:val="0"/>
          <w:strike w:val="0"/>
          <w:sz w:val="20"/>
          <w:u w:val="single"/>
        </w:rPr>
        <w:t xml:space="preserve"> </w:t>
      </w:r>
      <w:r>
        <w:rPr>
          <w:b w:val="0"/>
          <w:i w:val="0"/>
          <w:smallCaps w:val="0"/>
          <w:strike w:val="0"/>
          <w:sz w:val="20"/>
          <w:highlight w:val="cyan"/>
          <w:u w:val="single"/>
        </w:rPr>
        <w:t>deteriorating</w:t>
      </w:r>
      <w:r>
        <w:rPr>
          <w:b w:val="0"/>
          <w:i w:val="0"/>
          <w:smallCaps w:val="0"/>
          <w:strike w:val="0"/>
          <w:sz w:val="20"/>
          <w:u w:val="single"/>
        </w:rPr>
        <w:t xml:space="preserve"> at an </w:t>
      </w:r>
      <w:r>
        <w:rPr>
          <w:b/>
          <w:i w:val="0"/>
          <w:smallCaps w:val="0"/>
          <w:strike w:val="0"/>
          <w:sz w:val="20"/>
          <w:u w:val="single"/>
        </w:rPr>
        <w:t>accelerating pace</w:t>
      </w:r>
      <w:r>
        <w:rPr>
          <w:b w:val="0"/>
          <w:i w:val="0"/>
          <w:smallCaps w:val="0"/>
          <w:strike w:val="0"/>
          <w:sz w:val="16"/>
          <w:u w:val="none"/>
        </w:rPr>
        <w:t xml:space="preserve">. </w:t>
      </w:r>
      <w:r>
        <w:rPr>
          <w:b w:val="0"/>
          <w:i w:val="0"/>
          <w:smallCaps w:val="0"/>
          <w:strike w:val="0"/>
          <w:sz w:val="20"/>
          <w:u w:val="single"/>
        </w:rPr>
        <w:t>Climate change</w:t>
      </w:r>
      <w:r>
        <w:rPr>
          <w:b w:val="0"/>
          <w:i w:val="0"/>
          <w:smallCaps w:val="0"/>
          <w:strike w:val="0"/>
          <w:sz w:val="16"/>
          <w:u w:val="none"/>
        </w:rPr>
        <w:t xml:space="preserve">, </w:t>
      </w:r>
      <w:r>
        <w:rPr>
          <w:b w:val="0"/>
          <w:i w:val="0"/>
          <w:smallCaps w:val="0"/>
          <w:strike w:val="0"/>
          <w:sz w:val="20"/>
          <w:u w:val="single"/>
        </w:rPr>
        <w:t>shrinking biodiversity</w:t>
      </w:r>
      <w:r>
        <w:rPr>
          <w:b w:val="0"/>
          <w:i w:val="0"/>
          <w:smallCaps w:val="0"/>
          <w:strike w:val="0"/>
          <w:sz w:val="16"/>
          <w:u w:val="none"/>
        </w:rPr>
        <w:t xml:space="preserve">, </w:t>
      </w:r>
      <w:r>
        <w:rPr>
          <w:b w:val="0"/>
          <w:i w:val="0"/>
          <w:smallCaps w:val="0"/>
          <w:strike w:val="0"/>
          <w:sz w:val="20"/>
          <w:u w:val="single"/>
        </w:rPr>
        <w:t>water scarcity</w:t>
      </w:r>
      <w:r>
        <w:rPr>
          <w:b w:val="0"/>
          <w:i w:val="0"/>
          <w:smallCaps w:val="0"/>
          <w:strike w:val="0"/>
          <w:sz w:val="16"/>
          <w:u w:val="none"/>
        </w:rPr>
        <w:t xml:space="preserve">, </w:t>
      </w:r>
      <w:r>
        <w:rPr>
          <w:b w:val="0"/>
          <w:i w:val="0"/>
          <w:smallCaps w:val="0"/>
          <w:strike w:val="0"/>
          <w:sz w:val="20"/>
          <w:u w:val="single"/>
        </w:rPr>
        <w:t>polluted oceans</w:t>
      </w:r>
      <w:r>
        <w:rPr>
          <w:b w:val="0"/>
          <w:i w:val="0"/>
          <w:smallCaps w:val="0"/>
          <w:strike w:val="0"/>
          <w:sz w:val="16"/>
          <w:u w:val="none"/>
        </w:rPr>
        <w:t xml:space="preserve">, a </w:t>
      </w:r>
      <w:r>
        <w:rPr>
          <w:b w:val="0"/>
          <w:i w:val="0"/>
          <w:smallCaps w:val="0"/>
          <w:strike w:val="0"/>
          <w:sz w:val="20"/>
          <w:u w:val="single"/>
        </w:rPr>
        <w:t>dangerously congested outer space</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the spread of </w:t>
      </w:r>
      <w:r>
        <w:rPr>
          <w:b w:val="0"/>
          <w:i w:val="0"/>
          <w:smallCaps w:val="0"/>
          <w:strike w:val="0"/>
          <w:sz w:val="20"/>
          <w:u w:val="single"/>
        </w:rPr>
        <w:t>infectious diseases will pose growing threats to life and livelihoods</w:t>
      </w:r>
      <w:r>
        <w:rPr>
          <w:b w:val="0"/>
          <w:i w:val="0"/>
          <w:smallCaps w:val="0"/>
          <w:strike w:val="0"/>
          <w:sz w:val="16"/>
          <w:u w:val="none"/>
        </w:rPr>
        <w:t xml:space="preserve"> everywhere. We must address these threats in parallel because the science is clear on how they interact. G</w:t>
      </w:r>
      <w:r>
        <w:rPr>
          <w:b w:val="0"/>
          <w:i w:val="0"/>
          <w:smallCaps w:val="0"/>
          <w:strike w:val="0"/>
          <w:sz w:val="20"/>
          <w:u w:val="single"/>
        </w:rPr>
        <w:t>lobal warming and a degraded biosphere are leading to major shifts in animal life</w:t>
      </w:r>
      <w:r>
        <w:rPr>
          <w:b w:val="0"/>
          <w:i w:val="0"/>
          <w:smallCaps w:val="0"/>
          <w:strike w:val="0"/>
          <w:sz w:val="16"/>
          <w:u w:val="none"/>
        </w:rPr>
        <w:t xml:space="preserve">, </w:t>
      </w:r>
      <w:r>
        <w:rPr>
          <w:b w:val="0"/>
          <w:i w:val="0"/>
          <w:smallCaps w:val="0"/>
          <w:strike w:val="0"/>
          <w:sz w:val="20"/>
          <w:u w:val="single"/>
        </w:rPr>
        <w:t>with countless new</w:t>
      </w:r>
      <w:r>
        <w:rPr>
          <w:b w:val="0"/>
          <w:i w:val="0"/>
          <w:smallCaps w:val="0"/>
          <w:strike w:val="0"/>
          <w:sz w:val="16"/>
          <w:u w:val="none"/>
        </w:rPr>
        <w:t xml:space="preserve"> and re-emergent </w:t>
      </w:r>
      <w:r>
        <w:rPr>
          <w:b w:val="0"/>
          <w:i w:val="0"/>
          <w:smallCaps w:val="0"/>
          <w:strike w:val="0"/>
          <w:sz w:val="20"/>
          <w:u w:val="single"/>
        </w:rPr>
        <w:t>pathogens</w:t>
      </w:r>
      <w:r>
        <w:rPr>
          <w:b w:val="0"/>
          <w:i w:val="0"/>
          <w:smallCaps w:val="0"/>
          <w:strike w:val="0"/>
          <w:sz w:val="16"/>
          <w:u w:val="none"/>
        </w:rPr>
        <w:t xml:space="preserve"> </w:t>
      </w:r>
      <w:r>
        <w:rPr>
          <w:b w:val="0"/>
          <w:i w:val="0"/>
          <w:smallCaps w:val="0"/>
          <w:strike w:val="0"/>
          <w:sz w:val="20"/>
          <w:u w:val="single"/>
        </w:rPr>
        <w:t>hopping between species and into human communities</w:t>
      </w:r>
      <w:r>
        <w:rPr>
          <w:b w:val="0"/>
          <w:i w:val="0"/>
          <w:smallCaps w:val="0"/>
          <w:strike w:val="0"/>
          <w:sz w:val="16"/>
          <w:u w:val="none"/>
        </w:rPr>
        <w:t xml:space="preserve">. Recurring pandemics are already baked into the system. Yet two years into COVID-19, </w:t>
      </w:r>
      <w:r>
        <w:rPr>
          <w:b w:val="0"/>
          <w:i w:val="0"/>
          <w:smallCaps w:val="0"/>
          <w:strike w:val="0"/>
          <w:sz w:val="20"/>
          <w:u w:val="single"/>
        </w:rPr>
        <w:t>the world is still flying blind into the next pandemic</w:t>
      </w:r>
      <w:r>
        <w:rPr>
          <w:b w:val="0"/>
          <w:i w:val="0"/>
          <w:smallCaps w:val="0"/>
          <w:strike w:val="0"/>
          <w:sz w:val="16"/>
          <w:u w:val="none"/>
        </w:rPr>
        <w:t xml:space="preserve">. Scientists warn that </w:t>
      </w:r>
      <w:r>
        <w:rPr>
          <w:b w:val="0"/>
          <w:i w:val="0"/>
          <w:smallCaps w:val="0"/>
          <w:strike w:val="0"/>
          <w:sz w:val="20"/>
          <w:highlight w:val="cyan"/>
          <w:u w:val="single"/>
        </w:rPr>
        <w:t xml:space="preserve">it could come at any time </w:t>
      </w:r>
      <w:r>
        <w:rPr>
          <w:b w:val="0"/>
          <w:i w:val="0"/>
          <w:smallCaps w:val="0"/>
          <w:strike w:val="0"/>
          <w:sz w:val="20"/>
          <w:u w:val="single"/>
        </w:rPr>
        <w:t xml:space="preserve">and </w:t>
      </w:r>
      <w:r>
        <w:rPr>
          <w:b w:val="0"/>
          <w:i w:val="0"/>
          <w:smallCaps w:val="0"/>
          <w:strike w:val="0"/>
          <w:sz w:val="20"/>
          <w:highlight w:val="cyan"/>
          <w:u w:val="single"/>
        </w:rPr>
        <w:t xml:space="preserve">be </w:t>
      </w:r>
      <w:r>
        <w:rPr>
          <w:b/>
          <w:i w:val="0"/>
          <w:smallCaps w:val="0"/>
          <w:strike w:val="0"/>
          <w:sz w:val="20"/>
          <w:highlight w:val="cyan"/>
          <w:u w:val="single"/>
        </w:rPr>
        <w:t>even more lethal</w:t>
      </w:r>
      <w:r>
        <w:rPr>
          <w:b w:val="0"/>
          <w:i w:val="0"/>
          <w:smallCaps w:val="0"/>
          <w:strike w:val="0"/>
          <w:sz w:val="16"/>
          <w:u w:val="none"/>
        </w:rPr>
        <w:t>.</w:t>
      </w:r>
    </w:p>
    <w:p>
      <w:pPr>
        <w:spacing w:after="60"/>
      </w:pPr>
      <w:r>
        <w:rPr>
          <w:b w:val="0"/>
          <w:i w:val="0"/>
          <w:smallCaps w:val="0"/>
          <w:strike w:val="0"/>
          <w:sz w:val="20"/>
          <w:u w:val="single"/>
        </w:rPr>
        <w:t>The</w:t>
      </w:r>
      <w:r>
        <w:rPr>
          <w:b w:val="0"/>
          <w:i w:val="0"/>
          <w:smallCaps w:val="0"/>
          <w:strike w:val="0"/>
          <w:sz w:val="16"/>
          <w:u w:val="none"/>
        </w:rPr>
        <w:t xml:space="preserve"> unpalatable short-term </w:t>
      </w:r>
      <w:r>
        <w:rPr>
          <w:b w:val="0"/>
          <w:i w:val="0"/>
          <w:smallCaps w:val="0"/>
          <w:strike w:val="0"/>
          <w:sz w:val="20"/>
          <w:u w:val="single"/>
        </w:rPr>
        <w:t>reality is that the world will have to rely more on fossil fuels</w:t>
      </w:r>
      <w:r>
        <w:rPr>
          <w:b w:val="0"/>
          <w:i w:val="0"/>
          <w:smallCaps w:val="0"/>
          <w:strike w:val="0"/>
          <w:sz w:val="16"/>
          <w:u w:val="none"/>
        </w:rPr>
        <w:t xml:space="preserve">, </w:t>
      </w:r>
      <w:r>
        <w:rPr>
          <w:b w:val="0"/>
          <w:i w:val="0"/>
          <w:smallCaps w:val="0"/>
          <w:strike w:val="0"/>
          <w:sz w:val="20"/>
          <w:u w:val="single"/>
        </w:rPr>
        <w:t>including</w:t>
      </w:r>
      <w:r>
        <w:rPr>
          <w:b w:val="0"/>
          <w:i w:val="0"/>
          <w:smallCaps w:val="0"/>
          <w:strike w:val="0"/>
          <w:sz w:val="16"/>
          <w:u w:val="none"/>
        </w:rPr>
        <w:t xml:space="preserve"> even </w:t>
      </w:r>
      <w:r>
        <w:rPr>
          <w:b w:val="0"/>
          <w:i w:val="0"/>
          <w:smallCaps w:val="0"/>
          <w:strike w:val="0"/>
          <w:sz w:val="20"/>
          <w:u w:val="single"/>
        </w:rPr>
        <w:t>coal</w:t>
      </w:r>
      <w:r>
        <w:rPr>
          <w:b w:val="0"/>
          <w:i w:val="0"/>
          <w:smallCaps w:val="0"/>
          <w:strike w:val="0"/>
          <w:sz w:val="16"/>
          <w:u w:val="none"/>
        </w:rPr>
        <w:t xml:space="preserve">, </w:t>
      </w:r>
      <w:r>
        <w:rPr>
          <w:b w:val="0"/>
          <w:i w:val="0"/>
          <w:smallCaps w:val="0"/>
          <w:strike w:val="0"/>
          <w:sz w:val="20"/>
          <w:u w:val="single"/>
        </w:rPr>
        <w:t xml:space="preserve">to ensure </w:t>
      </w:r>
      <w:r>
        <w:rPr>
          <w:b/>
          <w:i w:val="0"/>
          <w:smallCaps w:val="0"/>
          <w:strike w:val="0"/>
          <w:sz w:val="20"/>
          <w:u w:val="single"/>
        </w:rPr>
        <w:t>energy security</w:t>
      </w:r>
      <w:r>
        <w:rPr>
          <w:b w:val="0"/>
          <w:i w:val="0"/>
          <w:smallCaps w:val="0"/>
          <w:strike w:val="0"/>
          <w:sz w:val="20"/>
          <w:u w:val="single"/>
        </w:rPr>
        <w:t xml:space="preserve"> and prevent sharply higher energy prices</w:t>
      </w:r>
      <w:r>
        <w:rPr>
          <w:b w:val="0"/>
          <w:i w:val="0"/>
          <w:smallCaps w:val="0"/>
          <w:strike w:val="0"/>
          <w:sz w:val="16"/>
          <w:u w:val="none"/>
        </w:rPr>
        <w:t xml:space="preserve">. But it also means </w:t>
      </w:r>
      <w:r>
        <w:rPr>
          <w:b w:val="0"/>
          <w:i w:val="0"/>
          <w:smallCaps w:val="0"/>
          <w:strike w:val="0"/>
          <w:sz w:val="20"/>
          <w:u w:val="single"/>
        </w:rPr>
        <w:t xml:space="preserve">we </w:t>
      </w:r>
      <w:r>
        <w:rPr>
          <w:b w:val="0"/>
          <w:i w:val="0"/>
          <w:smallCaps w:val="0"/>
          <w:strike w:val="0"/>
          <w:sz w:val="20"/>
          <w:highlight w:val="cyan"/>
          <w:u w:val="single"/>
        </w:rPr>
        <w:t xml:space="preserve">must </w:t>
      </w:r>
      <w:r>
        <w:rPr>
          <w:b/>
          <w:i w:val="0"/>
          <w:smallCaps w:val="0"/>
          <w:strike w:val="0"/>
          <w:sz w:val="20"/>
          <w:highlight w:val="cyan"/>
          <w:u w:val="single"/>
        </w:rPr>
        <w:t>redouble efforts</w:t>
      </w:r>
      <w:r>
        <w:rPr>
          <w:b w:val="0"/>
          <w:i w:val="0"/>
          <w:smallCaps w:val="0"/>
          <w:strike w:val="0"/>
          <w:sz w:val="20"/>
          <w:highlight w:val="cyan"/>
          <w:u w:val="single"/>
        </w:rPr>
        <w:t xml:space="preserve"> to make the long-term transition</w:t>
      </w:r>
      <w:r>
        <w:rPr>
          <w:b w:val="0"/>
          <w:i w:val="0"/>
          <w:smallCaps w:val="0"/>
          <w:strike w:val="0"/>
          <w:sz w:val="20"/>
          <w:u w:val="single"/>
        </w:rPr>
        <w:t xml:space="preserve"> to a low-carbon energy future</w:t>
      </w:r>
      <w:r>
        <w:rPr>
          <w:b w:val="0"/>
          <w:i w:val="0"/>
          <w:smallCaps w:val="0"/>
          <w:strike w:val="0"/>
          <w:sz w:val="16"/>
          <w:u w:val="none"/>
        </w:rPr>
        <w:t xml:space="preserve">. </w:t>
      </w:r>
      <w:r>
        <w:rPr>
          <w:b w:val="0"/>
          <w:i w:val="0"/>
          <w:smallCaps w:val="0"/>
          <w:strike w:val="0"/>
          <w:sz w:val="20"/>
          <w:highlight w:val="cyan"/>
          <w:u w:val="single"/>
        </w:rPr>
        <w:t xml:space="preserve">We need clear </w:t>
      </w:r>
      <w:r>
        <w:rPr>
          <w:b/>
          <w:i w:val="0"/>
          <w:smallCaps w:val="0"/>
          <w:strike w:val="0"/>
          <w:sz w:val="20"/>
          <w:highlight w:val="cyan"/>
          <w:u w:val="single"/>
        </w:rPr>
        <w:t>policy frameworks</w:t>
      </w:r>
      <w:r>
        <w:rPr>
          <w:b w:val="0"/>
          <w:i w:val="0"/>
          <w:smallCaps w:val="0"/>
          <w:strike w:val="0"/>
          <w:sz w:val="16"/>
          <w:u w:val="none"/>
        </w:rPr>
        <w:t>—</w:t>
      </w:r>
      <w:r>
        <w:rPr>
          <w:b w:val="0"/>
          <w:i w:val="0"/>
          <w:smallCaps w:val="0"/>
          <w:strike w:val="0"/>
          <w:sz w:val="20"/>
          <w:u w:val="single"/>
        </w:rPr>
        <w:t>including predictable schedules</w:t>
      </w:r>
      <w:r>
        <w:rPr>
          <w:b w:val="0"/>
          <w:i w:val="0"/>
          <w:smallCaps w:val="0"/>
          <w:strike w:val="0"/>
          <w:sz w:val="16"/>
          <w:u w:val="none"/>
        </w:rPr>
        <w:t xml:space="preserve"> </w:t>
      </w:r>
      <w:r>
        <w:rPr>
          <w:b w:val="0"/>
          <w:i w:val="0"/>
          <w:smallCaps w:val="0"/>
          <w:strike w:val="0"/>
          <w:sz w:val="20"/>
          <w:u w:val="single"/>
        </w:rPr>
        <w:t>for</w:t>
      </w:r>
      <w:r>
        <w:rPr>
          <w:b w:val="0"/>
          <w:i w:val="0"/>
          <w:smallCaps w:val="0"/>
          <w:strike w:val="0"/>
          <w:sz w:val="16"/>
          <w:u w:val="none"/>
        </w:rPr>
        <w:t xml:space="preserve"> </w:t>
      </w:r>
      <w:r>
        <w:rPr>
          <w:b w:val="0"/>
          <w:i w:val="0"/>
          <w:smallCaps w:val="0"/>
          <w:strike w:val="0"/>
          <w:sz w:val="20"/>
          <w:u w:val="single"/>
        </w:rPr>
        <w:t>carbon</w:t>
      </w:r>
      <w:r>
        <w:rPr>
          <w:b w:val="0"/>
          <w:i w:val="0"/>
          <w:smallCaps w:val="0"/>
          <w:strike w:val="0"/>
          <w:sz w:val="16"/>
          <w:u w:val="none"/>
        </w:rPr>
        <w:t xml:space="preserve"> pricing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fossil fuel subsidy phase-outs</w:t>
      </w:r>
      <w:r>
        <w:rPr>
          <w:b w:val="0"/>
          <w:i w:val="0"/>
          <w:smallCaps w:val="0"/>
          <w:strike w:val="0"/>
          <w:sz w:val="16"/>
          <w:u w:val="none"/>
        </w:rPr>
        <w:t>, and direct assistance to vulnerable groups—</w:t>
      </w:r>
      <w:r>
        <w:rPr>
          <w:b w:val="0"/>
          <w:i w:val="0"/>
          <w:smallCaps w:val="0"/>
          <w:strike w:val="0"/>
          <w:sz w:val="20"/>
          <w:u w:val="single"/>
        </w:rPr>
        <w:t>to achieve</w:t>
      </w:r>
      <w:r>
        <w:rPr>
          <w:b w:val="0"/>
          <w:i w:val="0"/>
          <w:smallCaps w:val="0"/>
          <w:strike w:val="0"/>
          <w:sz w:val="16"/>
          <w:u w:val="none"/>
        </w:rPr>
        <w:t xml:space="preserve"> this critical </w:t>
      </w:r>
      <w:r>
        <w:rPr>
          <w:b w:val="0"/>
          <w:i w:val="0"/>
          <w:smallCaps w:val="0"/>
          <w:strike w:val="0"/>
          <w:sz w:val="20"/>
          <w:u w:val="single"/>
        </w:rPr>
        <w:t>transition</w:t>
      </w:r>
      <w:r>
        <w:rPr>
          <w:b w:val="0"/>
          <w:i w:val="0"/>
          <w:smallCaps w:val="0"/>
          <w:strike w:val="0"/>
          <w:sz w:val="16"/>
          <w:u w:val="none"/>
        </w:rPr>
        <w:t xml:space="preserve"> </w:t>
      </w:r>
      <w:r>
        <w:rPr>
          <w:b w:val="0"/>
          <w:i w:val="0"/>
          <w:smallCaps w:val="0"/>
          <w:strike w:val="0"/>
          <w:sz w:val="20"/>
          <w:u w:val="single"/>
        </w:rPr>
        <w:t>while preserving energy security</w:t>
      </w:r>
      <w:r>
        <w:rPr>
          <w:b w:val="0"/>
          <w:i w:val="0"/>
          <w:smallCaps w:val="0"/>
          <w:strike w:val="0"/>
          <w:sz w:val="16"/>
          <w:u w:val="none"/>
        </w:rPr>
        <w:t>.</w:t>
      </w:r>
    </w:p>
    <w:p>
      <w:pPr>
        <w:spacing w:after="60"/>
      </w:pPr>
      <w:r>
        <w:rPr>
          <w:b w:val="0"/>
          <w:i w:val="0"/>
          <w:smallCaps w:val="0"/>
          <w:strike w:val="0"/>
          <w:sz w:val="16"/>
          <w:u w:val="none"/>
        </w:rPr>
        <w:t xml:space="preserve">Fourth, </w:t>
      </w:r>
      <w:r>
        <w:rPr>
          <w:b w:val="0"/>
          <w:i w:val="0"/>
          <w:smallCaps w:val="0"/>
          <w:strike w:val="0"/>
          <w:sz w:val="20"/>
          <w:highlight w:val="cyan"/>
          <w:u w:val="single"/>
        </w:rPr>
        <w:t>we must confront</w:t>
      </w:r>
      <w:r>
        <w:rPr>
          <w:b w:val="0"/>
          <w:i w:val="0"/>
          <w:smallCaps w:val="0"/>
          <w:strike w:val="0"/>
          <w:sz w:val="20"/>
          <w:u w:val="single"/>
        </w:rPr>
        <w:t xml:space="preserve"> the risk of </w:t>
      </w:r>
      <w:r>
        <w:rPr>
          <w:b/>
          <w:i w:val="0"/>
          <w:smallCaps w:val="0"/>
          <w:strike w:val="0"/>
          <w:sz w:val="20"/>
          <w:highlight w:val="cyan"/>
          <w:u w:val="single"/>
        </w:rPr>
        <w:t>growing divergences</w:t>
      </w:r>
      <w:r>
        <w:rPr>
          <w:b w:val="0"/>
          <w:i w:val="0"/>
          <w:smallCaps w:val="0"/>
          <w:strike w:val="0"/>
          <w:sz w:val="16"/>
          <w:u w:val="none"/>
        </w:rPr>
        <w:t xml:space="preserve">, </w:t>
      </w:r>
      <w:r>
        <w:rPr>
          <w:b w:val="0"/>
          <w:i w:val="0"/>
          <w:smallCaps w:val="0"/>
          <w:strike w:val="0"/>
          <w:sz w:val="20"/>
          <w:u w:val="single"/>
        </w:rPr>
        <w:t>within</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especially </w:t>
      </w:r>
      <w:r>
        <w:rPr>
          <w:b w:val="0"/>
          <w:i w:val="0"/>
          <w:smallCaps w:val="0"/>
          <w:strike w:val="0"/>
          <w:sz w:val="20"/>
          <w:u w:val="single"/>
        </w:rPr>
        <w:t>across countries</w:t>
      </w:r>
      <w:r>
        <w:rPr>
          <w:b w:val="0"/>
          <w:i w:val="0"/>
          <w:smallCaps w:val="0"/>
          <w:strike w:val="0"/>
          <w:sz w:val="16"/>
          <w:u w:val="none"/>
        </w:rPr>
        <w:t xml:space="preserve">. Higher prices of basic foods, livestock feed, fertilizer, and energy are taking the biggest toll on poorer countries, which are already the hardest hit by extreme weather events—and especially on the poorest in their populations. </w:t>
      </w:r>
      <w:r>
        <w:rPr>
          <w:b w:val="0"/>
          <w:i w:val="0"/>
          <w:smallCaps w:val="0"/>
          <w:strike w:val="0"/>
          <w:sz w:val="20"/>
          <w:u w:val="single"/>
        </w:rPr>
        <w:t xml:space="preserve">Their governments have little </w:t>
      </w:r>
      <w:r>
        <w:rPr>
          <w:b/>
          <w:i w:val="0"/>
          <w:smallCaps w:val="0"/>
          <w:strike w:val="0"/>
          <w:sz w:val="20"/>
          <w:u w:val="single"/>
        </w:rPr>
        <w:t>fiscal capacity</w:t>
      </w:r>
      <w:r>
        <w:rPr>
          <w:b w:val="0"/>
          <w:i w:val="0"/>
          <w:smallCaps w:val="0"/>
          <w:strike w:val="0"/>
          <w:sz w:val="20"/>
          <w:u w:val="single"/>
        </w:rPr>
        <w:t xml:space="preserve"> to </w:t>
      </w:r>
      <w:r>
        <w:rPr>
          <w:b/>
          <w:i w:val="0"/>
          <w:smallCaps w:val="0"/>
          <w:strike w:val="0"/>
          <w:sz w:val="20"/>
          <w:u w:val="single"/>
        </w:rPr>
        <w:t>offset</w:t>
      </w:r>
      <w:r>
        <w:rPr>
          <w:b w:val="0"/>
          <w:i w:val="0"/>
          <w:smallCaps w:val="0"/>
          <w:strike w:val="0"/>
          <w:sz w:val="20"/>
          <w:u w:val="single"/>
        </w:rPr>
        <w:t xml:space="preserve"> these shocks</w:t>
      </w:r>
      <w:r>
        <w:rPr>
          <w:b w:val="0"/>
          <w:i w:val="0"/>
          <w:smallCaps w:val="0"/>
          <w:strike w:val="0"/>
          <w:sz w:val="16"/>
          <w:u w:val="none"/>
        </w:rPr>
        <w:t xml:space="preserve">. </w:t>
      </w:r>
      <w:r>
        <w:rPr>
          <w:b w:val="0"/>
          <w:i w:val="0"/>
          <w:smallCaps w:val="0"/>
          <w:strike w:val="0"/>
          <w:sz w:val="20"/>
          <w:u w:val="single"/>
        </w:rPr>
        <w:t>More than half</w:t>
      </w:r>
      <w:r>
        <w:rPr>
          <w:b w:val="0"/>
          <w:i w:val="0"/>
          <w:smallCaps w:val="0"/>
          <w:strike w:val="0"/>
          <w:sz w:val="16"/>
          <w:u w:val="none"/>
        </w:rPr>
        <w:t xml:space="preserve"> of them </w:t>
      </w:r>
      <w:r>
        <w:rPr>
          <w:b w:val="0"/>
          <w:i w:val="0"/>
          <w:smallCaps w:val="0"/>
          <w:strike w:val="0"/>
          <w:sz w:val="20"/>
          <w:u w:val="single"/>
        </w:rPr>
        <w:t>are already in or near debt distress</w:t>
      </w:r>
      <w:r>
        <w:rPr>
          <w:b w:val="0"/>
          <w:i w:val="0"/>
          <w:smallCaps w:val="0"/>
          <w:strike w:val="0"/>
          <w:sz w:val="16"/>
          <w:u w:val="none"/>
        </w:rPr>
        <w:t xml:space="preserve">. Faced with these immediate constraints, we risk continued neglect of education and healthcare improvements, with dangerous longer-term and global consequences. Even </w:t>
      </w:r>
      <w:r>
        <w:rPr>
          <w:b w:val="0"/>
          <w:i w:val="0"/>
          <w:smallCaps w:val="0"/>
          <w:strike w:val="0"/>
          <w:sz w:val="20"/>
          <w:u w:val="single"/>
        </w:rPr>
        <w:t>before</w:t>
      </w:r>
      <w:r>
        <w:rPr>
          <w:b w:val="0"/>
          <w:i w:val="0"/>
          <w:smallCaps w:val="0"/>
          <w:strike w:val="0"/>
          <w:sz w:val="16"/>
          <w:u w:val="none"/>
        </w:rPr>
        <w:t xml:space="preserve"> </w:t>
      </w:r>
      <w:r>
        <w:rPr>
          <w:b w:val="0"/>
          <w:i w:val="0"/>
          <w:smallCaps w:val="0"/>
          <w:strike w:val="0"/>
          <w:sz w:val="20"/>
          <w:u w:val="single"/>
        </w:rPr>
        <w:t>COVID</w:t>
      </w:r>
      <w:r>
        <w:rPr>
          <w:b w:val="0"/>
          <w:i w:val="0"/>
          <w:smallCaps w:val="0"/>
          <w:strike w:val="0"/>
          <w:sz w:val="16"/>
          <w:u w:val="none"/>
        </w:rPr>
        <w:t xml:space="preserve">-19, more than </w:t>
      </w:r>
      <w:r>
        <w:rPr>
          <w:b w:val="0"/>
          <w:i w:val="0"/>
          <w:smallCaps w:val="0"/>
          <w:strike w:val="0"/>
          <w:sz w:val="20"/>
          <w:u w:val="single"/>
        </w:rPr>
        <w:t>half of the children in low</w:t>
      </w:r>
      <w:r>
        <w:rPr>
          <w:b w:val="0"/>
          <w:i w:val="0"/>
          <w:smallCaps w:val="0"/>
          <w:strike w:val="0"/>
          <w:sz w:val="16"/>
          <w:u w:val="none"/>
        </w:rPr>
        <w:t>- and middle-</w:t>
      </w:r>
      <w:r>
        <w:rPr>
          <w:b w:val="0"/>
          <w:i w:val="0"/>
          <w:smallCaps w:val="0"/>
          <w:strike w:val="0"/>
          <w:sz w:val="20"/>
          <w:u w:val="single"/>
        </w:rPr>
        <w:t>income</w:t>
      </w:r>
      <w:r>
        <w:rPr>
          <w:b w:val="0"/>
          <w:i w:val="0"/>
          <w:smallCaps w:val="0"/>
          <w:strike w:val="0"/>
          <w:sz w:val="16"/>
          <w:u w:val="none"/>
        </w:rPr>
        <w:t xml:space="preserve"> </w:t>
      </w:r>
      <w:r>
        <w:rPr>
          <w:b w:val="0"/>
          <w:i w:val="0"/>
          <w:smallCaps w:val="0"/>
          <w:strike w:val="0"/>
          <w:sz w:val="20"/>
          <w:u w:val="single"/>
        </w:rPr>
        <w:t>countries</w:t>
      </w:r>
      <w:r>
        <w:rPr>
          <w:b w:val="0"/>
          <w:i w:val="0"/>
          <w:smallCaps w:val="0"/>
          <w:strike w:val="0"/>
          <w:sz w:val="16"/>
          <w:u w:val="none"/>
        </w:rPr>
        <w:t xml:space="preserve"> </w:t>
      </w:r>
      <w:r>
        <w:rPr>
          <w:b w:val="0"/>
          <w:i w:val="0"/>
          <w:smallCaps w:val="0"/>
          <w:strike w:val="0"/>
          <w:sz w:val="20"/>
          <w:u w:val="single"/>
        </w:rPr>
        <w:t>had not achieved basic literacy</w:t>
      </w:r>
      <w:r>
        <w:rPr>
          <w:b w:val="0"/>
          <w:i w:val="0"/>
          <w:smallCaps w:val="0"/>
          <w:strike w:val="0"/>
          <w:sz w:val="16"/>
          <w:u w:val="none"/>
        </w:rPr>
        <w:t xml:space="preserve"> by age 10; the figure is now estimated to be as high as 70 percent. Girls especially have suffered large learning losses during the pandemic, with many not returning to school and millions being pushed into early marriage.</w:t>
      </w:r>
    </w:p>
    <w:p>
      <w:pPr>
        <w:spacing w:after="60"/>
      </w:pPr>
      <w:r>
        <w:rPr>
          <w:b w:val="0"/>
          <w:i w:val="0"/>
          <w:smallCaps w:val="0"/>
          <w:strike w:val="0"/>
          <w:sz w:val="20"/>
          <w:u w:val="single"/>
        </w:rPr>
        <w:t xml:space="preserve">There is now a real prospect of rollback of the hard-earned </w:t>
      </w:r>
      <w:r>
        <w:rPr>
          <w:b/>
          <w:i w:val="0"/>
          <w:smallCaps w:val="0"/>
          <w:strike w:val="0"/>
          <w:sz w:val="20"/>
          <w:u w:val="single"/>
        </w:rPr>
        <w:t>economic</w:t>
      </w:r>
      <w:r>
        <w:rPr>
          <w:b w:val="0"/>
          <w:i w:val="0"/>
          <w:smallCaps w:val="0"/>
          <w:strike w:val="0"/>
          <w:sz w:val="20"/>
          <w:u w:val="single"/>
        </w:rPr>
        <w:t xml:space="preserve"> and </w:t>
      </w:r>
      <w:r>
        <w:rPr>
          <w:b/>
          <w:i w:val="0"/>
          <w:smallCaps w:val="0"/>
          <w:strike w:val="0"/>
          <w:sz w:val="20"/>
          <w:u w:val="single"/>
        </w:rPr>
        <w:t>social gains</w:t>
      </w:r>
      <w:r>
        <w:rPr>
          <w:b w:val="0"/>
          <w:i w:val="0"/>
          <w:smallCaps w:val="0"/>
          <w:strike w:val="0"/>
          <w:sz w:val="16"/>
          <w:u w:val="none"/>
        </w:rPr>
        <w:t xml:space="preserve"> that many of these developing countries made in the last two decades. </w:t>
      </w:r>
      <w:r>
        <w:rPr>
          <w:b w:val="0"/>
          <w:i w:val="0"/>
          <w:smallCaps w:val="0"/>
          <w:strike w:val="0"/>
          <w:sz w:val="20"/>
          <w:u w:val="single"/>
        </w:rPr>
        <w:t xml:space="preserve">It </w:t>
      </w:r>
      <w:r>
        <w:rPr>
          <w:b w:val="0"/>
          <w:i w:val="0"/>
          <w:smallCaps w:val="0"/>
          <w:strike w:val="0"/>
          <w:sz w:val="20"/>
          <w:highlight w:val="cyan"/>
          <w:u w:val="single"/>
        </w:rPr>
        <w:t>will risk</w:t>
      </w:r>
      <w:r>
        <w:rPr>
          <w:b w:val="0"/>
          <w:i w:val="0"/>
          <w:smallCaps w:val="0"/>
          <w:strike w:val="0"/>
          <w:sz w:val="20"/>
          <w:u w:val="single"/>
        </w:rPr>
        <w:t xml:space="preserve"> permanent scarring of the young</w:t>
      </w:r>
      <w:r>
        <w:rPr>
          <w:b w:val="0"/>
          <w:i w:val="0"/>
          <w:smallCaps w:val="0"/>
          <w:strike w:val="0"/>
          <w:sz w:val="16"/>
          <w:u w:val="none"/>
        </w:rPr>
        <w:t xml:space="preserve">, further </w:t>
      </w:r>
      <w:r>
        <w:rPr>
          <w:b w:val="0"/>
          <w:i w:val="0"/>
          <w:smallCaps w:val="0"/>
          <w:strike w:val="0"/>
          <w:sz w:val="20"/>
          <w:highlight w:val="cyan"/>
          <w:u w:val="single"/>
        </w:rPr>
        <w:t>disempowerment of women</w:t>
      </w:r>
      <w:r>
        <w:rPr>
          <w:b w:val="0"/>
          <w:i w:val="0"/>
          <w:smallCaps w:val="0"/>
          <w:strike w:val="0"/>
          <w:sz w:val="16"/>
          <w:u w:val="none"/>
        </w:rPr>
        <w:t xml:space="preserve">, </w:t>
      </w:r>
      <w:r>
        <w:rPr>
          <w:b/>
          <w:i w:val="0"/>
          <w:smallCaps w:val="0"/>
          <w:strike w:val="0"/>
          <w:sz w:val="20"/>
          <w:highlight w:val="cyan"/>
          <w:u w:val="single"/>
        </w:rPr>
        <w:t>civil wars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conflicts</w:t>
      </w:r>
      <w:r>
        <w:rPr>
          <w:b w:val="0"/>
          <w:i w:val="0"/>
          <w:smallCaps w:val="0"/>
          <w:strike w:val="0"/>
          <w:sz w:val="16"/>
          <w:u w:val="none"/>
        </w:rPr>
        <w:t xml:space="preserve"> between neighboring states. Each of these </w:t>
      </w:r>
      <w:r>
        <w:rPr>
          <w:b w:val="0"/>
          <w:i w:val="0"/>
          <w:smallCaps w:val="0"/>
          <w:strike w:val="0"/>
          <w:sz w:val="20"/>
          <w:u w:val="single"/>
        </w:rPr>
        <w:t>would make it harder to address the world’s most pressing challenges</w:t>
      </w:r>
      <w:r>
        <w:rPr>
          <w:b w:val="0"/>
          <w:i w:val="0"/>
          <w:smallCaps w:val="0"/>
          <w:strike w:val="0"/>
          <w:sz w:val="16"/>
          <w:u w:val="none"/>
        </w:rPr>
        <w:t>.</w:t>
      </w:r>
    </w:p>
    <w:p>
      <w:pPr>
        <w:spacing w:after="60"/>
      </w:pPr>
      <w:r>
        <w:rPr>
          <w:b w:val="0"/>
          <w:i w:val="0"/>
          <w:smallCaps w:val="0"/>
          <w:strike w:val="0"/>
          <w:sz w:val="20"/>
          <w:u w:val="single"/>
        </w:rPr>
        <w:t>Financing global public goods</w:t>
      </w:r>
    </w:p>
    <w:p>
      <w:pPr>
        <w:spacing w:after="60"/>
      </w:pPr>
      <w:r>
        <w:rPr>
          <w:b w:val="0"/>
          <w:i w:val="0"/>
          <w:smallCaps w:val="0"/>
          <w:strike w:val="0"/>
          <w:sz w:val="20"/>
          <w:u w:val="single"/>
        </w:rPr>
        <w:t>We must address these threats</w:t>
      </w:r>
      <w:r>
        <w:rPr>
          <w:b w:val="0"/>
          <w:i w:val="0"/>
          <w:smallCaps w:val="0"/>
          <w:strike w:val="0"/>
          <w:sz w:val="16"/>
          <w:u w:val="none"/>
        </w:rPr>
        <w:t xml:space="preserve">, not on the basis of scenarios that reflect our hopes but through a realistic appraisal of what could plausibly go wrong. COVID-19 and the Ukraine war were not black swan events. </w:t>
      </w:r>
      <w:r>
        <w:rPr>
          <w:b w:val="0"/>
          <w:i w:val="0"/>
          <w:smallCaps w:val="0"/>
          <w:strike w:val="0"/>
          <w:sz w:val="20"/>
          <w:u w:val="single"/>
        </w:rPr>
        <w:t>The full scale of these tragedies may not have been foreseen</w:t>
      </w:r>
      <w:r>
        <w:rPr>
          <w:b w:val="0"/>
          <w:i w:val="0"/>
          <w:smallCaps w:val="0"/>
          <w:strike w:val="0"/>
          <w:sz w:val="16"/>
          <w:u w:val="none"/>
        </w:rPr>
        <w:t xml:space="preserve">, but the </w:t>
      </w:r>
      <w:r>
        <w:rPr>
          <w:b w:val="0"/>
          <w:i w:val="0"/>
          <w:smallCaps w:val="0"/>
          <w:strike w:val="0"/>
          <w:sz w:val="20"/>
          <w:u w:val="single"/>
        </w:rPr>
        <w:t xml:space="preserve">risks had been </w:t>
      </w:r>
      <w:r>
        <w:rPr>
          <w:b/>
          <w:i w:val="0"/>
          <w:smallCaps w:val="0"/>
          <w:strike w:val="0"/>
          <w:sz w:val="20"/>
          <w:u w:val="single"/>
        </w:rPr>
        <w:t>blinking visibly</w:t>
      </w:r>
      <w:r>
        <w:rPr>
          <w:b w:val="0"/>
          <w:i w:val="0"/>
          <w:smallCaps w:val="0"/>
          <w:strike w:val="0"/>
          <w:sz w:val="20"/>
          <w:u w:val="single"/>
        </w:rPr>
        <w:t xml:space="preserve"> on the radar</w:t>
      </w:r>
      <w:r>
        <w:rPr>
          <w:b w:val="0"/>
          <w:i w:val="0"/>
          <w:smallCaps w:val="0"/>
          <w:strike w:val="0"/>
          <w:sz w:val="16"/>
          <w:u w:val="none"/>
        </w:rPr>
        <w:t xml:space="preserve"> for some time.</w:t>
      </w:r>
    </w:p>
    <w:p>
      <w:pPr>
        <w:spacing w:after="60"/>
      </w:pPr>
      <w:r>
        <w:rPr>
          <w:b w:val="0"/>
          <w:i w:val="0"/>
          <w:smallCaps w:val="0"/>
          <w:strike w:val="0"/>
          <w:sz w:val="20"/>
          <w:u w:val="single"/>
        </w:rPr>
        <w:t>We must bring preparedness for threats</w:t>
      </w:r>
      <w:r>
        <w:rPr>
          <w:b w:val="0"/>
          <w:i w:val="0"/>
          <w:smallCaps w:val="0"/>
          <w:strike w:val="0"/>
          <w:sz w:val="16"/>
          <w:u w:val="none"/>
        </w:rPr>
        <w:t xml:space="preserve">, known or unknown, into </w:t>
      </w:r>
      <w:r>
        <w:rPr>
          <w:b w:val="0"/>
          <w:i w:val="0"/>
          <w:smallCaps w:val="0"/>
          <w:strike w:val="0"/>
          <w:sz w:val="20"/>
          <w:u w:val="single"/>
        </w:rPr>
        <w:t xml:space="preserve">the mainstream of </w:t>
      </w:r>
      <w:r>
        <w:rPr>
          <w:b/>
          <w:i w:val="0"/>
          <w:smallCaps w:val="0"/>
          <w:strike w:val="0"/>
          <w:sz w:val="20"/>
          <w:u w:val="single"/>
        </w:rPr>
        <w:t>public policy</w:t>
      </w:r>
      <w:r>
        <w:rPr>
          <w:b w:val="0"/>
          <w:i w:val="0"/>
          <w:smallCaps w:val="0"/>
          <w:strike w:val="0"/>
          <w:sz w:val="20"/>
          <w:u w:val="single"/>
        </w:rPr>
        <w:t xml:space="preserve"> and collective thinking</w:t>
      </w:r>
      <w:r>
        <w:rPr>
          <w:b w:val="0"/>
          <w:i w:val="0"/>
          <w:smallCaps w:val="0"/>
          <w:strike w:val="0"/>
          <w:sz w:val="16"/>
          <w:u w:val="none"/>
        </w:rPr>
        <w:t xml:space="preserve">, just </w:t>
      </w:r>
      <w:r>
        <w:rPr>
          <w:b w:val="0"/>
          <w:i w:val="0"/>
          <w:smallCaps w:val="0"/>
          <w:strike w:val="0"/>
          <w:sz w:val="20"/>
          <w:u w:val="single"/>
        </w:rPr>
        <w:t>as regulators learned from the global financial crisis and sought to fortify financial buffers in advance of the next crisis</w:t>
      </w:r>
      <w:r>
        <w:rPr>
          <w:b w:val="0"/>
          <w:i w:val="0"/>
          <w:smallCaps w:val="0"/>
          <w:strike w:val="0"/>
          <w:sz w:val="16"/>
          <w:u w:val="none"/>
        </w:rPr>
        <w:t>.</w:t>
      </w:r>
    </w:p>
    <w:p>
      <w:pPr>
        <w:spacing w:after="60"/>
      </w:pPr>
      <w:r>
        <w:rPr>
          <w:b w:val="0"/>
          <w:i w:val="0"/>
          <w:smallCaps w:val="0"/>
          <w:strike w:val="0"/>
          <w:sz w:val="20"/>
          <w:u w:val="single"/>
        </w:rPr>
        <w:t>We have to invest at</w:t>
      </w:r>
      <w:r>
        <w:rPr>
          <w:b w:val="0"/>
          <w:i w:val="0"/>
          <w:smallCaps w:val="0"/>
          <w:strike w:val="0"/>
          <w:sz w:val="16"/>
          <w:u w:val="none"/>
        </w:rPr>
        <w:t xml:space="preserve"> significantly </w:t>
      </w:r>
      <w:r>
        <w:rPr>
          <w:b w:val="0"/>
          <w:i w:val="0"/>
          <w:smallCaps w:val="0"/>
          <w:strike w:val="0"/>
          <w:sz w:val="20"/>
          <w:u w:val="single"/>
        </w:rPr>
        <w:t>higher levels,</w:t>
      </w:r>
      <w:r>
        <w:rPr>
          <w:b w:val="0"/>
          <w:i w:val="0"/>
          <w:smallCaps w:val="0"/>
          <w:strike w:val="0"/>
          <w:sz w:val="16"/>
          <w:u w:val="none"/>
        </w:rPr>
        <w:t xml:space="preserve"> over a sustained period, </w:t>
      </w:r>
      <w:r>
        <w:rPr>
          <w:b w:val="0"/>
          <w:i w:val="0"/>
          <w:smallCaps w:val="0"/>
          <w:strike w:val="0"/>
          <w:sz w:val="20"/>
          <w:u w:val="single"/>
        </w:rPr>
        <w:t xml:space="preserve">in the public goods needed to address the </w:t>
      </w:r>
      <w:r>
        <w:rPr>
          <w:b/>
          <w:i w:val="0"/>
          <w:smallCaps w:val="0"/>
          <w:strike w:val="0"/>
          <w:sz w:val="20"/>
          <w:u w:val="single"/>
        </w:rPr>
        <w:t>world’s most pressing problems</w:t>
      </w:r>
      <w:r>
        <w:rPr>
          <w:b w:val="0"/>
          <w:i w:val="0"/>
          <w:smallCaps w:val="0"/>
          <w:strike w:val="0"/>
          <w:sz w:val="16"/>
          <w:u w:val="none"/>
        </w:rPr>
        <w:t xml:space="preserve">. </w:t>
      </w:r>
      <w:r>
        <w:rPr>
          <w:b w:val="0"/>
          <w:i w:val="0"/>
          <w:smallCaps w:val="0"/>
          <w:strike w:val="0"/>
          <w:sz w:val="20"/>
          <w:u w:val="single"/>
        </w:rPr>
        <w:t>We must make up for</w:t>
      </w:r>
      <w:r>
        <w:rPr>
          <w:b w:val="0"/>
          <w:i w:val="0"/>
          <w:smallCaps w:val="0"/>
          <w:strike w:val="0"/>
          <w:sz w:val="16"/>
          <w:u w:val="none"/>
        </w:rPr>
        <w:t xml:space="preserve"> many years of </w:t>
      </w:r>
      <w:r>
        <w:rPr>
          <w:b w:val="0"/>
          <w:i w:val="0"/>
          <w:smallCaps w:val="0"/>
          <w:strike w:val="0"/>
          <w:sz w:val="20"/>
          <w:u w:val="single"/>
        </w:rPr>
        <w:t>underinvestment in a wide range of critical areas</w:t>
      </w:r>
      <w:r>
        <w:rPr>
          <w:b w:val="0"/>
          <w:i w:val="0"/>
          <w:smallCaps w:val="0"/>
          <w:strike w:val="0"/>
          <w:sz w:val="16"/>
          <w:u w:val="none"/>
        </w:rPr>
        <w:t xml:space="preserve">—from clean water and trained teachers in developing economies to upgrades of an aging logistics infrastructure in some of the most advanced economies. But </w:t>
      </w:r>
      <w:r>
        <w:rPr>
          <w:b w:val="0"/>
          <w:i w:val="0"/>
          <w:smallCaps w:val="0"/>
          <w:strike w:val="0"/>
          <w:sz w:val="20"/>
          <w:u w:val="single"/>
        </w:rPr>
        <w:t>we</w:t>
      </w:r>
      <w:r>
        <w:rPr>
          <w:b w:val="0"/>
          <w:i w:val="0"/>
          <w:smallCaps w:val="0"/>
          <w:strike w:val="0"/>
          <w:sz w:val="16"/>
          <w:u w:val="none"/>
        </w:rPr>
        <w:t xml:space="preserve"> also </w:t>
      </w:r>
      <w:r>
        <w:rPr>
          <w:b w:val="0"/>
          <w:i w:val="0"/>
          <w:smallCaps w:val="0"/>
          <w:strike w:val="0"/>
          <w:sz w:val="20"/>
          <w:u w:val="single"/>
        </w:rPr>
        <w:t>have the opportunity now to spur a new wave of innovations to tackle the challenges of the global commons</w:t>
      </w:r>
      <w:r>
        <w:rPr>
          <w:b w:val="0"/>
          <w:i w:val="0"/>
          <w:smallCaps w:val="0"/>
          <w:strike w:val="0"/>
          <w:sz w:val="16"/>
          <w:u w:val="none"/>
        </w:rPr>
        <w:t xml:space="preserve">, </w:t>
      </w:r>
      <w:r>
        <w:rPr>
          <w:b w:val="0"/>
          <w:i w:val="0"/>
          <w:smallCaps w:val="0"/>
          <w:strike w:val="0"/>
          <w:sz w:val="20"/>
          <w:u w:val="single"/>
        </w:rPr>
        <w:t>from low-carbon construction materials</w:t>
      </w:r>
      <w:r>
        <w:rPr>
          <w:b w:val="0"/>
          <w:i w:val="0"/>
          <w:smallCaps w:val="0"/>
          <w:strike w:val="0"/>
          <w:sz w:val="16"/>
          <w:u w:val="none"/>
        </w:rPr>
        <w:t xml:space="preserve">, </w:t>
      </w:r>
      <w:r>
        <w:rPr>
          <w:b w:val="0"/>
          <w:i w:val="0"/>
          <w:smallCaps w:val="0"/>
          <w:strike w:val="0"/>
          <w:sz w:val="20"/>
          <w:u w:val="single"/>
        </w:rPr>
        <w:t>to advanced batteries</w:t>
      </w:r>
      <w:r>
        <w:rPr>
          <w:b w:val="0"/>
          <w:i w:val="0"/>
          <w:smallCaps w:val="0"/>
          <w:strike w:val="0"/>
          <w:sz w:val="16"/>
          <w:u w:val="none"/>
        </w:rPr>
        <w:t xml:space="preserve"> and hydrogen electrolyzers, to </w:t>
      </w:r>
      <w:r>
        <w:rPr>
          <w:b w:val="0"/>
          <w:i w:val="0"/>
          <w:smallCaps w:val="0"/>
          <w:strike w:val="0"/>
          <w:sz w:val="20"/>
          <w:u w:val="single"/>
        </w:rPr>
        <w:t>combination vaccines</w:t>
      </w:r>
      <w:r>
        <w:rPr>
          <w:b w:val="0"/>
          <w:i w:val="0"/>
          <w:smallCaps w:val="0"/>
          <w:strike w:val="0"/>
          <w:sz w:val="16"/>
          <w:u w:val="none"/>
        </w:rPr>
        <w:t xml:space="preserve"> aimed at protecting simultaneously </w:t>
      </w:r>
      <w:r>
        <w:rPr>
          <w:b w:val="0"/>
          <w:i w:val="0"/>
          <w:smallCaps w:val="0"/>
          <w:strike w:val="0"/>
          <w:sz w:val="20"/>
          <w:u w:val="single"/>
        </w:rPr>
        <w:t>against</w:t>
      </w:r>
      <w:r>
        <w:rPr>
          <w:b w:val="0"/>
          <w:i w:val="0"/>
          <w:smallCaps w:val="0"/>
          <w:strike w:val="0"/>
          <w:sz w:val="16"/>
          <w:u w:val="none"/>
        </w:rPr>
        <w:t xml:space="preserve"> a range of </w:t>
      </w:r>
      <w:r>
        <w:rPr>
          <w:b w:val="0"/>
          <w:i w:val="0"/>
          <w:smallCaps w:val="0"/>
          <w:strike w:val="0"/>
          <w:sz w:val="20"/>
          <w:u w:val="single"/>
        </w:rPr>
        <w:t>pathogens</w:t>
      </w:r>
      <w:r>
        <w:rPr>
          <w:b w:val="0"/>
          <w:i w:val="0"/>
          <w:smallCaps w:val="0"/>
          <w:strike w:val="0"/>
          <w:sz w:val="16"/>
          <w:u w:val="none"/>
        </w:rPr>
        <w:t>.</w:t>
      </w:r>
    </w:p>
    <w:p>
      <w:pPr>
        <w:spacing w:after="60"/>
      </w:pPr>
      <w:r>
        <w:rPr>
          <w:b w:val="0"/>
          <w:i w:val="0"/>
          <w:smallCaps w:val="0"/>
          <w:strike w:val="0"/>
          <w:sz w:val="16"/>
          <w:u w:val="none"/>
        </w:rPr>
        <w:t xml:space="preserve">To fund these investments </w:t>
      </w:r>
      <w:r>
        <w:rPr>
          <w:b w:val="0"/>
          <w:i w:val="0"/>
          <w:smallCaps w:val="0"/>
          <w:strike w:val="0"/>
          <w:sz w:val="20"/>
          <w:highlight w:val="cyan"/>
          <w:u w:val="single"/>
        </w:rPr>
        <w:t xml:space="preserve">we must embark on </w:t>
      </w:r>
      <w:r>
        <w:rPr>
          <w:b/>
          <w:i w:val="0"/>
          <w:smallCaps w:val="0"/>
          <w:strike w:val="0"/>
          <w:sz w:val="20"/>
          <w:highlight w:val="cyan"/>
          <w:u w:val="single"/>
        </w:rPr>
        <w:t>public</w:t>
      </w:r>
      <w:r>
        <w:rPr>
          <w:b/>
          <w:i w:val="0"/>
          <w:smallCaps w:val="0"/>
          <w:strike w:val="0"/>
          <w:sz w:val="20"/>
          <w:u w:val="single"/>
        </w:rPr>
        <w:t>-</w:t>
      </w:r>
      <w:r>
        <w:rPr>
          <w:b/>
          <w:i w:val="0"/>
          <w:smallCaps w:val="0"/>
          <w:strike w:val="0"/>
          <w:sz w:val="20"/>
          <w:highlight w:val="cyan"/>
          <w:u w:val="single"/>
        </w:rPr>
        <w:t>private</w:t>
      </w:r>
      <w:r>
        <w:rPr>
          <w:b/>
          <w:i w:val="0"/>
          <w:smallCaps w:val="0"/>
          <w:strike w:val="0"/>
          <w:sz w:val="20"/>
          <w:u w:val="single"/>
        </w:rPr>
        <w:t xml:space="preserve"> </w:t>
      </w:r>
      <w:r>
        <w:rPr>
          <w:b/>
          <w:i w:val="0"/>
          <w:smallCaps w:val="0"/>
          <w:strike w:val="0"/>
          <w:sz w:val="20"/>
          <w:highlight w:val="cyan"/>
          <w:u w:val="single"/>
        </w:rPr>
        <w:t>collaboration</w:t>
      </w:r>
      <w:r>
        <w:rPr>
          <w:b w:val="0"/>
          <w:i w:val="0"/>
          <w:smallCaps w:val="0"/>
          <w:strike w:val="0"/>
          <w:sz w:val="20"/>
          <w:u w:val="single"/>
        </w:rPr>
        <w:t xml:space="preserve"> on a scale never before adopted</w:t>
      </w:r>
      <w:r>
        <w:rPr>
          <w:b w:val="0"/>
          <w:i w:val="0"/>
          <w:smallCaps w:val="0"/>
          <w:strike w:val="0"/>
          <w:sz w:val="16"/>
          <w:u w:val="none"/>
        </w:rPr>
        <w:t>. Public sector finances will not be able to meet these needs on their own. As it is, debt-servicing costs will take an increasing share of government revenues. Governments in the advanced world have also declared the end of the “peace dividend” that had prompted many of them to spend less on defense over several decades.</w:t>
      </w:r>
    </w:p>
    <w:p>
      <w:pPr>
        <w:spacing w:after="60"/>
      </w:pPr>
      <w:r>
        <w:rPr>
          <w:b w:val="0"/>
          <w:i w:val="0"/>
          <w:smallCaps w:val="0"/>
          <w:strike w:val="0"/>
          <w:sz w:val="16"/>
          <w:u w:val="none"/>
        </w:rPr>
        <w:t>We must now reorient public finance, in partnership with philanthropic capital where possible, toward mobilizing private investment to meet the needs of the global commons. The world will need to invest an estimated $100 to $150 trillion over the next 30 years to achieve net zero carbon emissions. That may sound daunting. But the $3 to $5 trillion annual cost is not a large percentage of the world’s $100 trillion capital markets, which grow by about that amount each year.</w:t>
      </w:r>
    </w:p>
    <w:p>
      <w:pPr>
        <w:spacing w:after="60"/>
      </w:pPr>
      <w:r>
        <w:rPr>
          <w:b w:val="0"/>
          <w:i w:val="0"/>
          <w:smallCaps w:val="0"/>
          <w:strike w:val="0"/>
          <w:sz w:val="16"/>
          <w:u w:val="none"/>
        </w:rPr>
        <w:t xml:space="preserve">There is no lack of private and market finance. But channeling it to meet the needs of the commons requires a proactive public sector and well-designed frameworks for risk-sharing with the private sector. Policies and standards to rapidly scale up the deployment of clean energy technologies that are already proven, and to incentivize large scale infrastructural investments such as in smart transmission and distribution grids, will be critical to achieving significant cuts in emissions by 2030. However, almost half the technologies needed to reach net zero by mid-century are still being prototyped. </w:t>
      </w:r>
      <w:r>
        <w:rPr>
          <w:b w:val="0"/>
          <w:i w:val="0"/>
          <w:smallCaps w:val="0"/>
          <w:strike w:val="0"/>
          <w:sz w:val="20"/>
          <w:u w:val="single"/>
        </w:rPr>
        <w:t>Governments must put skin in the game to leverage private sector R&amp;D</w:t>
      </w:r>
      <w:r>
        <w:rPr>
          <w:b w:val="0"/>
          <w:i w:val="0"/>
          <w:smallCaps w:val="0"/>
          <w:strike w:val="0"/>
          <w:sz w:val="16"/>
          <w:u w:val="none"/>
        </w:rPr>
        <w:t xml:space="preserve">, and </w:t>
      </w:r>
      <w:r>
        <w:rPr>
          <w:b w:val="0"/>
          <w:i w:val="0"/>
          <w:smallCaps w:val="0"/>
          <w:strike w:val="0"/>
          <w:sz w:val="20"/>
          <w:u w:val="single"/>
        </w:rPr>
        <w:t>promote demonstration projects</w:t>
      </w:r>
      <w:r>
        <w:rPr>
          <w:b w:val="0"/>
          <w:i w:val="0"/>
          <w:smallCaps w:val="0"/>
          <w:strike w:val="0"/>
          <w:sz w:val="16"/>
          <w:u w:val="none"/>
        </w:rPr>
        <w:t xml:space="preserve">, to accelerate the development of these technologies and bring them to market. Besides getting to net zero on time, </w:t>
      </w:r>
      <w:r>
        <w:rPr>
          <w:b w:val="0"/>
          <w:i w:val="0"/>
          <w:smallCaps w:val="0"/>
          <w:strike w:val="0"/>
          <w:sz w:val="20"/>
          <w:highlight w:val="cyan"/>
          <w:u w:val="single"/>
        </w:rPr>
        <w:t xml:space="preserve">they should aim to </w:t>
      </w:r>
      <w:r>
        <w:rPr>
          <w:b/>
          <w:i w:val="0"/>
          <w:smallCaps w:val="0"/>
          <w:strike w:val="0"/>
          <w:sz w:val="20"/>
          <w:highlight w:val="cyan"/>
          <w:u w:val="single"/>
        </w:rPr>
        <w:t>spur major new industries</w:t>
      </w:r>
      <w:r>
        <w:rPr>
          <w:b w:val="0"/>
          <w:i w:val="0"/>
          <w:smallCaps w:val="0"/>
          <w:strike w:val="0"/>
          <w:sz w:val="20"/>
          <w:u w:val="single"/>
        </w:rPr>
        <w:t xml:space="preserve"> </w:t>
      </w:r>
      <w:r>
        <w:rPr>
          <w:b w:val="0"/>
          <w:i w:val="0"/>
          <w:smallCaps w:val="0"/>
          <w:strike w:val="0"/>
          <w:sz w:val="20"/>
          <w:highlight w:val="cyan"/>
          <w:u w:val="single"/>
        </w:rPr>
        <w:t xml:space="preserve">and </w:t>
      </w:r>
      <w:r>
        <w:rPr>
          <w:b/>
          <w:i w:val="0"/>
          <w:smallCaps w:val="0"/>
          <w:strike w:val="0"/>
          <w:sz w:val="20"/>
          <w:highlight w:val="cyan"/>
          <w:u w:val="single"/>
        </w:rPr>
        <w:t>job opportunities</w:t>
      </w:r>
      <w:r>
        <w:rPr>
          <w:b w:val="0"/>
          <w:i w:val="0"/>
          <w:smallCaps w:val="0"/>
          <w:strike w:val="0"/>
          <w:sz w:val="16"/>
          <w:u w:val="none"/>
        </w:rPr>
        <w:t>.</w:t>
      </w:r>
    </w:p>
    <w:p>
      <w:pPr>
        <w:spacing w:after="60"/>
      </w:pPr>
      <w:r>
        <w:rPr>
          <w:b w:val="0"/>
          <w:i w:val="0"/>
          <w:smallCaps w:val="0"/>
          <w:strike w:val="0"/>
          <w:sz w:val="20"/>
          <w:u w:val="single"/>
        </w:rPr>
        <w:t>The social returns to protecting the global commons will</w:t>
      </w:r>
      <w:r>
        <w:rPr>
          <w:b w:val="0"/>
          <w:i w:val="0"/>
          <w:smallCaps w:val="0"/>
          <w:strike w:val="0"/>
          <w:sz w:val="16"/>
          <w:u w:val="none"/>
        </w:rPr>
        <w:t xml:space="preserve"> typically </w:t>
      </w:r>
      <w:r>
        <w:rPr>
          <w:b w:val="0"/>
          <w:i w:val="0"/>
          <w:smallCaps w:val="0"/>
          <w:strike w:val="0"/>
          <w:sz w:val="20"/>
          <w:u w:val="single"/>
        </w:rPr>
        <w:t>be far in excess of the private returns</w:t>
      </w:r>
      <w:r>
        <w:rPr>
          <w:b w:val="0"/>
          <w:i w:val="0"/>
          <w:smallCaps w:val="0"/>
          <w:strike w:val="0"/>
          <w:sz w:val="16"/>
          <w:u w:val="none"/>
        </w:rPr>
        <w:t>, which makes a strong case for the public sector to share risks with private investors. Developing and producing vaccines at scale for the next pandemic is a strong illustration of the point. A project to immunize the world’s population even six months earlier will save trillions of dollars and countless lives.</w:t>
      </w:r>
    </w:p>
    <w:p>
      <w:pPr>
        <w:spacing w:after="60"/>
      </w:pPr>
      <w:r>
        <w:rPr>
          <w:b/>
          <w:i w:val="0"/>
          <w:smallCaps w:val="0"/>
          <w:strike w:val="0"/>
          <w:sz w:val="20"/>
          <w:highlight w:val="cyan"/>
          <w:u w:val="single"/>
        </w:rPr>
        <w:t>Making multilateralism work</w:t>
      </w:r>
    </w:p>
    <w:p>
      <w:pPr>
        <w:spacing w:after="60"/>
      </w:pPr>
      <w:r>
        <w:rPr>
          <w:b w:val="0"/>
          <w:i w:val="0"/>
          <w:smallCaps w:val="0"/>
          <w:strike w:val="0"/>
          <w:sz w:val="16"/>
          <w:u w:val="none"/>
        </w:rPr>
        <w:t xml:space="preserve">However, </w:t>
      </w:r>
      <w:r>
        <w:rPr>
          <w:b w:val="0"/>
          <w:i w:val="0"/>
          <w:smallCaps w:val="0"/>
          <w:strike w:val="0"/>
          <w:sz w:val="20"/>
          <w:highlight w:val="cyan"/>
          <w:u w:val="single"/>
        </w:rPr>
        <w:t>we cannot address</w:t>
      </w:r>
      <w:r>
        <w:rPr>
          <w:b w:val="0"/>
          <w:i w:val="0"/>
          <w:smallCaps w:val="0"/>
          <w:strike w:val="0"/>
          <w:sz w:val="20"/>
          <w:u w:val="single"/>
        </w:rPr>
        <w:t xml:space="preserve"> the </w:t>
      </w:r>
      <w:r>
        <w:rPr>
          <w:b w:val="0"/>
          <w:i w:val="0"/>
          <w:smallCaps w:val="0"/>
          <w:strike w:val="0"/>
          <w:sz w:val="20"/>
          <w:highlight w:val="cyan"/>
          <w:u w:val="single"/>
        </w:rPr>
        <w:t>challenges</w:t>
      </w:r>
      <w:r>
        <w:rPr>
          <w:b w:val="0"/>
          <w:i w:val="0"/>
          <w:smallCaps w:val="0"/>
          <w:strike w:val="0"/>
          <w:sz w:val="20"/>
          <w:u w:val="single"/>
        </w:rPr>
        <w:t xml:space="preserve"> of this new era </w:t>
      </w:r>
      <w:r>
        <w:rPr>
          <w:b w:val="0"/>
          <w:i w:val="0"/>
          <w:smallCaps w:val="0"/>
          <w:strike w:val="0"/>
          <w:sz w:val="20"/>
          <w:highlight w:val="cyan"/>
          <w:u w:val="single"/>
        </w:rPr>
        <w:t xml:space="preserve">without a </w:t>
      </w:r>
      <w:r>
        <w:rPr>
          <w:b/>
          <w:i w:val="0"/>
          <w:smallCaps w:val="0"/>
          <w:strike w:val="0"/>
          <w:sz w:val="20"/>
          <w:highlight w:val="cyan"/>
          <w:u w:val="single"/>
        </w:rPr>
        <w:t>more effective multilateralism</w:t>
      </w:r>
      <w:r>
        <w:rPr>
          <w:b w:val="0"/>
          <w:i w:val="0"/>
          <w:smallCaps w:val="0"/>
          <w:strike w:val="0"/>
          <w:sz w:val="16"/>
          <w:u w:val="none"/>
        </w:rPr>
        <w:t xml:space="preserve">. UN Secretary-General António Guterres’ report, Our Common Agenda, sets out a bold and credible vision of multilateralism: </w:t>
      </w:r>
      <w:r>
        <w:rPr>
          <w:b w:val="0"/>
          <w:i w:val="0"/>
          <w:smallCaps w:val="0"/>
          <w:strike w:val="0"/>
          <w:sz w:val="20"/>
          <w:u w:val="single"/>
        </w:rPr>
        <w:t>one that is more inclusive of different voices</w:t>
      </w:r>
      <w:r>
        <w:rPr>
          <w:b w:val="0"/>
          <w:i w:val="0"/>
          <w:smallCaps w:val="0"/>
          <w:strike w:val="0"/>
          <w:sz w:val="16"/>
          <w:u w:val="none"/>
        </w:rPr>
        <w:t xml:space="preserve">, </w:t>
      </w:r>
      <w:r>
        <w:rPr>
          <w:b w:val="0"/>
          <w:i w:val="0"/>
          <w:smallCaps w:val="0"/>
          <w:strike w:val="0"/>
          <w:sz w:val="20"/>
          <w:u w:val="single"/>
        </w:rPr>
        <w:t>more tightly networked</w:t>
      </w:r>
      <w:r>
        <w:rPr>
          <w:b w:val="0"/>
          <w:i w:val="0"/>
          <w:smallCaps w:val="0"/>
          <w:strike w:val="0"/>
          <w:sz w:val="16"/>
          <w:u w:val="none"/>
        </w:rPr>
        <w:t xml:space="preserve">, </w:t>
      </w:r>
      <w:r>
        <w:rPr>
          <w:b w:val="0"/>
          <w:i w:val="0"/>
          <w:smallCaps w:val="0"/>
          <w:strike w:val="0"/>
          <w:sz w:val="20"/>
          <w:u w:val="single"/>
        </w:rPr>
        <w:t>as well as more effective in delivering outcomes and hence more trusted</w:t>
      </w:r>
      <w:r>
        <w:rPr>
          <w:b w:val="0"/>
          <w:i w:val="0"/>
          <w:smallCaps w:val="0"/>
          <w:strike w:val="0"/>
          <w:sz w:val="16"/>
          <w:u w:val="none"/>
        </w:rPr>
        <w:t>.</w:t>
      </w:r>
    </w:p>
    <w:p>
      <w:pPr>
        <w:spacing w:after="60"/>
      </w:pPr>
      <w:r>
        <w:rPr>
          <w:b w:val="0"/>
          <w:i w:val="0"/>
          <w:smallCaps w:val="0"/>
          <w:strike w:val="0"/>
          <w:sz w:val="20"/>
          <w:highlight w:val="cyan"/>
          <w:u w:val="single"/>
        </w:rPr>
        <w:t>It does not require a root</w:t>
      </w:r>
      <w:r>
        <w:rPr>
          <w:b w:val="0"/>
          <w:i w:val="0"/>
          <w:smallCaps w:val="0"/>
          <w:strike w:val="0"/>
          <w:sz w:val="20"/>
          <w:u w:val="single"/>
        </w:rPr>
        <w:t xml:space="preserve"> </w:t>
      </w:r>
      <w:r>
        <w:rPr>
          <w:b w:val="0"/>
          <w:i w:val="0"/>
          <w:smallCaps w:val="0"/>
          <w:strike w:val="0"/>
          <w:sz w:val="20"/>
          <w:highlight w:val="cyan"/>
          <w:u w:val="single"/>
        </w:rPr>
        <w:t>and branch reconstruction</w:t>
      </w:r>
      <w:r>
        <w:rPr>
          <w:b w:val="0"/>
          <w:i w:val="0"/>
          <w:smallCaps w:val="0"/>
          <w:strike w:val="0"/>
          <w:sz w:val="20"/>
          <w:u w:val="single"/>
        </w:rPr>
        <w:t xml:space="preserve"> </w:t>
      </w:r>
      <w:r>
        <w:rPr>
          <w:b w:val="0"/>
          <w:i w:val="0"/>
          <w:smallCaps w:val="0"/>
          <w:strike w:val="0"/>
          <w:sz w:val="20"/>
          <w:highlight w:val="cyan"/>
          <w:u w:val="single"/>
        </w:rPr>
        <w:t>of multilateralism</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building </w:t>
      </w:r>
      <w:r>
        <w:rPr>
          <w:b w:val="0"/>
          <w:i w:val="0"/>
          <w:smallCaps w:val="0"/>
          <w:strike w:val="0"/>
          <w:sz w:val="20"/>
          <w:u w:val="single"/>
        </w:rPr>
        <w:t>entirely new institutions</w:t>
      </w:r>
      <w:r>
        <w:rPr>
          <w:b w:val="0"/>
          <w:i w:val="0"/>
          <w:smallCaps w:val="0"/>
          <w:strike w:val="0"/>
          <w:sz w:val="16"/>
          <w:u w:val="none"/>
        </w:rPr>
        <w:t xml:space="preserve">. </w:t>
      </w:r>
      <w:r>
        <w:rPr>
          <w:b w:val="0"/>
          <w:i w:val="0"/>
          <w:smallCaps w:val="0"/>
          <w:strike w:val="0"/>
          <w:sz w:val="20"/>
          <w:u w:val="single"/>
        </w:rPr>
        <w:t xml:space="preserve">But </w:t>
      </w:r>
      <w:r>
        <w:rPr>
          <w:b w:val="0"/>
          <w:i w:val="0"/>
          <w:smallCaps w:val="0"/>
          <w:strike w:val="0"/>
          <w:sz w:val="20"/>
          <w:highlight w:val="cyan"/>
          <w:u w:val="single"/>
        </w:rPr>
        <w:t xml:space="preserve">we have to move with urgency to </w:t>
      </w:r>
      <w:r>
        <w:rPr>
          <w:b/>
          <w:i w:val="0"/>
          <w:smallCaps w:val="0"/>
          <w:strike w:val="0"/>
          <w:sz w:val="20"/>
          <w:highlight w:val="cyan"/>
          <w:u w:val="single"/>
        </w:rPr>
        <w:t>reorient</w:t>
      </w:r>
      <w:r>
        <w:rPr>
          <w:b/>
          <w:i w:val="0"/>
          <w:smallCaps w:val="0"/>
          <w:strike w:val="0"/>
          <w:sz w:val="20"/>
          <w:u w:val="single"/>
        </w:rPr>
        <w:t xml:space="preserve"> </w:t>
      </w:r>
      <w:r>
        <w:rPr>
          <w:b/>
          <w:i w:val="0"/>
          <w:smallCaps w:val="0"/>
          <w:strike w:val="0"/>
          <w:sz w:val="20"/>
          <w:highlight w:val="cyan"/>
          <w:u w:val="single"/>
        </w:rPr>
        <w:t>existing institutions</w:t>
      </w:r>
      <w:r>
        <w:rPr>
          <w:b w:val="0"/>
          <w:i w:val="0"/>
          <w:smallCaps w:val="0"/>
          <w:strike w:val="0"/>
          <w:sz w:val="20"/>
          <w:u w:val="single"/>
        </w:rPr>
        <w:t xml:space="preserve"> for a new era</w:t>
      </w:r>
      <w:r>
        <w:rPr>
          <w:b w:val="0"/>
          <w:i w:val="0"/>
          <w:smallCaps w:val="0"/>
          <w:strike w:val="0"/>
          <w:sz w:val="16"/>
          <w:u w:val="none"/>
        </w:rPr>
        <w:t xml:space="preserve">, </w:t>
      </w:r>
      <w:r>
        <w:rPr>
          <w:b w:val="0"/>
          <w:i w:val="0"/>
          <w:smallCaps w:val="0"/>
          <w:strike w:val="0"/>
          <w:sz w:val="20"/>
          <w:u w:val="single"/>
        </w:rPr>
        <w:t>devise</w:t>
      </w:r>
      <w:r>
        <w:rPr>
          <w:b w:val="0"/>
          <w:i w:val="0"/>
          <w:smallCaps w:val="0"/>
          <w:strike w:val="0"/>
          <w:sz w:val="16"/>
          <w:u w:val="none"/>
        </w:rPr>
        <w:t xml:space="preserve"> </w:t>
      </w:r>
      <w:r>
        <w:rPr>
          <w:b/>
          <w:i w:val="0"/>
          <w:smallCaps w:val="0"/>
          <w:strike w:val="0"/>
          <w:sz w:val="20"/>
          <w:u w:val="single"/>
        </w:rPr>
        <w:t>new mechanisms</w:t>
      </w:r>
      <w:r>
        <w:rPr>
          <w:b w:val="0"/>
          <w:i w:val="0"/>
          <w:smallCaps w:val="0"/>
          <w:strike w:val="0"/>
          <w:sz w:val="16"/>
          <w:u w:val="none"/>
        </w:rPr>
        <w:t xml:space="preserve"> </w:t>
      </w:r>
      <w:r>
        <w:rPr>
          <w:b w:val="0"/>
          <w:i w:val="0"/>
          <w:smallCaps w:val="0"/>
          <w:strike w:val="0"/>
          <w:sz w:val="20"/>
          <w:u w:val="single"/>
        </w:rPr>
        <w:t>for</w:t>
      </w:r>
      <w:r>
        <w:rPr>
          <w:b w:val="0"/>
          <w:i w:val="0"/>
          <w:smallCaps w:val="0"/>
          <w:strike w:val="0"/>
          <w:sz w:val="16"/>
          <w:u w:val="none"/>
        </w:rPr>
        <w:t xml:space="preserve"> networked </w:t>
      </w:r>
      <w:r>
        <w:rPr>
          <w:b w:val="0"/>
          <w:i w:val="0"/>
          <w:smallCaps w:val="0"/>
          <w:strike w:val="0"/>
          <w:sz w:val="20"/>
          <w:u w:val="single"/>
        </w:rPr>
        <w:t>cooperation among the multilaterals</w:t>
      </w:r>
      <w:r>
        <w:rPr>
          <w:b w:val="0"/>
          <w:i w:val="0"/>
          <w:smallCaps w:val="0"/>
          <w:strike w:val="0"/>
          <w:sz w:val="16"/>
          <w:u w:val="none"/>
        </w:rPr>
        <w:t xml:space="preserve"> </w:t>
      </w:r>
      <w:r>
        <w:rPr>
          <w:b w:val="0"/>
          <w:i w:val="0"/>
          <w:smallCaps w:val="0"/>
          <w:strike w:val="0"/>
          <w:sz w:val="20"/>
          <w:u w:val="single"/>
        </w:rPr>
        <w:t>and other institutions</w:t>
      </w:r>
      <w:r>
        <w:rPr>
          <w:b w:val="0"/>
          <w:i w:val="0"/>
          <w:smallCaps w:val="0"/>
          <w:strike w:val="0"/>
          <w:sz w:val="16"/>
          <w:u w:val="none"/>
        </w:rPr>
        <w:t xml:space="preserve"> including non-state players, and pool resources in ways that can meet both nations’ collective interests and self-interests more effectively.</w:t>
      </w:r>
    </w:p>
    <w:p>
      <w:pPr>
        <w:spacing w:after="60"/>
      </w:pPr>
      <w:r>
        <w:rPr>
          <w:b w:val="0"/>
          <w:i w:val="0"/>
          <w:smallCaps w:val="0"/>
          <w:strike w:val="0"/>
          <w:sz w:val="16"/>
          <w:u w:val="none"/>
        </w:rPr>
        <w:t xml:space="preserve">First, </w:t>
      </w:r>
      <w:r>
        <w:rPr>
          <w:b w:val="0"/>
          <w:i w:val="0"/>
          <w:smallCaps w:val="0"/>
          <w:strike w:val="0"/>
          <w:sz w:val="20"/>
          <w:highlight w:val="cyan"/>
          <w:u w:val="single"/>
        </w:rPr>
        <w:t xml:space="preserve">we need </w:t>
      </w:r>
      <w:r>
        <w:rPr>
          <w:b/>
          <w:i w:val="0"/>
          <w:smallCaps w:val="0"/>
          <w:strike w:val="0"/>
          <w:sz w:val="20"/>
          <w:highlight w:val="cyan"/>
          <w:u w:val="single"/>
        </w:rPr>
        <w:t>new thinking</w:t>
      </w:r>
      <w:r>
        <w:rPr>
          <w:b w:val="0"/>
          <w:i w:val="0"/>
          <w:smallCaps w:val="0"/>
          <w:strike w:val="0"/>
          <w:sz w:val="20"/>
          <w:u w:val="single"/>
        </w:rPr>
        <w:t xml:space="preserve"> </w:t>
      </w:r>
      <w:r>
        <w:rPr>
          <w:b w:val="0"/>
          <w:i w:val="0"/>
          <w:smallCaps w:val="0"/>
          <w:strike w:val="0"/>
          <w:sz w:val="20"/>
          <w:highlight w:val="cyan"/>
          <w:u w:val="single"/>
        </w:rPr>
        <w:t xml:space="preserve">on the </w:t>
      </w:r>
      <w:r>
        <w:rPr>
          <w:b/>
          <w:i w:val="0"/>
          <w:smallCaps w:val="0"/>
          <w:strike w:val="0"/>
          <w:sz w:val="20"/>
          <w:highlight w:val="cyan"/>
          <w:u w:val="single"/>
        </w:rPr>
        <w:t>global commons</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u w:val="single"/>
        </w:rPr>
        <w:t>We must view money spent on strengthening them not as aid to the rest of the world but as an investment that benefits nations both rich and poor many times over</w:t>
      </w:r>
      <w:r>
        <w:rPr>
          <w:b w:val="0"/>
          <w:i w:val="0"/>
          <w:smallCaps w:val="0"/>
          <w:strike w:val="0"/>
          <w:sz w:val="16"/>
          <w:u w:val="none"/>
        </w:rPr>
        <w:t xml:space="preserve">. As the G20 High Level Independent Panel on financing pandemic security showed, the additional international investment required to plug major global gaps in preparedness, with contributions fairly distributed across countries, will not only be affordable for all but also enable us to avoid costs that would be several hundred times larger if we fail to act together to prevent another pandemic. The longstanding aversion to collective investment in pandemic preparedness reflects political myopia and financial imprudence, which </w:t>
      </w:r>
      <w:r>
        <w:rPr>
          <w:b w:val="0"/>
          <w:i w:val="0"/>
          <w:smallCaps w:val="0"/>
          <w:strike w:val="0"/>
          <w:sz w:val="20"/>
          <w:u w:val="single"/>
        </w:rPr>
        <w:t>we must overcome urgently</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