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sixth extinction crisis can be </w:t>
      </w:r>
      <w:r>
        <w:rPr>
          <w:b/>
          <w:i w:val="0"/>
          <w:smallCaps w:val="0"/>
          <w:strike w:val="0"/>
          <w:sz w:val="24"/>
          <w:u w:val="single"/>
        </w:rPr>
        <w:t>stopped</w:t>
      </w:r>
      <w:r>
        <w:rPr>
          <w:b/>
          <w:i w:val="0"/>
          <w:smallCaps w:val="0"/>
          <w:strike w:val="0"/>
          <w:sz w:val="24"/>
          <w:u w:val="none"/>
        </w:rPr>
        <w:t xml:space="preserve">, but only through </w:t>
      </w:r>
      <w:r>
        <w:rPr>
          <w:b/>
          <w:i w:val="0"/>
          <w:smallCaps w:val="0"/>
          <w:strike w:val="0"/>
          <w:sz w:val="24"/>
          <w:u w:val="single"/>
        </w:rPr>
        <w:t>assisted breeding</w:t>
      </w:r>
      <w:r>
        <w:rPr>
          <w:b/>
          <w:i w:val="0"/>
          <w:smallCaps w:val="0"/>
          <w:strike w:val="0"/>
          <w:sz w:val="24"/>
          <w:u w:val="none"/>
        </w:rPr>
        <w:t xml:space="preserve"> and </w:t>
      </w:r>
      <w:r>
        <w:rPr>
          <w:b/>
          <w:i w:val="0"/>
          <w:smallCaps w:val="0"/>
          <w:strike w:val="0"/>
          <w:sz w:val="24"/>
          <w:u w:val="single"/>
        </w:rPr>
        <w:t>de-extinction</w:t>
      </w:r>
      <w:r>
        <w:rPr>
          <w:b/>
          <w:i w:val="0"/>
          <w:smallCaps w:val="0"/>
          <w:strike w:val="0"/>
          <w:sz w:val="24"/>
          <w:u w:val="none"/>
        </w:rPr>
        <w:t xml:space="preserve"> initiatives.</w:t>
      </w:r>
    </w:p>
    <w:p>
      <w:pPr>
        <w:spacing w:after="80"/>
      </w:pPr>
      <w:r>
        <w:rPr>
          <w:b w:val="0"/>
          <w:i w:val="0"/>
          <w:smallCaps w:val="0"/>
          <w:strike w:val="0"/>
          <w:sz w:val="16"/>
          <w:u w:val="none"/>
        </w:rPr>
        <w:t xml:space="preserve">Ben </w:t>
      </w:r>
      <w:r>
        <w:rPr>
          <w:b/>
          <w:i w:val="0"/>
          <w:smallCaps w:val="0"/>
          <w:strike w:val="0"/>
          <w:sz w:val="24"/>
          <w:u w:val="none"/>
        </w:rPr>
        <w:t>Lamm 23</w:t>
      </w:r>
      <w:r>
        <w:rPr>
          <w:b w:val="0"/>
          <w:i w:val="0"/>
          <w:smallCaps w:val="0"/>
          <w:strike w:val="0"/>
          <w:sz w:val="16"/>
          <w:u w:val="none"/>
        </w:rPr>
        <w:t xml:space="preserve">, Chief Executive Officer, Colossal Biosciences, 2/10/23, </w:t>
      </w:r>
      <w:r>
        <w:rPr>
          <w:b w:val="0"/>
          <w:i/>
          <w:smallCaps w:val="0"/>
          <w:strike w:val="0"/>
          <w:sz w:val="16"/>
          <w:u w:val="none"/>
        </w:rPr>
        <w:t>World Economic Forum</w:t>
      </w:r>
      <w:r>
        <w:rPr>
          <w:b w:val="0"/>
          <w:i w:val="0"/>
          <w:smallCaps w:val="0"/>
          <w:strike w:val="0"/>
          <w:sz w:val="16"/>
          <w:u w:val="none"/>
        </w:rPr>
        <w:t xml:space="preserve">, “How the sixth extinction crisis can be stalled – or even stopped”, </w:t>
      </w:r>
      <w:r>
        <w:rPr>
          <w:b w:val="0"/>
          <w:i w:val="0"/>
          <w:smallCaps w:val="0"/>
          <w:strike w:val="0"/>
          <w:sz w:val="16"/>
          <w:u w:val="none"/>
        </w:rPr>
        <w:t>https://www.weforum.org/agenda/2023/02/how-to-stop-sixth-extinction-crisis/</w:t>
      </w:r>
      <w:r>
        <w:rPr>
          <w:b w:val="0"/>
          <w:i w:val="0"/>
          <w:smallCaps w:val="0"/>
          <w:strike w:val="0"/>
          <w:sz w:val="16"/>
          <w:u w:val="none"/>
        </w:rPr>
        <w:t>, kcab</w:t>
      </w:r>
    </w:p>
    <w:p>
      <w:pPr>
        <w:spacing w:after="60"/>
      </w:pPr>
      <w:r>
        <w:rPr>
          <w:b w:val="0"/>
          <w:i w:val="0"/>
          <w:smallCaps w:val="0"/>
          <w:strike w:val="0"/>
          <w:sz w:val="20"/>
          <w:highlight w:val="cyan"/>
          <w:u w:val="single"/>
        </w:rPr>
        <w:t xml:space="preserve">The world has entered the </w:t>
      </w:r>
      <w:r>
        <w:rPr>
          <w:b/>
          <w:i w:val="0"/>
          <w:smallCaps w:val="0"/>
          <w:strike w:val="0"/>
          <w:sz w:val="20"/>
          <w:highlight w:val="cyan"/>
          <w:u w:val="single"/>
        </w:rPr>
        <w:t>sixth extinction crisis</w:t>
      </w:r>
      <w:r>
        <w:rPr>
          <w:b w:val="0"/>
          <w:i w:val="0"/>
          <w:smallCaps w:val="0"/>
          <w:strike w:val="0"/>
          <w:sz w:val="20"/>
          <w:u w:val="single"/>
        </w:rPr>
        <w:t xml:space="preserve"> with the </w:t>
      </w:r>
      <w:r>
        <w:rPr>
          <w:b/>
          <w:i w:val="0"/>
          <w:smallCaps w:val="0"/>
          <w:strike w:val="0"/>
          <w:sz w:val="20"/>
          <w:u w:val="single"/>
        </w:rPr>
        <w:t>loss of species</w:t>
      </w:r>
      <w:r>
        <w:rPr>
          <w:b w:val="0"/>
          <w:i w:val="0"/>
          <w:smallCaps w:val="0"/>
          <w:strike w:val="0"/>
          <w:sz w:val="20"/>
          <w:u w:val="single"/>
        </w:rPr>
        <w:t xml:space="preserve"> having a devastating impact on the biodiversity crucial to human survival</w:t>
      </w:r>
      <w:r>
        <w:rPr>
          <w:b w:val="0"/>
          <w:i w:val="0"/>
          <w:smallCaps w:val="0"/>
          <w:strike w:val="0"/>
          <w:sz w:val="16"/>
          <w:u w:val="none"/>
        </w:rPr>
        <w:t>.</w:t>
      </w:r>
    </w:p>
    <w:p>
      <w:pPr>
        <w:spacing w:after="60"/>
      </w:pPr>
      <w:r>
        <w:rPr>
          <w:b w:val="0"/>
          <w:i w:val="0"/>
          <w:smallCaps w:val="0"/>
          <w:strike w:val="0"/>
          <w:sz w:val="20"/>
          <w:u w:val="single"/>
        </w:rPr>
        <w:t xml:space="preserve">The process of </w:t>
      </w:r>
      <w:r>
        <w:rPr>
          <w:b w:val="0"/>
          <w:i w:val="0"/>
          <w:smallCaps w:val="0"/>
          <w:strike w:val="0"/>
          <w:sz w:val="20"/>
          <w:highlight w:val="cyan"/>
          <w:u w:val="single"/>
        </w:rPr>
        <w:t>extinction</w:t>
      </w:r>
      <w:r>
        <w:rPr>
          <w:b w:val="0"/>
          <w:i w:val="0"/>
          <w:smallCaps w:val="0"/>
          <w:strike w:val="0"/>
          <w:sz w:val="20"/>
          <w:u w:val="single"/>
        </w:rPr>
        <w:t xml:space="preserve"> </w:t>
      </w:r>
      <w:r>
        <w:rPr>
          <w:b w:val="0"/>
          <w:i w:val="0"/>
          <w:smallCaps w:val="0"/>
          <w:strike w:val="0"/>
          <w:sz w:val="20"/>
          <w:highlight w:val="cyan"/>
          <w:u w:val="single"/>
        </w:rPr>
        <w:t>can</w:t>
      </w:r>
      <w:r>
        <w:rPr>
          <w:b w:val="0"/>
          <w:i w:val="0"/>
          <w:smallCaps w:val="0"/>
          <w:strike w:val="0"/>
          <w:sz w:val="20"/>
          <w:u w:val="single"/>
        </w:rPr>
        <w:t xml:space="preserve"> </w:t>
      </w:r>
      <w:r>
        <w:rPr>
          <w:b w:val="0"/>
          <w:i w:val="0"/>
          <w:smallCaps w:val="0"/>
          <w:strike w:val="0"/>
          <w:sz w:val="20"/>
          <w:highlight w:val="cyan"/>
          <w:u w:val="single"/>
        </w:rPr>
        <w:t xml:space="preserve">be </w:t>
      </w:r>
      <w:r>
        <w:rPr>
          <w:b/>
          <w:i w:val="0"/>
          <w:smallCaps w:val="0"/>
          <w:strike w:val="0"/>
          <w:sz w:val="20"/>
          <w:highlight w:val="cyan"/>
          <w:u w:val="single"/>
        </w:rPr>
        <w:t>stopped by building</w:t>
      </w:r>
      <w:r>
        <w:rPr>
          <w:b/>
          <w:i w:val="0"/>
          <w:smallCaps w:val="0"/>
          <w:strike w:val="0"/>
          <w:sz w:val="20"/>
          <w:u w:val="single"/>
        </w:rPr>
        <w:t xml:space="preserve"> </w:t>
      </w:r>
      <w:r>
        <w:rPr>
          <w:b/>
          <w:i w:val="0"/>
          <w:smallCaps w:val="0"/>
          <w:strike w:val="0"/>
          <w:sz w:val="20"/>
          <w:highlight w:val="cyan"/>
          <w:u w:val="single"/>
        </w:rPr>
        <w:t>tech</w:t>
      </w:r>
      <w:r>
        <w:rPr>
          <w:b/>
          <w:i w:val="0"/>
          <w:smallCaps w:val="0"/>
          <w:strike w:val="0"/>
          <w:sz w:val="20"/>
          <w:u w:val="single"/>
        </w:rPr>
        <w:t>nology</w:t>
      </w:r>
      <w:r>
        <w:rPr>
          <w:b w:val="0"/>
          <w:i w:val="0"/>
          <w:smallCaps w:val="0"/>
          <w:strike w:val="0"/>
          <w:sz w:val="16"/>
          <w:u w:val="none"/>
        </w:rPr>
        <w:t xml:space="preserve">, </w:t>
      </w:r>
      <w:r>
        <w:rPr>
          <w:b w:val="0"/>
          <w:i w:val="0"/>
          <w:smallCaps w:val="0"/>
          <w:strike w:val="0"/>
          <w:sz w:val="20"/>
          <w:u w:val="single"/>
        </w:rPr>
        <w:t>solutions and processes that can help us secure animal DNA and begin to reverse the damage created by humans</w:t>
      </w:r>
      <w:r>
        <w:rPr>
          <w:b w:val="0"/>
          <w:i w:val="0"/>
          <w:smallCaps w:val="0"/>
          <w:strike w:val="0"/>
          <w:sz w:val="16"/>
          <w:u w:val="none"/>
        </w:rPr>
        <w:t>.</w:t>
      </w:r>
    </w:p>
    <w:p>
      <w:pPr>
        <w:spacing w:after="60"/>
      </w:pPr>
      <w:r>
        <w:rPr>
          <w:b/>
          <w:i w:val="0"/>
          <w:smallCaps w:val="0"/>
          <w:strike w:val="0"/>
          <w:sz w:val="20"/>
          <w:highlight w:val="cyan"/>
          <w:u w:val="single"/>
        </w:rPr>
        <w:t>Assisted breeding</w:t>
      </w:r>
      <w:r>
        <w:rPr>
          <w:b w:val="0"/>
          <w:i w:val="0"/>
          <w:smallCaps w:val="0"/>
          <w:strike w:val="0"/>
          <w:sz w:val="16"/>
          <w:u w:val="none"/>
        </w:rPr>
        <w:t xml:space="preserve">, </w:t>
      </w:r>
      <w:r>
        <w:rPr>
          <w:b w:val="0"/>
          <w:i w:val="0"/>
          <w:smallCaps w:val="0"/>
          <w:strike w:val="0"/>
          <w:sz w:val="20"/>
          <w:highlight w:val="cyan"/>
          <w:u w:val="single"/>
        </w:rPr>
        <w:t>cloning and genome editing</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w:t>
      </w:r>
      <w:r>
        <w:rPr>
          <w:b w:val="0"/>
          <w:i w:val="0"/>
          <w:smallCaps w:val="0"/>
          <w:strike w:val="0"/>
          <w:sz w:val="20"/>
          <w:highlight w:val="cyan"/>
          <w:u w:val="single"/>
        </w:rPr>
        <w:t>synthetic genomics</w:t>
      </w:r>
      <w:r>
        <w:rPr>
          <w:b w:val="0"/>
          <w:i w:val="0"/>
          <w:smallCaps w:val="0"/>
          <w:strike w:val="0"/>
          <w:sz w:val="20"/>
          <w:u w:val="single"/>
        </w:rPr>
        <w:t xml:space="preserve"> can all </w:t>
      </w:r>
      <w:r>
        <w:rPr>
          <w:b/>
          <w:i w:val="0"/>
          <w:smallCaps w:val="0"/>
          <w:strike w:val="0"/>
          <w:sz w:val="20"/>
          <w:u w:val="single"/>
        </w:rPr>
        <w:t>aid de-extinction</w:t>
      </w:r>
      <w:r>
        <w:rPr>
          <w:b w:val="0"/>
          <w:i w:val="0"/>
          <w:smallCaps w:val="0"/>
          <w:strike w:val="0"/>
          <w:sz w:val="16"/>
          <w:u w:val="none"/>
        </w:rPr>
        <w:t>.</w:t>
      </w:r>
    </w:p>
    <w:p>
      <w:pPr>
        <w:spacing w:after="60"/>
      </w:pPr>
      <w:r>
        <w:rPr>
          <w:b w:val="0"/>
          <w:i w:val="0"/>
          <w:smallCaps w:val="0"/>
          <w:strike w:val="0"/>
          <w:sz w:val="20"/>
          <w:u w:val="single"/>
        </w:rPr>
        <w:t>The environment around us is rapidly changing</w:t>
      </w:r>
      <w:r>
        <w:rPr>
          <w:b w:val="0"/>
          <w:i w:val="0"/>
          <w:smallCaps w:val="0"/>
          <w:strike w:val="0"/>
          <w:sz w:val="16"/>
          <w:u w:val="none"/>
        </w:rPr>
        <w:t xml:space="preserve">. Experts estimate that the loss of species we are seeing today is between 1,000 and 10,000 times higher than the natural extinction rate. </w:t>
      </w:r>
      <w:r>
        <w:rPr>
          <w:b w:val="0"/>
          <w:i w:val="0"/>
          <w:smallCaps w:val="0"/>
          <w:strike w:val="0"/>
          <w:sz w:val="20"/>
          <w:u w:val="single"/>
        </w:rPr>
        <w:t>This is the sixth extinction crisis</w:t>
      </w:r>
      <w:r>
        <w:rPr>
          <w:b w:val="0"/>
          <w:i w:val="0"/>
          <w:smallCaps w:val="0"/>
          <w:strike w:val="0"/>
          <w:sz w:val="16"/>
          <w:u w:val="none"/>
        </w:rPr>
        <w:t xml:space="preserve">. While </w:t>
      </w:r>
      <w:r>
        <w:rPr>
          <w:b w:val="0"/>
          <w:i w:val="0"/>
          <w:smallCaps w:val="0"/>
          <w:strike w:val="0"/>
          <w:sz w:val="20"/>
          <w:u w:val="single"/>
        </w:rPr>
        <w:t>you may never notice some of those species</w:t>
      </w:r>
      <w:r>
        <w:rPr>
          <w:b w:val="0"/>
          <w:i w:val="0"/>
          <w:smallCaps w:val="0"/>
          <w:strike w:val="0"/>
          <w:sz w:val="16"/>
          <w:u w:val="none"/>
        </w:rPr>
        <w:t xml:space="preserve">, </w:t>
      </w:r>
      <w:r>
        <w:rPr>
          <w:b w:val="0"/>
          <w:i w:val="0"/>
          <w:smallCaps w:val="0"/>
          <w:strike w:val="0"/>
          <w:sz w:val="20"/>
          <w:u w:val="single"/>
        </w:rPr>
        <w:t>each</w:t>
      </w:r>
      <w:r>
        <w:rPr>
          <w:b w:val="0"/>
          <w:i w:val="0"/>
          <w:smallCaps w:val="0"/>
          <w:strike w:val="0"/>
          <w:sz w:val="16"/>
          <w:u w:val="none"/>
        </w:rPr>
        <w:t xml:space="preserve"> play</w:t>
      </w:r>
      <w:r>
        <w:rPr>
          <w:b w:val="0"/>
          <w:i w:val="0"/>
          <w:smallCaps w:val="0"/>
          <w:strike w:val="0"/>
          <w:sz w:val="20"/>
          <w:u w:val="single"/>
        </w:rPr>
        <w:t>s an important role in maintaining the diverse ecosystems that are central to human existenc</w:t>
      </w:r>
      <w:r>
        <w:rPr>
          <w:b w:val="0"/>
          <w:i w:val="0"/>
          <w:smallCaps w:val="0"/>
          <w:strike w:val="0"/>
          <w:sz w:val="16"/>
          <w:u w:val="none"/>
        </w:rPr>
        <w:t>e.</w:t>
      </w:r>
    </w:p>
    <w:p>
      <w:pPr>
        <w:spacing w:after="60"/>
      </w:pPr>
      <w:r>
        <w:rPr>
          <w:b/>
          <w:i w:val="0"/>
          <w:smallCaps w:val="0"/>
          <w:strike w:val="0"/>
          <w:sz w:val="20"/>
          <w:u w:val="single"/>
        </w:rPr>
        <w:t>Why diverse ecosystems matter</w:t>
      </w:r>
    </w:p>
    <w:p>
      <w:pPr>
        <w:spacing w:after="60"/>
      </w:pPr>
      <w:r>
        <w:rPr>
          <w:b w:val="0"/>
          <w:i w:val="0"/>
          <w:smallCaps w:val="0"/>
          <w:strike w:val="0"/>
          <w:sz w:val="16"/>
          <w:u w:val="none"/>
        </w:rPr>
        <w:t>“</w:t>
      </w:r>
      <w:r>
        <w:rPr>
          <w:b w:val="0"/>
          <w:i w:val="0"/>
          <w:smallCaps w:val="0"/>
          <w:strike w:val="0"/>
          <w:sz w:val="20"/>
          <w:u w:val="single"/>
        </w:rPr>
        <w:t xml:space="preserve">Biodiversity supports </w:t>
      </w:r>
      <w:r>
        <w:rPr>
          <w:b/>
          <w:i w:val="0"/>
          <w:smallCaps w:val="0"/>
          <w:strike w:val="0"/>
          <w:sz w:val="20"/>
          <w:u w:val="single"/>
        </w:rPr>
        <w:t>human</w:t>
      </w:r>
      <w:r>
        <w:rPr>
          <w:b w:val="0"/>
          <w:i w:val="0"/>
          <w:smallCaps w:val="0"/>
          <w:strike w:val="0"/>
          <w:sz w:val="20"/>
          <w:u w:val="single"/>
        </w:rPr>
        <w:t xml:space="preserve"> and </w:t>
      </w:r>
      <w:r>
        <w:rPr>
          <w:b/>
          <w:i w:val="0"/>
          <w:smallCaps w:val="0"/>
          <w:strike w:val="0"/>
          <w:sz w:val="20"/>
          <w:u w:val="single"/>
        </w:rPr>
        <w:t>societal needs</w:t>
      </w:r>
      <w:r>
        <w:rPr>
          <w:b w:val="0"/>
          <w:i w:val="0"/>
          <w:smallCaps w:val="0"/>
          <w:strike w:val="0"/>
          <w:sz w:val="16"/>
          <w:u w:val="none"/>
        </w:rPr>
        <w:t xml:space="preserve">, </w:t>
      </w:r>
      <w:r>
        <w:rPr>
          <w:b w:val="0"/>
          <w:i w:val="0"/>
          <w:smallCaps w:val="0"/>
          <w:strike w:val="0"/>
          <w:sz w:val="20"/>
          <w:u w:val="single"/>
        </w:rPr>
        <w:t>including food and nutrition security</w:t>
      </w:r>
      <w:r>
        <w:rPr>
          <w:b w:val="0"/>
          <w:i w:val="0"/>
          <w:smallCaps w:val="0"/>
          <w:strike w:val="0"/>
          <w:sz w:val="16"/>
          <w:u w:val="none"/>
        </w:rPr>
        <w:t xml:space="preserve">, </w:t>
      </w:r>
      <w:r>
        <w:rPr>
          <w:b w:val="0"/>
          <w:i w:val="0"/>
          <w:smallCaps w:val="0"/>
          <w:strike w:val="0"/>
          <w:sz w:val="20"/>
          <w:u w:val="single"/>
        </w:rPr>
        <w:t>energy</w:t>
      </w:r>
      <w:r>
        <w:rPr>
          <w:b w:val="0"/>
          <w:i w:val="0"/>
          <w:smallCaps w:val="0"/>
          <w:strike w:val="0"/>
          <w:sz w:val="16"/>
          <w:u w:val="none"/>
        </w:rPr>
        <w:t xml:space="preserve">, </w:t>
      </w:r>
      <w:r>
        <w:rPr>
          <w:b w:val="0"/>
          <w:i w:val="0"/>
          <w:smallCaps w:val="0"/>
          <w:strike w:val="0"/>
          <w:sz w:val="20"/>
          <w:u w:val="single"/>
        </w:rPr>
        <w:t>development of medicines and pharmaceuticals and freshwater</w:t>
      </w:r>
      <w:r>
        <w:rPr>
          <w:b w:val="0"/>
          <w:i w:val="0"/>
          <w:smallCaps w:val="0"/>
          <w:strike w:val="0"/>
          <w:sz w:val="16"/>
          <w:u w:val="none"/>
        </w:rPr>
        <w:t xml:space="preserve">, </w:t>
      </w:r>
      <w:r>
        <w:rPr>
          <w:b w:val="0"/>
          <w:i w:val="0"/>
          <w:smallCaps w:val="0"/>
          <w:strike w:val="0"/>
          <w:sz w:val="20"/>
          <w:u w:val="single"/>
        </w:rPr>
        <w:t xml:space="preserve">which together </w:t>
      </w:r>
      <w:r>
        <w:rPr>
          <w:b/>
          <w:i w:val="0"/>
          <w:smallCaps w:val="0"/>
          <w:strike w:val="0"/>
          <w:sz w:val="20"/>
          <w:u w:val="single"/>
        </w:rPr>
        <w:t>underpin good health</w:t>
      </w:r>
      <w:r>
        <w:rPr>
          <w:b w:val="0"/>
          <w:i w:val="0"/>
          <w:smallCaps w:val="0"/>
          <w:strike w:val="0"/>
          <w:sz w:val="16"/>
          <w:u w:val="none"/>
        </w:rPr>
        <w:t>. It also supports economic opportunities, and leisure activities that contribute to overall well-being,” says the World Health Organization.</w:t>
      </w:r>
    </w:p>
    <w:p>
      <w:pPr>
        <w:spacing w:after="60"/>
      </w:pPr>
      <w:r>
        <w:rPr>
          <w:b w:val="0"/>
          <w:i w:val="0"/>
          <w:smallCaps w:val="0"/>
          <w:strike w:val="0"/>
          <w:sz w:val="20"/>
          <w:u w:val="single"/>
        </w:rPr>
        <w:t>Number of Threatened Species is</w:t>
      </w:r>
      <w:r>
        <w:rPr>
          <w:b w:val="0"/>
          <w:i w:val="0"/>
          <w:smallCaps w:val="0"/>
          <w:strike w:val="0"/>
          <w:sz w:val="16"/>
          <w:u w:val="none"/>
        </w:rPr>
        <w:t xml:space="preserve"> </w:t>
      </w:r>
      <w:r>
        <w:rPr>
          <w:b w:val="0"/>
          <w:i w:val="0"/>
          <w:smallCaps w:val="0"/>
          <w:strike w:val="0"/>
          <w:sz w:val="20"/>
          <w:u w:val="single"/>
        </w:rPr>
        <w:t>Rising</w:t>
      </w:r>
    </w:p>
    <w:p>
      <w:pPr>
        <w:spacing w:after="60"/>
      </w:pPr>
      <w:r>
        <w:rPr>
          <w:b w:val="0"/>
          <w:i w:val="0"/>
          <w:smallCaps w:val="0"/>
          <w:strike w:val="0"/>
          <w:sz w:val="16"/>
          <w:u w:val="none"/>
        </w:rPr>
        <w:t>The number of species under threat of extinction is rising.</w:t>
      </w:r>
    </w:p>
    <w:p>
      <w:pPr>
        <w:spacing w:after="60"/>
      </w:pPr>
      <w:r>
        <w:rPr>
          <w:b w:val="0"/>
          <w:i w:val="0"/>
          <w:smallCaps w:val="0"/>
          <w:strike w:val="0"/>
          <w:sz w:val="16"/>
          <w:u w:val="none"/>
        </w:rPr>
        <w:t>Image: Statista</w:t>
      </w:r>
    </w:p>
    <w:p>
      <w:pPr>
        <w:spacing w:after="60"/>
      </w:pPr>
      <w:r>
        <w:rPr>
          <w:b w:val="0"/>
          <w:i w:val="0"/>
          <w:smallCaps w:val="0"/>
          <w:strike w:val="0"/>
          <w:sz w:val="16"/>
          <w:u w:val="none"/>
        </w:rPr>
        <w:t xml:space="preserve">On a more acute level, </w:t>
      </w:r>
      <w:r>
        <w:rPr>
          <w:b w:val="0"/>
          <w:i w:val="0"/>
          <w:smallCaps w:val="0"/>
          <w:strike w:val="0"/>
          <w:sz w:val="20"/>
          <w:u w:val="single"/>
        </w:rPr>
        <w:t>changes that affect how ecosystems function or cause significant disruptions to ecosystems can damage our capacity for discovering chemicals and genes within nature that can provide humans with numerous health benefits</w:t>
      </w:r>
      <w:r>
        <w:rPr>
          <w:b w:val="0"/>
          <w:i w:val="0"/>
          <w:smallCaps w:val="0"/>
          <w:strike w:val="0"/>
          <w:sz w:val="16"/>
          <w:u w:val="none"/>
        </w:rPr>
        <w:t>.</w:t>
      </w:r>
    </w:p>
    <w:p>
      <w:pPr>
        <w:spacing w:after="60"/>
      </w:pPr>
      <w:r>
        <w:rPr>
          <w:b w:val="0"/>
          <w:i w:val="0"/>
          <w:smallCaps w:val="0"/>
          <w:strike w:val="0"/>
          <w:sz w:val="16"/>
          <w:u w:val="none"/>
        </w:rPr>
        <w:t xml:space="preserve">We are also destroying food chains and habitats that are required for human survival. </w:t>
      </w:r>
      <w:r>
        <w:rPr>
          <w:b w:val="0"/>
          <w:i w:val="0"/>
          <w:smallCaps w:val="0"/>
          <w:strike w:val="0"/>
          <w:sz w:val="20"/>
          <w:u w:val="single"/>
        </w:rPr>
        <w:t>The less diverse our ecosystems are</w:t>
      </w:r>
      <w:r>
        <w:rPr>
          <w:b w:val="0"/>
          <w:i w:val="0"/>
          <w:smallCaps w:val="0"/>
          <w:strike w:val="0"/>
          <w:sz w:val="16"/>
          <w:u w:val="none"/>
        </w:rPr>
        <w:t xml:space="preserve">, </w:t>
      </w:r>
      <w:r>
        <w:rPr>
          <w:b w:val="0"/>
          <w:i w:val="0"/>
          <w:smallCaps w:val="0"/>
          <w:strike w:val="0"/>
          <w:sz w:val="20"/>
          <w:u w:val="single"/>
        </w:rPr>
        <w:t xml:space="preserve">the less able they are to </w:t>
      </w:r>
      <w:r>
        <w:rPr>
          <w:b/>
          <w:i w:val="0"/>
          <w:smallCaps w:val="0"/>
          <w:strike w:val="0"/>
          <w:sz w:val="20"/>
          <w:highlight w:val="cyan"/>
          <w:u w:val="single"/>
        </w:rPr>
        <w:t>provide food</w:t>
      </w:r>
      <w:r>
        <w:rPr>
          <w:b w:val="0"/>
          <w:i w:val="0"/>
          <w:smallCaps w:val="0"/>
          <w:strike w:val="0"/>
          <w:sz w:val="16"/>
          <w:u w:val="none"/>
        </w:rPr>
        <w:t xml:space="preserve">, </w:t>
      </w:r>
      <w:r>
        <w:rPr>
          <w:b/>
          <w:i w:val="0"/>
          <w:smallCaps w:val="0"/>
          <w:strike w:val="0"/>
          <w:sz w:val="20"/>
          <w:highlight w:val="cyan"/>
          <w:u w:val="single"/>
        </w:rPr>
        <w:t>shelter</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u w:val="none"/>
        </w:rPr>
        <w:t xml:space="preserve"> </w:t>
      </w:r>
      <w:r>
        <w:rPr>
          <w:b/>
          <w:i w:val="0"/>
          <w:smallCaps w:val="0"/>
          <w:strike w:val="0"/>
          <w:sz w:val="20"/>
          <w:highlight w:val="cyan"/>
          <w:u w:val="single"/>
        </w:rPr>
        <w:t>support for the human species</w:t>
      </w:r>
      <w:r>
        <w:rPr>
          <w:b w:val="0"/>
          <w:i w:val="0"/>
          <w:smallCaps w:val="0"/>
          <w:strike w:val="0"/>
          <w:sz w:val="16"/>
          <w:u w:val="none"/>
        </w:rPr>
        <w:t>.</w:t>
      </w:r>
    </w:p>
    <w:p>
      <w:pPr>
        <w:spacing w:after="60"/>
      </w:pPr>
      <w:r>
        <w:rPr>
          <w:b w:val="0"/>
          <w:i w:val="0"/>
          <w:smallCaps w:val="0"/>
          <w:strike w:val="0"/>
          <w:sz w:val="16"/>
          <w:u w:val="none"/>
        </w:rPr>
        <w:t>Have you read?</w:t>
      </w:r>
    </w:p>
    <w:p>
      <w:pPr>
        <w:spacing w:after="60"/>
      </w:pPr>
      <w:r>
        <w:rPr>
          <w:b w:val="0"/>
          <w:i w:val="0"/>
          <w:smallCaps w:val="0"/>
          <w:strike w:val="0"/>
          <w:sz w:val="16"/>
          <w:u w:val="none"/>
        </w:rPr>
        <w:t>60% of the world's fish species at risk of extinction due to climate change</w:t>
      </w:r>
    </w:p>
    <w:p>
      <w:pPr>
        <w:spacing w:after="60"/>
      </w:pPr>
      <w:r>
        <w:rPr>
          <w:b w:val="0"/>
          <w:i w:val="0"/>
          <w:smallCaps w:val="0"/>
          <w:strike w:val="0"/>
          <w:sz w:val="16"/>
          <w:u w:val="none"/>
        </w:rPr>
        <w:t>50% of the global economy is under threat from biodiversity loss</w:t>
      </w:r>
    </w:p>
    <w:p>
      <w:pPr>
        <w:spacing w:after="60"/>
      </w:pPr>
      <w:r>
        <w:rPr>
          <w:b w:val="0"/>
          <w:i w:val="0"/>
          <w:smallCaps w:val="0"/>
          <w:strike w:val="0"/>
          <w:sz w:val="16"/>
          <w:u w:val="none"/>
        </w:rPr>
        <w:t>4 innovators helping to protect biodiversity</w:t>
      </w:r>
    </w:p>
    <w:p>
      <w:pPr>
        <w:spacing w:after="60"/>
      </w:pPr>
      <w:r>
        <w:rPr>
          <w:b w:val="0"/>
          <w:i w:val="0"/>
          <w:smallCaps w:val="0"/>
          <w:strike w:val="0"/>
          <w:sz w:val="20"/>
          <w:u w:val="single"/>
        </w:rPr>
        <w:t>What can we do about it</w:t>
      </w:r>
      <w:r>
        <w:rPr>
          <w:b w:val="0"/>
          <w:i w:val="0"/>
          <w:smallCaps w:val="0"/>
          <w:strike w:val="0"/>
          <w:sz w:val="16"/>
          <w:u w:val="none"/>
        </w:rPr>
        <w:t>?</w:t>
      </w:r>
    </w:p>
    <w:p>
      <w:pPr>
        <w:spacing w:after="60"/>
      </w:pPr>
      <w:r>
        <w:rPr>
          <w:b w:val="0"/>
          <w:i w:val="0"/>
          <w:smallCaps w:val="0"/>
          <w:strike w:val="0"/>
          <w:sz w:val="20"/>
          <w:highlight w:val="cyan"/>
          <w:u w:val="single"/>
        </w:rPr>
        <w:t xml:space="preserve">We need </w:t>
      </w:r>
      <w:r>
        <w:rPr>
          <w:b/>
          <w:i w:val="0"/>
          <w:smallCaps w:val="0"/>
          <w:strike w:val="0"/>
          <w:sz w:val="20"/>
          <w:highlight w:val="cyan"/>
          <w:u w:val="single"/>
        </w:rPr>
        <w:t>numerous</w:t>
      </w:r>
      <w:r>
        <w:rPr>
          <w:b w:val="0"/>
          <w:i w:val="0"/>
          <w:smallCaps w:val="0"/>
          <w:strike w:val="0"/>
          <w:sz w:val="16"/>
          <w:u w:val="none"/>
        </w:rPr>
        <w:t xml:space="preserve">, </w:t>
      </w:r>
      <w:r>
        <w:rPr>
          <w:b/>
          <w:i w:val="0"/>
          <w:smallCaps w:val="0"/>
          <w:strike w:val="0"/>
          <w:sz w:val="20"/>
          <w:highlight w:val="cyan"/>
          <w:u w:val="single"/>
        </w:rPr>
        <w:t>cooperative</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coordinated</w:t>
      </w:r>
      <w:r>
        <w:rPr>
          <w:b w:val="0"/>
          <w:i w:val="0"/>
          <w:smallCaps w:val="0"/>
          <w:strike w:val="0"/>
          <w:sz w:val="16"/>
          <w:u w:val="none"/>
        </w:rPr>
        <w:t xml:space="preserve"> </w:t>
      </w:r>
      <w:r>
        <w:rPr>
          <w:b w:val="0"/>
          <w:i w:val="0"/>
          <w:smallCaps w:val="0"/>
          <w:strike w:val="0"/>
          <w:sz w:val="20"/>
          <w:highlight w:val="cyan"/>
          <w:u w:val="single"/>
        </w:rPr>
        <w:t>efforts to stop the sixth extinction crisis</w:t>
      </w:r>
      <w:r>
        <w:rPr>
          <w:b w:val="0"/>
          <w:i w:val="0"/>
          <w:smallCaps w:val="0"/>
          <w:strike w:val="0"/>
          <w:sz w:val="16"/>
          <w:u w:val="none"/>
        </w:rPr>
        <w:t xml:space="preserve">. Some of </w:t>
      </w:r>
      <w:r>
        <w:rPr>
          <w:b w:val="0"/>
          <w:i w:val="0"/>
          <w:smallCaps w:val="0"/>
          <w:strike w:val="0"/>
          <w:sz w:val="20"/>
          <w:u w:val="single"/>
        </w:rPr>
        <w:t>these efforts must focus on stopping fossil fuel emissions</w:t>
      </w:r>
      <w:r>
        <w:rPr>
          <w:b w:val="0"/>
          <w:i w:val="0"/>
          <w:smallCaps w:val="0"/>
          <w:strike w:val="0"/>
          <w:sz w:val="16"/>
          <w:u w:val="none"/>
        </w:rPr>
        <w:t xml:space="preserve">, </w:t>
      </w:r>
      <w:r>
        <w:rPr>
          <w:b w:val="0"/>
          <w:i w:val="0"/>
          <w:smallCaps w:val="0"/>
          <w:strike w:val="0"/>
          <w:sz w:val="20"/>
          <w:u w:val="single"/>
        </w:rPr>
        <w:t>integrating green technologies and encouraging collaborative social action</w:t>
      </w:r>
      <w:r>
        <w:rPr>
          <w:b w:val="0"/>
          <w:i w:val="0"/>
          <w:smallCaps w:val="0"/>
          <w:strike w:val="0"/>
          <w:sz w:val="16"/>
          <w:u w:val="none"/>
        </w:rPr>
        <w:t>. We must also work to actively stop the process of extinction by building technology, solutions and processes that can help us secure animal DNA and begin to reverse the damage created by humans.</w:t>
      </w:r>
    </w:p>
    <w:p>
      <w:pPr>
        <w:spacing w:after="60"/>
      </w:pPr>
      <w:r>
        <w:rPr>
          <w:b w:val="0"/>
          <w:i w:val="0"/>
          <w:smallCaps w:val="0"/>
          <w:strike w:val="0"/>
          <w:sz w:val="16"/>
          <w:u w:val="none"/>
        </w:rPr>
        <w:t xml:space="preserve">Colossal, a company I co-founded in 2021 with George Church, is focused on de-extinction. Our first ambitious project is to bring back the woolly mammoth in collaboration with Dr George Church of Harvard University. The project requires that we make numerous big scientific leaps that will help us de-extinct other species including our second species, the Tasmanian tiger. </w:t>
      </w:r>
      <w:r>
        <w:rPr>
          <w:b w:val="0"/>
          <w:i w:val="0"/>
          <w:smallCaps w:val="0"/>
          <w:strike w:val="0"/>
          <w:sz w:val="20"/>
          <w:u w:val="single"/>
        </w:rPr>
        <w:t>Bold de-extinction projects matter because they improve the entire field of de-extinction, conservation and species preservation</w:t>
      </w:r>
      <w:r>
        <w:rPr>
          <w:b w:val="0"/>
          <w:i w:val="0"/>
          <w:smallCaps w:val="0"/>
          <w:strike w:val="0"/>
          <w:sz w:val="16"/>
          <w:u w:val="none"/>
        </w:rPr>
        <w:t>.</w:t>
      </w:r>
    </w:p>
    <w:p>
      <w:pPr>
        <w:spacing w:after="60"/>
      </w:pPr>
      <w:r>
        <w:rPr>
          <w:b w:val="0"/>
          <w:i w:val="0"/>
          <w:smallCaps w:val="0"/>
          <w:strike w:val="0"/>
          <w:sz w:val="20"/>
          <w:u w:val="single"/>
        </w:rPr>
        <w:t>De-extinction reverses plant and animal extinctions by creating new proxy versions of previously lost species</w:t>
      </w:r>
      <w:r>
        <w:rPr>
          <w:b w:val="0"/>
          <w:i w:val="0"/>
          <w:smallCaps w:val="0"/>
          <w:strike w:val="0"/>
          <w:sz w:val="16"/>
          <w:u w:val="none"/>
        </w:rPr>
        <w:t xml:space="preserve">. </w:t>
      </w:r>
      <w:r>
        <w:rPr>
          <w:b w:val="0"/>
          <w:i w:val="0"/>
          <w:smallCaps w:val="0"/>
          <w:strike w:val="0"/>
          <w:sz w:val="20"/>
          <w:u w:val="single"/>
        </w:rPr>
        <w:t>Conservationists frame de-extinction as</w:t>
      </w:r>
      <w:r>
        <w:rPr>
          <w:b w:val="0"/>
          <w:i w:val="0"/>
          <w:smallCaps w:val="0"/>
          <w:strike w:val="0"/>
          <w:sz w:val="16"/>
          <w:u w:val="none"/>
        </w:rPr>
        <w:t xml:space="preserve"> “</w:t>
      </w:r>
      <w:r>
        <w:rPr>
          <w:b/>
          <w:i w:val="0"/>
          <w:smallCaps w:val="0"/>
          <w:strike w:val="0"/>
          <w:sz w:val="20"/>
          <w:u w:val="single"/>
        </w:rPr>
        <w:t>deep ecological enrichment</w:t>
      </w:r>
      <w:r>
        <w:rPr>
          <w:b w:val="0"/>
          <w:i w:val="0"/>
          <w:smallCaps w:val="0"/>
          <w:strike w:val="0"/>
          <w:sz w:val="16"/>
          <w:u w:val="none"/>
        </w:rPr>
        <w:t xml:space="preserve">” </w:t>
      </w:r>
      <w:r>
        <w:rPr>
          <w:b w:val="0"/>
          <w:i w:val="0"/>
          <w:smallCaps w:val="0"/>
          <w:strike w:val="0"/>
          <w:sz w:val="20"/>
          <w:u w:val="single"/>
        </w:rPr>
        <w:t>or restoring ecosystem functions lost through the extinctions of keystone species</w:t>
      </w:r>
      <w:r>
        <w:rPr>
          <w:b w:val="0"/>
          <w:i w:val="0"/>
          <w:smallCaps w:val="0"/>
          <w:strike w:val="0"/>
          <w:sz w:val="16"/>
          <w:u w:val="none"/>
        </w:rPr>
        <w:t xml:space="preserve">, </w:t>
      </w:r>
      <w:r>
        <w:rPr>
          <w:b w:val="0"/>
          <w:i w:val="0"/>
          <w:smallCaps w:val="0"/>
          <w:strike w:val="0"/>
          <w:sz w:val="20"/>
          <w:u w:val="single"/>
        </w:rPr>
        <w:t>which leave an ecological void by their absence</w:t>
      </w:r>
      <w:r>
        <w:rPr>
          <w:b w:val="0"/>
          <w:i w:val="0"/>
          <w:smallCaps w:val="0"/>
          <w:strike w:val="0"/>
          <w:sz w:val="16"/>
          <w:u w:val="none"/>
        </w:rPr>
        <w:t xml:space="preserve">. This idea is the motivation for de-extinction projects: releasing resurrected animals into suitable habitats so as to increase biodiversity and restore ecosystem resilience. </w:t>
      </w:r>
      <w:r>
        <w:rPr>
          <w:b/>
          <w:i w:val="0"/>
          <w:smallCaps w:val="0"/>
          <w:strike w:val="0"/>
          <w:sz w:val="20"/>
          <w:highlight w:val="cyan"/>
          <w:u w:val="single"/>
        </w:rPr>
        <w:t>Assisted breeding</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0"/>
          <w:u w:val="single"/>
        </w:rPr>
        <w:t xml:space="preserve">cloning and genome </w:t>
      </w:r>
      <w:r>
        <w:rPr>
          <w:b/>
          <w:i w:val="0"/>
          <w:smallCaps w:val="0"/>
          <w:strike w:val="0"/>
          <w:sz w:val="20"/>
          <w:u w:val="single"/>
        </w:rPr>
        <w:t>editing</w:t>
      </w:r>
      <w:r>
        <w:rPr>
          <w:b w:val="0"/>
          <w:i w:val="0"/>
          <w:smallCaps w:val="0"/>
          <w:strike w:val="0"/>
          <w:sz w:val="20"/>
          <w:u w:val="single"/>
        </w:rPr>
        <w:t xml:space="preserve"> </w:t>
      </w:r>
      <w:r>
        <w:rPr>
          <w:b w:val="0"/>
          <w:i w:val="0"/>
          <w:smallCaps w:val="0"/>
          <w:strike w:val="0"/>
          <w:sz w:val="20"/>
          <w:highlight w:val="cyan"/>
          <w:u w:val="single"/>
        </w:rPr>
        <w:t xml:space="preserve">are </w:t>
      </w:r>
      <w:r>
        <w:rPr>
          <w:b/>
          <w:i w:val="0"/>
          <w:smallCaps w:val="0"/>
          <w:strike w:val="0"/>
          <w:sz w:val="20"/>
          <w:highlight w:val="cyan"/>
          <w:u w:val="single"/>
        </w:rPr>
        <w:t>species restoration methods undertaken</w:t>
      </w:r>
      <w:r>
        <w:rPr>
          <w:b w:val="0"/>
          <w:i w:val="0"/>
          <w:smallCaps w:val="0"/>
          <w:strike w:val="0"/>
          <w:sz w:val="20"/>
          <w:u w:val="single"/>
        </w:rPr>
        <w:t xml:space="preserve"> with the goal of re-establishing the dynamic processes that produce healthy ecosystems and restore biodiversity</w:t>
      </w:r>
      <w:r>
        <w:rPr>
          <w:b w:val="0"/>
          <w:i w:val="0"/>
          <w:smallCaps w:val="0"/>
          <w:strike w:val="0"/>
          <w:sz w:val="16"/>
          <w:u w:val="none"/>
        </w:rPr>
        <w:t>.</w:t>
      </w:r>
    </w:p>
    <w:p>
      <w:pPr>
        <w:spacing w:after="60"/>
      </w:pPr>
      <w:r>
        <w:rPr>
          <w:b w:val="0"/>
          <w:i w:val="0"/>
          <w:smallCaps w:val="0"/>
          <w:strike w:val="0"/>
          <w:sz w:val="16"/>
          <w:u w:val="none"/>
        </w:rPr>
        <w:t>Species threatened with extinction</w:t>
      </w:r>
    </w:p>
    <w:p>
      <w:pPr>
        <w:spacing w:after="60"/>
      </w:pPr>
      <w:r>
        <w:rPr>
          <w:b w:val="0"/>
          <w:i w:val="0"/>
          <w:smallCaps w:val="0"/>
          <w:strike w:val="0"/>
          <w:sz w:val="16"/>
          <w:u w:val="none"/>
        </w:rPr>
        <w:t>Species at risk of extinction according to the 2022 IUCN Red List</w:t>
      </w:r>
    </w:p>
    <w:p>
      <w:pPr>
        <w:spacing w:after="60"/>
      </w:pPr>
      <w:r>
        <w:rPr>
          <w:b w:val="0"/>
          <w:i w:val="0"/>
          <w:smallCaps w:val="0"/>
          <w:strike w:val="0"/>
          <w:sz w:val="16"/>
          <w:u w:val="none"/>
        </w:rPr>
        <w:t>Image: Statista</w:t>
      </w:r>
    </w:p>
    <w:p>
      <w:pPr>
        <w:spacing w:after="60"/>
      </w:pPr>
      <w:r>
        <w:rPr>
          <w:b w:val="0"/>
          <w:i w:val="0"/>
          <w:smallCaps w:val="0"/>
          <w:strike w:val="0"/>
          <w:sz w:val="20"/>
          <w:u w:val="single"/>
        </w:rPr>
        <w:t>How does the world de-extinct</w:t>
      </w:r>
      <w:r>
        <w:rPr>
          <w:b w:val="0"/>
          <w:i w:val="0"/>
          <w:smallCaps w:val="0"/>
          <w:strike w:val="0"/>
          <w:sz w:val="16"/>
          <w:u w:val="none"/>
        </w:rPr>
        <w:t>?</w:t>
      </w:r>
    </w:p>
    <w:p>
      <w:pPr>
        <w:spacing w:after="60"/>
      </w:pPr>
      <w:r>
        <w:rPr>
          <w:b w:val="0"/>
          <w:i w:val="0"/>
          <w:smallCaps w:val="0"/>
          <w:strike w:val="0"/>
          <w:sz w:val="16"/>
          <w:u w:val="none"/>
        </w:rPr>
        <w:t xml:space="preserve">To de-extinct species, </w:t>
      </w:r>
      <w:r>
        <w:rPr>
          <w:b w:val="0"/>
          <w:i w:val="0"/>
          <w:smallCaps w:val="0"/>
          <w:strike w:val="0"/>
          <w:sz w:val="20"/>
          <w:u w:val="single"/>
        </w:rPr>
        <w:t xml:space="preserve">there are established research methods which include </w:t>
      </w:r>
      <w:r>
        <w:rPr>
          <w:b/>
          <w:i w:val="0"/>
          <w:smallCaps w:val="0"/>
          <w:strike w:val="0"/>
          <w:sz w:val="20"/>
          <w:u w:val="single"/>
        </w:rPr>
        <w:t>assisted breeding</w:t>
      </w:r>
      <w:r>
        <w:rPr>
          <w:b w:val="0"/>
          <w:i w:val="0"/>
          <w:smallCaps w:val="0"/>
          <w:strike w:val="0"/>
          <w:sz w:val="16"/>
          <w:u w:val="none"/>
        </w:rPr>
        <w:t xml:space="preserve">, </w:t>
      </w:r>
      <w:r>
        <w:rPr>
          <w:b/>
          <w:i w:val="0"/>
          <w:smallCaps w:val="0"/>
          <w:strike w:val="0"/>
          <w:sz w:val="20"/>
          <w:u w:val="single"/>
        </w:rPr>
        <w:t>cloning and genetic engineering</w:t>
      </w:r>
      <w:r>
        <w:rPr>
          <w:b w:val="0"/>
          <w:i w:val="0"/>
          <w:smallCaps w:val="0"/>
          <w:strike w:val="0"/>
          <w:sz w:val="16"/>
          <w:u w:val="none"/>
        </w:rPr>
        <w:t>.</w:t>
      </w:r>
    </w:p>
    <w:p>
      <w:pPr>
        <w:spacing w:after="60"/>
      </w:pPr>
      <w:r>
        <w:rPr>
          <w:b w:val="0"/>
          <w:i w:val="0"/>
          <w:smallCaps w:val="0"/>
          <w:strike w:val="0"/>
          <w:sz w:val="20"/>
          <w:u w:val="single"/>
        </w:rPr>
        <w:t>Assisted breeding uses the principles of biobanking and assisted reproductive technologies to help restore species</w:t>
      </w:r>
      <w:r>
        <w:rPr>
          <w:b w:val="0"/>
          <w:i w:val="0"/>
          <w:smallCaps w:val="0"/>
          <w:strike w:val="0"/>
          <w:sz w:val="16"/>
          <w:u w:val="none"/>
        </w:rPr>
        <w: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