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Link turn</w:t>
      </w:r>
      <w:r>
        <w:rPr>
          <w:b/>
          <w:i w:val="0"/>
          <w:smallCaps w:val="0"/>
          <w:strike w:val="0"/>
          <w:sz w:val="24"/>
          <w:u w:val="none"/>
        </w:rPr>
        <w:t xml:space="preserve">---patents are </w:t>
      </w:r>
      <w:r>
        <w:rPr>
          <w:b/>
          <w:i w:val="0"/>
          <w:smallCaps w:val="0"/>
          <w:strike w:val="0"/>
          <w:sz w:val="24"/>
          <w:u w:val="single"/>
        </w:rPr>
        <w:t>key</w:t>
      </w:r>
      <w:r>
        <w:rPr>
          <w:b/>
          <w:i w:val="0"/>
          <w:smallCaps w:val="0"/>
          <w:strike w:val="0"/>
          <w:sz w:val="24"/>
          <w:u w:val="none"/>
        </w:rPr>
        <w:t xml:space="preserve"> to protecting </w:t>
      </w:r>
      <w:r>
        <w:rPr>
          <w:b/>
          <w:i w:val="0"/>
          <w:smallCaps w:val="0"/>
          <w:strike w:val="0"/>
          <w:sz w:val="24"/>
          <w:u w:val="single"/>
        </w:rPr>
        <w:t>small businesses</w:t>
      </w:r>
      <w:r>
        <w:rPr>
          <w:b/>
          <w:i w:val="0"/>
          <w:smallCaps w:val="0"/>
          <w:strike w:val="0"/>
          <w:sz w:val="24"/>
          <w:u w:val="none"/>
        </w:rPr>
        <w:t xml:space="preserve"> from </w:t>
      </w:r>
      <w:r>
        <w:rPr>
          <w:b/>
          <w:i w:val="0"/>
          <w:smallCaps w:val="0"/>
          <w:strike w:val="0"/>
          <w:sz w:val="24"/>
          <w:u w:val="single"/>
        </w:rPr>
        <w:t>Big Tech</w:t>
      </w:r>
      <w:r>
        <w:rPr>
          <w:b/>
          <w:i w:val="0"/>
          <w:smallCaps w:val="0"/>
          <w:strike w:val="0"/>
          <w:sz w:val="24"/>
          <w:u w:val="none"/>
        </w:rPr>
        <w:t>.</w:t>
      </w:r>
    </w:p>
    <w:p>
      <w:pPr>
        <w:spacing w:after="80"/>
      </w:pPr>
      <w:r>
        <w:rPr>
          <w:b w:val="0"/>
          <w:i w:val="0"/>
          <w:smallCaps w:val="0"/>
          <w:strike w:val="0"/>
          <w:sz w:val="16"/>
          <w:u w:val="none"/>
        </w:rPr>
        <w:t xml:space="preserve">Robert </w:t>
      </w:r>
      <w:r>
        <w:rPr>
          <w:b/>
          <w:i w:val="0"/>
          <w:smallCaps w:val="0"/>
          <w:strike w:val="0"/>
          <w:sz w:val="24"/>
          <w:u w:val="none"/>
        </w:rPr>
        <w:t>Plotkin 24</w:t>
      </w:r>
      <w:r>
        <w:rPr>
          <w:b w:val="0"/>
          <w:i w:val="0"/>
          <w:smallCaps w:val="0"/>
          <w:strike w:val="0"/>
          <w:sz w:val="16"/>
          <w:u w:val="none"/>
        </w:rPr>
        <w:t xml:space="preserve">, patent attorney and co-founder of Blueshift IP, </w:t>
      </w:r>
      <w:r>
        <w:rPr>
          <w:b w:val="0"/>
          <w:i/>
          <w:smallCaps w:val="0"/>
          <w:strike w:val="0"/>
          <w:sz w:val="16"/>
          <w:u w:val="none"/>
        </w:rPr>
        <w:t>RealClear Markets</w:t>
      </w:r>
      <w:r>
        <w:rPr>
          <w:b w:val="0"/>
          <w:i w:val="0"/>
          <w:smallCaps w:val="0"/>
          <w:strike w:val="0"/>
          <w:sz w:val="16"/>
          <w:u w:val="none"/>
        </w:rPr>
        <w:t xml:space="preserve">, “Patents Are a Crucial Protective Shield for Small Businesses”, </w:t>
      </w:r>
      <w:r>
        <w:rPr>
          <w:b w:val="0"/>
          <w:i w:val="0"/>
          <w:smallCaps w:val="0"/>
          <w:strike w:val="0"/>
          <w:sz w:val="16"/>
          <w:u w:val="none"/>
        </w:rPr>
        <w:t>https://www.realclearmarkets.com/articles/2024/02/26/patents_are_a_crucial_protective_shield_for_small_businesses_1013683.html</w:t>
      </w:r>
      <w:r>
        <w:rPr>
          <w:b w:val="0"/>
          <w:i w:val="0"/>
          <w:smallCaps w:val="0"/>
          <w:strike w:val="0"/>
          <w:sz w:val="16"/>
          <w:u w:val="none"/>
        </w:rPr>
        <w:t xml:space="preserve">, kcab </w:t>
      </w:r>
    </w:p>
    <w:p>
      <w:pPr>
        <w:spacing w:after="60"/>
      </w:pPr>
      <w:r>
        <w:rPr>
          <w:b w:val="0"/>
          <w:i w:val="0"/>
          <w:smallCaps w:val="0"/>
          <w:strike w:val="0"/>
          <w:sz w:val="20"/>
          <w:highlight w:val="cyan"/>
          <w:u w:val="single"/>
        </w:rPr>
        <w:t xml:space="preserve">Small companies need </w:t>
      </w:r>
      <w:r>
        <w:rPr>
          <w:b/>
          <w:i w:val="0"/>
          <w:smallCaps w:val="0"/>
          <w:strike w:val="0"/>
          <w:sz w:val="20"/>
          <w:highlight w:val="cyan"/>
          <w:u w:val="single"/>
        </w:rPr>
        <w:t>every protection they can</w:t>
      </w:r>
      <w:r>
        <w:rPr>
          <w:b/>
          <w:i w:val="0"/>
          <w:smallCaps w:val="0"/>
          <w:strike w:val="0"/>
          <w:sz w:val="20"/>
          <w:u w:val="single"/>
        </w:rPr>
        <w:t xml:space="preserve"> </w:t>
      </w:r>
      <w:r>
        <w:rPr>
          <w:b/>
          <w:i w:val="0"/>
          <w:smallCaps w:val="0"/>
          <w:strike w:val="0"/>
          <w:sz w:val="20"/>
          <w:highlight w:val="cyan"/>
          <w:u w:val="single"/>
        </w:rPr>
        <w:t>get</w:t>
      </w:r>
      <w:r>
        <w:rPr>
          <w:b w:val="0"/>
          <w:i w:val="0"/>
          <w:smallCaps w:val="0"/>
          <w:strike w:val="0"/>
          <w:sz w:val="16"/>
          <w:u w:val="none"/>
        </w:rPr>
        <w:t xml:space="preserve"> in </w:t>
      </w:r>
      <w:r>
        <w:rPr>
          <w:b w:val="0"/>
          <w:i w:val="0"/>
          <w:smallCaps w:val="0"/>
          <w:strike w:val="0"/>
          <w:sz w:val="20"/>
          <w:u w:val="single"/>
        </w:rPr>
        <w:t>today’s business landscape</w:t>
      </w:r>
      <w:r>
        <w:rPr>
          <w:b w:val="0"/>
          <w:i w:val="0"/>
          <w:smallCaps w:val="0"/>
          <w:strike w:val="0"/>
          <w:sz w:val="16"/>
          <w:u w:val="none"/>
        </w:rPr>
        <w:t xml:space="preserve"> </w:t>
      </w:r>
      <w:r>
        <w:rPr>
          <w:b w:val="0"/>
          <w:i w:val="0"/>
          <w:smallCaps w:val="0"/>
          <w:strike w:val="0"/>
          <w:sz w:val="20"/>
          <w:u w:val="single"/>
        </w:rPr>
        <w:t>to defend</w:t>
      </w:r>
      <w:r>
        <w:rPr>
          <w:b w:val="0"/>
          <w:i w:val="0"/>
          <w:smallCaps w:val="0"/>
          <w:strike w:val="0"/>
          <w:sz w:val="16"/>
          <w:u w:val="none"/>
        </w:rPr>
        <w:t xml:space="preserve"> themselves </w:t>
      </w:r>
      <w:r>
        <w:rPr>
          <w:b w:val="0"/>
          <w:i w:val="0"/>
          <w:smallCaps w:val="0"/>
          <w:strike w:val="0"/>
          <w:sz w:val="20"/>
          <w:u w:val="single"/>
        </w:rPr>
        <w:t>from</w:t>
      </w:r>
      <w:r>
        <w:rPr>
          <w:b w:val="0"/>
          <w:i w:val="0"/>
          <w:smallCaps w:val="0"/>
          <w:strike w:val="0"/>
          <w:sz w:val="16"/>
          <w:u w:val="none"/>
        </w:rPr>
        <w:t xml:space="preserve"> predatory </w:t>
      </w:r>
      <w:r>
        <w:rPr>
          <w:b w:val="0"/>
          <w:i w:val="0"/>
          <w:smallCaps w:val="0"/>
          <w:strike w:val="0"/>
          <w:sz w:val="20"/>
          <w:u w:val="single"/>
        </w:rPr>
        <w:t>Big Tech</w:t>
      </w:r>
      <w:r>
        <w:rPr>
          <w:b w:val="0"/>
          <w:i w:val="0"/>
          <w:smallCaps w:val="0"/>
          <w:strike w:val="0"/>
          <w:sz w:val="16"/>
          <w:u w:val="none"/>
        </w:rPr>
        <w:t xml:space="preserve"> companies. </w:t>
      </w:r>
      <w:r>
        <w:rPr>
          <w:b w:val="0"/>
          <w:i w:val="0"/>
          <w:smallCaps w:val="0"/>
          <w:strike w:val="0"/>
          <w:sz w:val="20"/>
          <w:u w:val="single"/>
        </w:rPr>
        <w:t>Patents are vital tools for smaller companies to ensure long-term success</w:t>
      </w:r>
      <w:r>
        <w:rPr>
          <w:b w:val="0"/>
          <w:i w:val="0"/>
          <w:smallCaps w:val="0"/>
          <w:strike w:val="0"/>
          <w:sz w:val="16"/>
          <w:u w:val="none"/>
        </w:rPr>
        <w:t xml:space="preserve">. </w:t>
      </w:r>
    </w:p>
    <w:p>
      <w:pPr>
        <w:spacing w:after="60"/>
      </w:pPr>
      <w:r>
        <w:rPr>
          <w:b w:val="0"/>
          <w:i w:val="0"/>
          <w:smallCaps w:val="0"/>
          <w:strike w:val="0"/>
          <w:sz w:val="16"/>
          <w:u w:val="none"/>
        </w:rPr>
        <w:t xml:space="preserve">As the pace of innovation increases, so too has </w:t>
      </w:r>
      <w:r>
        <w:rPr>
          <w:b w:val="0"/>
          <w:i w:val="0"/>
          <w:smallCaps w:val="0"/>
          <w:strike w:val="0"/>
          <w:sz w:val="20"/>
          <w:highlight w:val="cyan"/>
          <w:u w:val="single"/>
        </w:rPr>
        <w:t xml:space="preserve">the pace of </w:t>
      </w:r>
      <w:r>
        <w:rPr>
          <w:b/>
          <w:i w:val="0"/>
          <w:smallCaps w:val="0"/>
          <w:strike w:val="0"/>
          <w:sz w:val="20"/>
          <w:highlight w:val="cyan"/>
          <w:u w:val="single"/>
        </w:rPr>
        <w:t>intellectual theft</w:t>
      </w:r>
      <w:r>
        <w:rPr>
          <w:b w:val="0"/>
          <w:i w:val="0"/>
          <w:smallCaps w:val="0"/>
          <w:strike w:val="0"/>
          <w:sz w:val="20"/>
          <w:highlight w:val="cyan"/>
          <w:u w:val="single"/>
        </w:rPr>
        <w:t xml:space="preserve"> and </w:t>
      </w:r>
      <w:r>
        <w:rPr>
          <w:b/>
          <w:i w:val="0"/>
          <w:smallCaps w:val="0"/>
          <w:strike w:val="0"/>
          <w:sz w:val="20"/>
          <w:highlight w:val="cyan"/>
          <w:u w:val="single"/>
        </w:rPr>
        <w:t>infringement</w:t>
      </w:r>
      <w:r>
        <w:rPr>
          <w:b w:val="0"/>
          <w:i w:val="0"/>
          <w:smallCaps w:val="0"/>
          <w:strike w:val="0"/>
          <w:sz w:val="16"/>
          <w:u w:val="none"/>
        </w:rPr>
        <w:t xml:space="preserve">.  </w:t>
      </w:r>
      <w:r>
        <w:rPr>
          <w:b w:val="0"/>
          <w:i w:val="0"/>
          <w:smallCaps w:val="0"/>
          <w:strike w:val="0"/>
          <w:sz w:val="20"/>
          <w:highlight w:val="cyan"/>
          <w:u w:val="single"/>
        </w:rPr>
        <w:t>Supported by AI</w:t>
      </w:r>
      <w:r>
        <w:rPr>
          <w:b w:val="0"/>
          <w:i w:val="0"/>
          <w:smallCaps w:val="0"/>
          <w:strike w:val="0"/>
          <w:sz w:val="16"/>
          <w:u w:val="none"/>
        </w:rPr>
        <w:t xml:space="preserve">, </w:t>
      </w:r>
      <w:r>
        <w:rPr>
          <w:b w:val="0"/>
          <w:i w:val="0"/>
          <w:smallCaps w:val="0"/>
          <w:strike w:val="0"/>
          <w:sz w:val="20"/>
          <w:u w:val="single"/>
        </w:rPr>
        <w:t xml:space="preserve">which </w:t>
      </w:r>
      <w:r>
        <w:rPr>
          <w:b w:val="0"/>
          <w:i w:val="0"/>
          <w:smallCaps w:val="0"/>
          <w:strike w:val="0"/>
          <w:sz w:val="20"/>
          <w:highlight w:val="cyan"/>
          <w:u w:val="single"/>
        </w:rPr>
        <w:t>can</w:t>
      </w:r>
      <w:r>
        <w:rPr>
          <w:b w:val="0"/>
          <w:i w:val="0"/>
          <w:smallCaps w:val="0"/>
          <w:strike w:val="0"/>
          <w:sz w:val="16"/>
          <w:u w:val="none"/>
        </w:rPr>
        <w:t xml:space="preserve"> significantly </w:t>
      </w:r>
      <w:r>
        <w:rPr>
          <w:b w:val="0"/>
          <w:i w:val="0"/>
          <w:smallCaps w:val="0"/>
          <w:strike w:val="0"/>
          <w:sz w:val="20"/>
          <w:highlight w:val="cyan"/>
          <w:u w:val="single"/>
        </w:rPr>
        <w:t>increase</w:t>
      </w:r>
      <w:r>
        <w:rPr>
          <w:b w:val="0"/>
          <w:i w:val="0"/>
          <w:smallCaps w:val="0"/>
          <w:strike w:val="0"/>
          <w:sz w:val="16"/>
          <w:u w:val="none"/>
        </w:rPr>
        <w:t xml:space="preserve"> the pace of </w:t>
      </w:r>
      <w:r>
        <w:rPr>
          <w:b w:val="0"/>
          <w:i w:val="0"/>
          <w:smallCaps w:val="0"/>
          <w:strike w:val="0"/>
          <w:sz w:val="20"/>
          <w:highlight w:val="cyan"/>
          <w:u w:val="single"/>
        </w:rPr>
        <w:t>innovation</w:t>
      </w:r>
      <w:r>
        <w:rPr>
          <w:b w:val="0"/>
          <w:i w:val="0"/>
          <w:smallCaps w:val="0"/>
          <w:strike w:val="0"/>
          <w:sz w:val="16"/>
          <w:u w:val="none"/>
        </w:rPr>
        <w:t xml:space="preserve">, </w:t>
      </w:r>
      <w:r>
        <w:rPr>
          <w:b w:val="0"/>
          <w:i w:val="0"/>
          <w:smallCaps w:val="0"/>
          <w:strike w:val="0"/>
          <w:sz w:val="20"/>
          <w:u w:val="single"/>
        </w:rPr>
        <w:t xml:space="preserve">larger tech companies have never been </w:t>
      </w:r>
      <w:r>
        <w:rPr>
          <w:b/>
          <w:i w:val="0"/>
          <w:smallCaps w:val="0"/>
          <w:strike w:val="0"/>
          <w:sz w:val="20"/>
          <w:u w:val="single"/>
        </w:rPr>
        <w:t>more capable of stealing</w:t>
      </w:r>
      <w:r>
        <w:rPr>
          <w:b w:val="0"/>
          <w:i w:val="0"/>
          <w:smallCaps w:val="0"/>
          <w:strike w:val="0"/>
          <w:sz w:val="16"/>
          <w:u w:val="none"/>
        </w:rPr>
        <w:t xml:space="preserve"> – and that’s the right word – </w:t>
      </w:r>
      <w:r>
        <w:rPr>
          <w:b w:val="0"/>
          <w:i w:val="0"/>
          <w:smallCaps w:val="0"/>
          <w:strike w:val="0"/>
          <w:sz w:val="20"/>
          <w:u w:val="single"/>
        </w:rPr>
        <w:t>the ideas of others. As Big Tech acquires</w:t>
      </w:r>
      <w:r>
        <w:rPr>
          <w:b w:val="0"/>
          <w:i w:val="0"/>
          <w:smallCaps w:val="0"/>
          <w:strike w:val="0"/>
          <w:sz w:val="16"/>
          <w:u w:val="none"/>
        </w:rPr>
        <w:t xml:space="preserve"> ever </w:t>
      </w:r>
      <w:r>
        <w:rPr>
          <w:b w:val="0"/>
          <w:i w:val="0"/>
          <w:smallCaps w:val="0"/>
          <w:strike w:val="0"/>
          <w:sz w:val="20"/>
          <w:highlight w:val="cyan"/>
          <w:u w:val="single"/>
        </w:rPr>
        <w:t>more resources</w:t>
      </w:r>
      <w:r>
        <w:rPr>
          <w:b w:val="0"/>
          <w:i w:val="0"/>
          <w:smallCaps w:val="0"/>
          <w:strike w:val="0"/>
          <w:sz w:val="16"/>
          <w:highlight w:val="cyan"/>
          <w:u w:val="none"/>
        </w:rPr>
        <w:t xml:space="preserve"> </w:t>
      </w:r>
      <w:r>
        <w:rPr>
          <w:b w:val="0"/>
          <w:i w:val="0"/>
          <w:smallCaps w:val="0"/>
          <w:strike w:val="0"/>
          <w:sz w:val="20"/>
          <w:highlight w:val="cyan"/>
          <w:u w:val="single"/>
        </w:rPr>
        <w:t xml:space="preserve">that enable them to </w:t>
      </w:r>
      <w:r>
        <w:rPr>
          <w:b/>
          <w:i w:val="0"/>
          <w:smallCaps w:val="0"/>
          <w:strike w:val="0"/>
          <w:sz w:val="20"/>
          <w:highlight w:val="cyan"/>
          <w:u w:val="single"/>
        </w:rPr>
        <w:t>copy</w:t>
      </w:r>
      <w:r>
        <w:rPr>
          <w:b w:val="0"/>
          <w:i w:val="0"/>
          <w:smallCaps w:val="0"/>
          <w:strike w:val="0"/>
          <w:sz w:val="20"/>
          <w:highlight w:val="cyan"/>
          <w:u w:val="single"/>
        </w:rPr>
        <w:t xml:space="preserve"> and </w:t>
      </w:r>
      <w:r>
        <w:rPr>
          <w:b/>
          <w:i w:val="0"/>
          <w:smallCaps w:val="0"/>
          <w:strike w:val="0"/>
          <w:sz w:val="20"/>
          <w:highlight w:val="cyan"/>
          <w:u w:val="single"/>
        </w:rPr>
        <w:t>recreate</w:t>
      </w:r>
      <w:r>
        <w:rPr>
          <w:b w:val="0"/>
          <w:i w:val="0"/>
          <w:smallCaps w:val="0"/>
          <w:strike w:val="0"/>
          <w:sz w:val="20"/>
          <w:highlight w:val="cyan"/>
          <w:u w:val="single"/>
        </w:rPr>
        <w:t xml:space="preserve"> the </w:t>
      </w:r>
      <w:r>
        <w:rPr>
          <w:b/>
          <w:i w:val="0"/>
          <w:smallCaps w:val="0"/>
          <w:strike w:val="0"/>
          <w:sz w:val="20"/>
          <w:highlight w:val="cyan"/>
          <w:u w:val="single"/>
        </w:rPr>
        <w:t>innovations of others</w:t>
      </w:r>
      <w:r>
        <w:rPr>
          <w:b w:val="0"/>
          <w:i w:val="0"/>
          <w:smallCaps w:val="0"/>
          <w:strike w:val="0"/>
          <w:sz w:val="16"/>
          <w:u w:val="none"/>
        </w:rPr>
        <w:t xml:space="preserve">, </w:t>
      </w:r>
      <w:r>
        <w:rPr>
          <w:b w:val="0"/>
          <w:i w:val="0"/>
          <w:smallCaps w:val="0"/>
          <w:strike w:val="0"/>
          <w:sz w:val="20"/>
          <w:u w:val="single"/>
        </w:rPr>
        <w:t xml:space="preserve">the </w:t>
      </w:r>
      <w:r>
        <w:rPr>
          <w:b/>
          <w:i w:val="0"/>
          <w:smallCaps w:val="0"/>
          <w:strike w:val="0"/>
          <w:sz w:val="20"/>
          <w:highlight w:val="cyan"/>
          <w:u w:val="single"/>
        </w:rPr>
        <w:t>need</w:t>
      </w:r>
      <w:r>
        <w:rPr>
          <w:b w:val="0"/>
          <w:i w:val="0"/>
          <w:smallCaps w:val="0"/>
          <w:strike w:val="0"/>
          <w:sz w:val="20"/>
          <w:highlight w:val="cyan"/>
          <w:u w:val="single"/>
        </w:rPr>
        <w:t xml:space="preserve"> for </w:t>
      </w:r>
      <w:r>
        <w:rPr>
          <w:b/>
          <w:i w:val="0"/>
          <w:smallCaps w:val="0"/>
          <w:strike w:val="0"/>
          <w:sz w:val="20"/>
          <w:highlight w:val="cyan"/>
          <w:u w:val="single"/>
        </w:rPr>
        <w:t>patent protection</w:t>
      </w:r>
      <w:r>
        <w:rPr>
          <w:b w:val="0"/>
          <w:i w:val="0"/>
          <w:smallCaps w:val="0"/>
          <w:strike w:val="0"/>
          <w:sz w:val="20"/>
          <w:highlight w:val="cyan"/>
          <w:u w:val="single"/>
        </w:rPr>
        <w:t xml:space="preserve"> has never been </w:t>
      </w:r>
      <w:r>
        <w:rPr>
          <w:b/>
          <w:i w:val="0"/>
          <w:smallCaps w:val="0"/>
          <w:strike w:val="0"/>
          <w:sz w:val="20"/>
          <w:highlight w:val="cyan"/>
          <w:u w:val="single"/>
        </w:rPr>
        <w:t>greater</w:t>
      </w:r>
      <w:r>
        <w:rPr>
          <w:b w:val="0"/>
          <w:i w:val="0"/>
          <w:smallCaps w:val="0"/>
          <w:strike w:val="0"/>
          <w:sz w:val="16"/>
          <w:u w:val="none"/>
        </w:rPr>
        <w:t xml:space="preserve">. </w:t>
      </w:r>
    </w:p>
    <w:p>
      <w:pPr>
        <w:spacing w:after="60"/>
      </w:pPr>
      <w:r>
        <w:rPr>
          <w:b w:val="0"/>
          <w:i w:val="0"/>
          <w:smallCaps w:val="0"/>
          <w:strike w:val="0"/>
          <w:sz w:val="20"/>
          <w:u w:val="single"/>
        </w:rPr>
        <w:t xml:space="preserve">When added to </w:t>
      </w:r>
      <w:r>
        <w:rPr>
          <w:b/>
          <w:i w:val="0"/>
          <w:smallCaps w:val="0"/>
          <w:strike w:val="0"/>
          <w:sz w:val="20"/>
          <w:u w:val="single"/>
        </w:rPr>
        <w:t>traditional</w:t>
      </w:r>
      <w:r>
        <w:rPr>
          <w:b w:val="0"/>
          <w:i w:val="0"/>
          <w:smallCaps w:val="0"/>
          <w:strike w:val="0"/>
          <w:sz w:val="20"/>
          <w:u w:val="single"/>
        </w:rPr>
        <w:t xml:space="preserve"> market </w:t>
      </w:r>
      <w:r>
        <w:rPr>
          <w:b/>
          <w:i w:val="0"/>
          <w:smallCaps w:val="0"/>
          <w:strike w:val="0"/>
          <w:sz w:val="20"/>
          <w:u w:val="single"/>
        </w:rPr>
        <w:t>advantages</w:t>
      </w:r>
      <w:r>
        <w:rPr>
          <w:b w:val="0"/>
          <w:i w:val="0"/>
          <w:smallCaps w:val="0"/>
          <w:strike w:val="0"/>
          <w:sz w:val="16"/>
          <w:u w:val="none"/>
        </w:rPr>
        <w:t>, like larg</w:t>
      </w:r>
      <w:r>
        <w:rPr>
          <w:b w:val="0"/>
          <w:i w:val="0"/>
          <w:smallCaps w:val="0"/>
          <w:strike w:val="0"/>
          <w:sz w:val="20"/>
          <w:u w:val="single"/>
        </w:rPr>
        <w:t>er technical platforms and distribution channels</w:t>
      </w:r>
      <w:r>
        <w:rPr>
          <w:b w:val="0"/>
          <w:i w:val="0"/>
          <w:smallCaps w:val="0"/>
          <w:strike w:val="0"/>
          <w:sz w:val="16"/>
          <w:u w:val="none"/>
        </w:rPr>
        <w:t xml:space="preserve">, </w:t>
      </w:r>
      <w:r>
        <w:rPr>
          <w:b/>
          <w:i w:val="0"/>
          <w:smallCaps w:val="0"/>
          <w:strike w:val="0"/>
          <w:sz w:val="20"/>
          <w:u w:val="single"/>
        </w:rPr>
        <w:t>tech giants</w:t>
      </w:r>
      <w:r>
        <w:rPr>
          <w:b w:val="0"/>
          <w:i w:val="0"/>
          <w:smallCaps w:val="0"/>
          <w:strike w:val="0"/>
          <w:sz w:val="20"/>
          <w:u w:val="single"/>
        </w:rPr>
        <w:t xml:space="preserve"> </w:t>
      </w:r>
      <w:r>
        <w:rPr>
          <w:b/>
          <w:i w:val="0"/>
          <w:smallCaps w:val="0"/>
          <w:strike w:val="0"/>
          <w:sz w:val="20"/>
          <w:u w:val="single"/>
        </w:rPr>
        <w:t>have</w:t>
      </w:r>
      <w:r>
        <w:rPr>
          <w:b w:val="0"/>
          <w:i w:val="0"/>
          <w:smallCaps w:val="0"/>
          <w:strike w:val="0"/>
          <w:sz w:val="20"/>
          <w:u w:val="single"/>
        </w:rPr>
        <w:t xml:space="preserve"> </w:t>
      </w:r>
      <w:r>
        <w:rPr>
          <w:b/>
          <w:i w:val="0"/>
          <w:smallCaps w:val="0"/>
          <w:strike w:val="0"/>
          <w:sz w:val="20"/>
          <w:u w:val="single"/>
        </w:rPr>
        <w:t>even more ability</w:t>
      </w:r>
      <w:r>
        <w:rPr>
          <w:b w:val="0"/>
          <w:i w:val="0"/>
          <w:smallCaps w:val="0"/>
          <w:strike w:val="0"/>
          <w:sz w:val="20"/>
          <w:u w:val="single"/>
        </w:rPr>
        <w:t xml:space="preserve"> </w:t>
      </w:r>
      <w:r>
        <w:rPr>
          <w:b/>
          <w:i w:val="0"/>
          <w:smallCaps w:val="0"/>
          <w:strike w:val="0"/>
          <w:sz w:val="20"/>
          <w:u w:val="single"/>
        </w:rPr>
        <w:t>to</w:t>
      </w:r>
      <w:r>
        <w:rPr>
          <w:b w:val="0"/>
          <w:i w:val="0"/>
          <w:smallCaps w:val="0"/>
          <w:strike w:val="0"/>
          <w:sz w:val="20"/>
          <w:u w:val="single"/>
        </w:rPr>
        <w:t xml:space="preserve"> </w:t>
      </w:r>
      <w:r>
        <w:rPr>
          <w:b/>
          <w:i w:val="0"/>
          <w:smallCaps w:val="0"/>
          <w:strike w:val="0"/>
          <w:sz w:val="20"/>
          <w:u w:val="single"/>
        </w:rPr>
        <w:t>flood the market</w:t>
      </w:r>
      <w:r>
        <w:rPr>
          <w:b w:val="0"/>
          <w:i w:val="0"/>
          <w:smallCaps w:val="0"/>
          <w:strike w:val="0"/>
          <w:sz w:val="20"/>
          <w:u w:val="single"/>
        </w:rPr>
        <w:t xml:space="preserve"> with infringing products</w:t>
      </w:r>
      <w:r>
        <w:rPr>
          <w:b w:val="0"/>
          <w:i w:val="0"/>
          <w:smallCaps w:val="0"/>
          <w:strike w:val="0"/>
          <w:sz w:val="16"/>
          <w:u w:val="none"/>
        </w:rPr>
        <w:t xml:space="preserve">, </w:t>
      </w:r>
      <w:r>
        <w:rPr>
          <w:b w:val="0"/>
          <w:i w:val="0"/>
          <w:smallCaps w:val="0"/>
          <w:strike w:val="0"/>
          <w:sz w:val="20"/>
          <w:u w:val="single"/>
        </w:rPr>
        <w:t>making</w:t>
      </w:r>
      <w:r>
        <w:rPr>
          <w:b w:val="0"/>
          <w:i w:val="0"/>
          <w:smallCaps w:val="0"/>
          <w:strike w:val="0"/>
          <w:sz w:val="16"/>
          <w:u w:val="none"/>
        </w:rPr>
        <w:t xml:space="preserve"> </w:t>
      </w:r>
      <w:r>
        <w:rPr>
          <w:b w:val="0"/>
          <w:i w:val="0"/>
          <w:smallCaps w:val="0"/>
          <w:strike w:val="0"/>
          <w:sz w:val="20"/>
          <w:u w:val="single"/>
        </w:rPr>
        <w:t>it</w:t>
      </w:r>
      <w:r>
        <w:rPr>
          <w:b w:val="0"/>
          <w:i w:val="0"/>
          <w:smallCaps w:val="0"/>
          <w:strike w:val="0"/>
          <w:sz w:val="16"/>
          <w:u w:val="none"/>
        </w:rPr>
        <w:t xml:space="preserve"> even </w:t>
      </w:r>
      <w:r>
        <w:rPr>
          <w:b w:val="0"/>
          <w:i w:val="0"/>
          <w:smallCaps w:val="0"/>
          <w:strike w:val="0"/>
          <w:sz w:val="20"/>
          <w:u w:val="single"/>
        </w:rPr>
        <w:t>harder</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i w:val="0"/>
          <w:smallCaps w:val="0"/>
          <w:strike w:val="0"/>
          <w:sz w:val="20"/>
          <w:u w:val="single"/>
        </w:rPr>
        <w:t>smaller companies</w:t>
      </w:r>
      <w:r>
        <w:rPr>
          <w:b w:val="0"/>
          <w:i w:val="0"/>
          <w:smallCaps w:val="0"/>
          <w:strike w:val="0"/>
          <w:sz w:val="20"/>
          <w:u w:val="single"/>
        </w:rPr>
        <w:t xml:space="preserve"> to compete</w:t>
      </w:r>
      <w:r>
        <w:rPr>
          <w:b w:val="0"/>
          <w:i w:val="0"/>
          <w:smallCaps w:val="0"/>
          <w:strike w:val="0"/>
          <w:sz w:val="16"/>
          <w:u w:val="none"/>
        </w:rPr>
        <w:t xml:space="preserve"> with them. </w:t>
      </w:r>
    </w:p>
    <w:p>
      <w:pPr>
        <w:spacing w:after="60"/>
      </w:pPr>
      <w:r>
        <w:rPr>
          <w:b w:val="0"/>
          <w:i w:val="0"/>
          <w:smallCaps w:val="0"/>
          <w:strike w:val="0"/>
          <w:sz w:val="16"/>
          <w:u w:val="none"/>
        </w:rPr>
        <w:t xml:space="preserve">In the past, </w:t>
      </w:r>
      <w:r>
        <w:rPr>
          <w:b w:val="0"/>
          <w:i w:val="0"/>
          <w:smallCaps w:val="0"/>
          <w:strike w:val="0"/>
          <w:sz w:val="20"/>
          <w:u w:val="single"/>
        </w:rPr>
        <w:t>when product development cycles were longer and innovation slower</w:t>
      </w:r>
      <w:r>
        <w:rPr>
          <w:b w:val="0"/>
          <w:i w:val="0"/>
          <w:smallCaps w:val="0"/>
          <w:strike w:val="0"/>
          <w:sz w:val="16"/>
          <w:u w:val="none"/>
        </w:rPr>
        <w:t xml:space="preserve">, even </w:t>
      </w:r>
      <w:r>
        <w:rPr>
          <w:b w:val="0"/>
          <w:i w:val="0"/>
          <w:smallCaps w:val="0"/>
          <w:strike w:val="0"/>
          <w:sz w:val="20"/>
          <w:u w:val="single"/>
        </w:rPr>
        <w:t>small companies could derive some implicit protection from the</w:t>
      </w:r>
      <w:r>
        <w:rPr>
          <w:b w:val="0"/>
          <w:i w:val="0"/>
          <w:smallCaps w:val="0"/>
          <w:strike w:val="0"/>
          <w:sz w:val="16"/>
          <w:u w:val="none"/>
        </w:rPr>
        <w:t xml:space="preserve"> “</w:t>
      </w:r>
      <w:r>
        <w:rPr>
          <w:b w:val="0"/>
          <w:i w:val="0"/>
          <w:smallCaps w:val="0"/>
          <w:strike w:val="0"/>
          <w:sz w:val="20"/>
          <w:u w:val="single"/>
        </w:rPr>
        <w:t>first mover advantage</w:t>
      </w:r>
      <w:r>
        <w:rPr>
          <w:b w:val="0"/>
          <w:i w:val="0"/>
          <w:smallCaps w:val="0"/>
          <w:strike w:val="0"/>
          <w:sz w:val="16"/>
          <w:u w:val="none"/>
        </w:rPr>
        <w:t xml:space="preserve">,” the ability to build a loyal customer base before a big player could swoop in. Now, as software copying becomes easier with AI, the lead time afforded to first movers is rapidly approaching zero. </w:t>
      </w:r>
    </w:p>
    <w:p>
      <w:pPr>
        <w:spacing w:after="60"/>
      </w:pPr>
      <w:r>
        <w:rPr>
          <w:b w:val="0"/>
          <w:i w:val="0"/>
          <w:smallCaps w:val="0"/>
          <w:strike w:val="0"/>
          <w:sz w:val="16"/>
          <w:u w:val="none"/>
        </w:rPr>
        <w:t xml:space="preserve">More than ever, </w:t>
      </w:r>
      <w:r>
        <w:rPr>
          <w:b w:val="0"/>
          <w:i w:val="0"/>
          <w:smallCaps w:val="0"/>
          <w:strike w:val="0"/>
          <w:sz w:val="20"/>
          <w:u w:val="single"/>
        </w:rPr>
        <w:t xml:space="preserve">small businesses need to </w:t>
      </w:r>
      <w:r>
        <w:rPr>
          <w:b/>
          <w:i w:val="0"/>
          <w:smallCaps w:val="0"/>
          <w:strike w:val="0"/>
          <w:sz w:val="20"/>
          <w:highlight w:val="cyan"/>
          <w:u w:val="single"/>
        </w:rPr>
        <w:t>view patents</w:t>
      </w:r>
      <w:r>
        <w:rPr>
          <w:b w:val="0"/>
          <w:i w:val="0"/>
          <w:smallCaps w:val="0"/>
          <w:strike w:val="0"/>
          <w:sz w:val="20"/>
          <w:highlight w:val="cyan"/>
          <w:u w:val="single"/>
        </w:rPr>
        <w:t xml:space="preserve"> as </w:t>
      </w:r>
      <w:r>
        <w:rPr>
          <w:b/>
          <w:i w:val="0"/>
          <w:smallCaps w:val="0"/>
          <w:strike w:val="0"/>
          <w:sz w:val="20"/>
          <w:highlight w:val="cyan"/>
          <w:u w:val="single"/>
        </w:rPr>
        <w:t>integral</w:t>
      </w:r>
      <w:r>
        <w:rPr>
          <w:b w:val="0"/>
          <w:i w:val="0"/>
          <w:smallCaps w:val="0"/>
          <w:strike w:val="0"/>
          <w:sz w:val="20"/>
          <w:highlight w:val="cyan"/>
          <w:u w:val="single"/>
        </w:rPr>
        <w:t xml:space="preserve"> to their </w:t>
      </w:r>
      <w:r>
        <w:rPr>
          <w:b/>
          <w:i w:val="0"/>
          <w:smallCaps w:val="0"/>
          <w:strike w:val="0"/>
          <w:sz w:val="20"/>
          <w:highlight w:val="cyan"/>
          <w:u w:val="single"/>
        </w:rPr>
        <w:t>business strategy</w:t>
      </w:r>
      <w:r>
        <w:rPr>
          <w:b w:val="0"/>
          <w:i w:val="0"/>
          <w:smallCaps w:val="0"/>
          <w:strike w:val="0"/>
          <w:sz w:val="16"/>
          <w:u w:val="none"/>
        </w:rPr>
        <w:t xml:space="preserve">. </w:t>
      </w:r>
    </w:p>
    <w:p>
      <w:pPr>
        <w:spacing w:after="60"/>
      </w:pPr>
      <w:r>
        <w:rPr>
          <w:b w:val="0"/>
          <w:i w:val="0"/>
          <w:smallCaps w:val="0"/>
          <w:strike w:val="0"/>
          <w:sz w:val="16"/>
          <w:u w:val="none"/>
        </w:rPr>
        <w:t xml:space="preserve">Just look at the recent case between Apple and biotech firm Masimo. </w:t>
      </w:r>
      <w:r>
        <w:rPr>
          <w:b w:val="0"/>
          <w:i w:val="0"/>
          <w:smallCaps w:val="0"/>
          <w:strike w:val="0"/>
          <w:sz w:val="20"/>
          <w:u w:val="single"/>
        </w:rPr>
        <w:t>Apple was forced to remove the blood oxygen monitoring feature available on some of their newer Apple Watch</w:t>
      </w:r>
      <w:r>
        <w:rPr>
          <w:b w:val="0"/>
          <w:i w:val="0"/>
          <w:smallCaps w:val="0"/>
          <w:strike w:val="0"/>
          <w:sz w:val="16"/>
          <w:u w:val="none"/>
        </w:rPr>
        <w:t xml:space="preserve"> </w:t>
      </w:r>
      <w:r>
        <w:rPr>
          <w:b w:val="0"/>
          <w:i w:val="0"/>
          <w:smallCaps w:val="0"/>
          <w:strike w:val="0"/>
          <w:sz w:val="20"/>
          <w:u w:val="single"/>
        </w:rPr>
        <w:t>models</w:t>
      </w:r>
      <w:r>
        <w:rPr>
          <w:b w:val="0"/>
          <w:i w:val="0"/>
          <w:smallCaps w:val="0"/>
          <w:strike w:val="0"/>
          <w:sz w:val="16"/>
          <w:u w:val="none"/>
        </w:rPr>
        <w:t xml:space="preserve"> after the US International Trade Commission found that it was in violation of a patent owned by Masimo. </w:t>
      </w:r>
    </w:p>
    <w:p>
      <w:pPr>
        <w:spacing w:after="60"/>
      </w:pPr>
      <w:r>
        <w:rPr>
          <w:b w:val="0"/>
          <w:i w:val="0"/>
          <w:smallCaps w:val="0"/>
          <w:strike w:val="0"/>
          <w:sz w:val="16"/>
          <w:u w:val="none"/>
        </w:rPr>
        <w:t xml:space="preserve">Masimo, a publicly traded business whose market cap is about 1/500th the size of Apple’s, holds the patent on a groundbreaking pulse oximetry monitoring solution that their founder helped invent — the same technology, they allege, that Apple integrated without license or authorization into their Apple Watches. </w:t>
      </w:r>
    </w:p>
    <w:p>
      <w:pPr>
        <w:spacing w:after="60"/>
      </w:pPr>
      <w:r>
        <w:rPr>
          <w:b w:val="0"/>
          <w:i w:val="0"/>
          <w:smallCaps w:val="0"/>
          <w:strike w:val="0"/>
          <w:sz w:val="16"/>
          <w:u w:val="none"/>
        </w:rPr>
        <w:t xml:space="preserve">Though the legal battle is likely to continue, Masimo’s victory is a critical reminder: </w:t>
      </w:r>
      <w:r>
        <w:rPr>
          <w:b w:val="0"/>
          <w:i w:val="0"/>
          <w:smallCaps w:val="0"/>
          <w:strike w:val="0"/>
          <w:sz w:val="20"/>
          <w:u w:val="single"/>
        </w:rPr>
        <w:t>intellectual propert</w:t>
      </w:r>
      <w:r>
        <w:rPr>
          <w:b w:val="0"/>
          <w:i w:val="0"/>
          <w:smallCaps w:val="0"/>
          <w:strike w:val="0"/>
          <w:sz w:val="16"/>
          <w:u w:val="none"/>
        </w:rPr>
        <w:t xml:space="preserve">y — </w:t>
      </w:r>
      <w:r>
        <w:rPr>
          <w:b/>
          <w:i w:val="0"/>
          <w:smallCaps w:val="0"/>
          <w:strike w:val="0"/>
          <w:sz w:val="20"/>
          <w:highlight w:val="cyan"/>
          <w:u w:val="single"/>
        </w:rPr>
        <w:t>especially patents</w:t>
      </w:r>
      <w:r>
        <w:rPr>
          <w:b w:val="0"/>
          <w:i w:val="0"/>
          <w:smallCaps w:val="0"/>
          <w:strike w:val="0"/>
          <w:sz w:val="16"/>
          <w:u w:val="none"/>
        </w:rPr>
        <w:t xml:space="preserve"> — </w:t>
      </w:r>
      <w:r>
        <w:rPr>
          <w:b w:val="0"/>
          <w:i w:val="0"/>
          <w:smallCaps w:val="0"/>
          <w:strike w:val="0"/>
          <w:sz w:val="20"/>
          <w:highlight w:val="cyan"/>
          <w:u w:val="single"/>
        </w:rPr>
        <w:t xml:space="preserve">are one of the </w:t>
      </w:r>
      <w:r>
        <w:rPr>
          <w:b/>
          <w:i w:val="0"/>
          <w:smallCaps w:val="0"/>
          <w:strike w:val="0"/>
          <w:sz w:val="20"/>
          <w:highlight w:val="cyan"/>
          <w:u w:val="single"/>
        </w:rPr>
        <w:t>most powerful tools</w:t>
      </w:r>
      <w:r>
        <w:rPr>
          <w:b w:val="0"/>
          <w:i w:val="0"/>
          <w:smallCaps w:val="0"/>
          <w:strike w:val="0"/>
          <w:sz w:val="20"/>
          <w:highlight w:val="cyan"/>
          <w:u w:val="single"/>
        </w:rPr>
        <w:t xml:space="preserve"> that </w:t>
      </w:r>
      <w:r>
        <w:rPr>
          <w:b/>
          <w:i w:val="0"/>
          <w:smallCaps w:val="0"/>
          <w:strike w:val="0"/>
          <w:sz w:val="20"/>
          <w:highlight w:val="cyan"/>
          <w:u w:val="single"/>
        </w:rPr>
        <w:t>small companies</w:t>
      </w:r>
      <w:r>
        <w:rPr>
          <w:b w:val="0"/>
          <w:i w:val="0"/>
          <w:smallCaps w:val="0"/>
          <w:strike w:val="0"/>
          <w:sz w:val="20"/>
          <w:highlight w:val="cyan"/>
          <w:u w:val="single"/>
        </w:rPr>
        <w:t xml:space="preserve"> have to </w:t>
      </w:r>
      <w:r>
        <w:rPr>
          <w:b/>
          <w:i w:val="0"/>
          <w:smallCaps w:val="0"/>
          <w:strike w:val="0"/>
          <w:sz w:val="20"/>
          <w:highlight w:val="cyan"/>
          <w:u w:val="single"/>
        </w:rPr>
        <w:t>protect themselves</w:t>
      </w:r>
      <w:r>
        <w:rPr>
          <w:b w:val="0"/>
          <w:i w:val="0"/>
          <w:smallCaps w:val="0"/>
          <w:strike w:val="0"/>
          <w:sz w:val="16"/>
          <w:highlight w:val="cyan"/>
          <w:u w:val="none"/>
        </w:rPr>
        <w:t>.</w:t>
      </w:r>
      <w:r>
        <w:rPr>
          <w:b w:val="0"/>
          <w:i w:val="0"/>
          <w:smallCaps w:val="0"/>
          <w:strike w:val="0"/>
          <w:sz w:val="16"/>
          <w:u w:val="none"/>
        </w:rPr>
        <w:t xml:space="preserve"> </w:t>
      </w:r>
    </w:p>
    <w:p>
      <w:pPr>
        <w:spacing w:after="60"/>
      </w:pPr>
      <w:r>
        <w:rPr>
          <w:b w:val="0"/>
          <w:i w:val="0"/>
          <w:smallCaps w:val="0"/>
          <w:strike w:val="0"/>
          <w:sz w:val="16"/>
          <w:u w:val="none"/>
        </w:rPr>
        <w:t>In the era of Big Tech, the David versus Goliath-type showdown between Masimo and Apple has rarely been seen. And it’s been even more rare for the smaller company to triumph.</w:t>
      </w:r>
    </w:p>
    <w:p>
      <w:pPr>
        <w:spacing w:after="60"/>
      </w:pPr>
      <w:r>
        <w:rPr>
          <w:b w:val="0"/>
          <w:i w:val="0"/>
          <w:smallCaps w:val="0"/>
          <w:strike w:val="0"/>
          <w:sz w:val="20"/>
          <w:u w:val="single"/>
        </w:rPr>
        <w:t xml:space="preserve">American corporate history is filled with </w:t>
      </w:r>
      <w:r>
        <w:rPr>
          <w:b/>
          <w:i w:val="0"/>
          <w:smallCaps w:val="0"/>
          <w:strike w:val="0"/>
          <w:sz w:val="20"/>
          <w:u w:val="single"/>
        </w:rPr>
        <w:t>failed businesses</w:t>
      </w:r>
      <w:r>
        <w:rPr>
          <w:b w:val="0"/>
          <w:i w:val="0"/>
          <w:smallCaps w:val="0"/>
          <w:strike w:val="0"/>
          <w:sz w:val="16"/>
          <w:u w:val="none"/>
        </w:rPr>
        <w:t xml:space="preserve"> </w:t>
      </w:r>
      <w:r>
        <w:rPr>
          <w:b w:val="0"/>
          <w:i w:val="0"/>
          <w:smallCaps w:val="0"/>
          <w:strike w:val="0"/>
          <w:sz w:val="20"/>
          <w:u w:val="single"/>
        </w:rPr>
        <w:t xml:space="preserve">that didn’t do the work to </w:t>
      </w:r>
      <w:r>
        <w:rPr>
          <w:b/>
          <w:i w:val="0"/>
          <w:smallCaps w:val="0"/>
          <w:strike w:val="0"/>
          <w:sz w:val="20"/>
          <w:u w:val="single"/>
        </w:rPr>
        <w:t>protect their innovations</w:t>
      </w:r>
      <w:r>
        <w:rPr>
          <w:b w:val="0"/>
          <w:i w:val="0"/>
          <w:smallCaps w:val="0"/>
          <w:strike w:val="0"/>
          <w:sz w:val="16"/>
          <w:u w:val="none"/>
        </w:rPr>
        <w:t xml:space="preserve"> — </w:t>
      </w:r>
      <w:r>
        <w:rPr>
          <w:b w:val="0"/>
          <w:i w:val="0"/>
          <w:smallCaps w:val="0"/>
          <w:strike w:val="0"/>
          <w:sz w:val="20"/>
          <w:u w:val="single"/>
        </w:rPr>
        <w:t xml:space="preserve">especially in the </w:t>
      </w:r>
      <w:r>
        <w:rPr>
          <w:b/>
          <w:i w:val="0"/>
          <w:smallCaps w:val="0"/>
          <w:strike w:val="0"/>
          <w:sz w:val="20"/>
          <w:u w:val="single"/>
        </w:rPr>
        <w:t>tech era,</w:t>
      </w:r>
      <w:r>
        <w:rPr>
          <w:b w:val="0"/>
          <w:i w:val="0"/>
          <w:smallCaps w:val="0"/>
          <w:strike w:val="0"/>
          <w:sz w:val="16"/>
          <w:u w:val="none"/>
        </w:rPr>
        <w:t xml:space="preserve"> w</w:t>
      </w:r>
      <w:r>
        <w:rPr>
          <w:b w:val="0"/>
          <w:i w:val="0"/>
          <w:smallCaps w:val="0"/>
          <w:strike w:val="0"/>
          <w:sz w:val="20"/>
          <w:u w:val="single"/>
        </w:rPr>
        <w:t>here the major players have largely succeeded because of their ability to build and integrate others’ products into their own systems.</w:t>
      </w:r>
      <w:r>
        <w:rPr>
          <w:b w:val="0"/>
          <w:i w:val="0"/>
          <w:smallCaps w:val="0"/>
          <w:strike w:val="0"/>
          <w:sz w:val="16"/>
          <w:u w:val="none"/>
        </w:rPr>
        <w:t xml:space="preserve"> Companies have been put out of business almost overnight as tech giants use their infrastructure to corner the market. </w:t>
      </w:r>
    </w:p>
    <w:p>
      <w:pPr>
        <w:spacing w:after="60"/>
      </w:pPr>
      <w:r>
        <w:rPr>
          <w:b w:val="0"/>
          <w:i w:val="0"/>
          <w:smallCaps w:val="0"/>
          <w:strike w:val="0"/>
          <w:sz w:val="16"/>
          <w:u w:val="none"/>
        </w:rPr>
        <w:t xml:space="preserve">There are notable cases from the advent of personal computing: Netscape famously failed after Microsoft integrated Internet Explorer into its Windows operating system. A similar fate befell WordPerfect and Lotus 1-2-3, who had to be acquired after Microsoft launched their Office bundling in the late 90s, making it difficult for either company to compete. </w:t>
      </w:r>
    </w:p>
    <w:p>
      <w:pPr>
        <w:spacing w:after="60"/>
      </w:pPr>
      <w:r>
        <w:rPr>
          <w:b w:val="0"/>
          <w:i w:val="0"/>
          <w:smallCaps w:val="0"/>
          <w:strike w:val="0"/>
          <w:sz w:val="16"/>
          <w:u w:val="none"/>
        </w:rPr>
        <w:t xml:space="preserve">More recently, the advent of OpenAI’s ChatGPT spurred the creation of literally thousands of startups who based their apps on integrations with the AI platform. But only a year later, when OpenAI released a series of updates to the system, these founders found their technologies assimilated; ChatGPT now offered their services, natively, and without integration. Literally overnight, their companies became obsolete. </w:t>
      </w:r>
    </w:p>
    <w:p>
      <w:pPr>
        <w:spacing w:after="60"/>
      </w:pPr>
      <w:r>
        <w:rPr>
          <w:b w:val="0"/>
          <w:i w:val="0"/>
          <w:smallCaps w:val="0"/>
          <w:strike w:val="0"/>
          <w:sz w:val="20"/>
          <w:u w:val="single"/>
        </w:rPr>
        <w:t xml:space="preserve">It’s hardly hyperbole to say that small companies put their entire business at risk if they fail to </w:t>
      </w:r>
      <w:r>
        <w:rPr>
          <w:b/>
          <w:i w:val="0"/>
          <w:smallCaps w:val="0"/>
          <w:strike w:val="0"/>
          <w:sz w:val="20"/>
          <w:u w:val="single"/>
        </w:rPr>
        <w:t>ensure strong patent protection</w:t>
      </w:r>
      <w:r>
        <w:rPr>
          <w:b w:val="0"/>
          <w:i w:val="0"/>
          <w:smallCaps w:val="0"/>
          <w:strike w:val="0"/>
          <w:sz w:val="16"/>
          <w:u w:val="none"/>
        </w:rPr>
        <w:t xml:space="preserve">. A company can be put out of business easily by a larger competitor who can readily throw a few million dollars towards development to recreate a startups’ entire premise., </w:t>
      </w:r>
      <w:r>
        <w:rPr>
          <w:b w:val="0"/>
          <w:i w:val="0"/>
          <w:smallCaps w:val="0"/>
          <w:strike w:val="0"/>
          <w:sz w:val="20"/>
          <w:highlight w:val="cyan"/>
          <w:u w:val="single"/>
        </w:rPr>
        <w:t>Investing in strong</w:t>
      </w:r>
      <w:r>
        <w:rPr>
          <w:b w:val="0"/>
          <w:i w:val="0"/>
          <w:smallCaps w:val="0"/>
          <w:strike w:val="0"/>
          <w:sz w:val="16"/>
          <w:u w:val="none"/>
        </w:rPr>
        <w:t xml:space="preserve"> </w:t>
      </w:r>
      <w:r>
        <w:rPr>
          <w:b/>
          <w:i w:val="0"/>
          <w:smallCaps w:val="0"/>
          <w:strike w:val="0"/>
          <w:sz w:val="20"/>
          <w:highlight w:val="cyan"/>
          <w:u w:val="single"/>
        </w:rPr>
        <w:t>broad</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defensible</w:t>
      </w:r>
      <w:r>
        <w:rPr>
          <w:b w:val="0"/>
          <w:i w:val="0"/>
          <w:smallCaps w:val="0"/>
          <w:strike w:val="0"/>
          <w:sz w:val="16"/>
          <w:highlight w:val="cyan"/>
          <w:u w:val="none"/>
        </w:rPr>
        <w:t xml:space="preserve"> </w:t>
      </w:r>
      <w:r>
        <w:rPr>
          <w:b w:val="0"/>
          <w:i w:val="0"/>
          <w:smallCaps w:val="0"/>
          <w:strike w:val="0"/>
          <w:sz w:val="20"/>
          <w:highlight w:val="cyan"/>
          <w:u w:val="single"/>
        </w:rPr>
        <w:t>patents upfront</w:t>
      </w:r>
      <w:r>
        <w:rPr>
          <w:b w:val="0"/>
          <w:i w:val="0"/>
          <w:smallCaps w:val="0"/>
          <w:strike w:val="0"/>
          <w:sz w:val="20"/>
          <w:u w:val="single"/>
        </w:rPr>
        <w:t xml:space="preserve"> and early on </w:t>
      </w:r>
      <w:r>
        <w:rPr>
          <w:b w:val="0"/>
          <w:i w:val="0"/>
          <w:smallCaps w:val="0"/>
          <w:strike w:val="0"/>
          <w:sz w:val="20"/>
          <w:highlight w:val="cyan"/>
          <w:u w:val="single"/>
        </w:rPr>
        <w:t xml:space="preserve">can be </w:t>
      </w:r>
      <w:r>
        <w:rPr>
          <w:b/>
          <w:i w:val="0"/>
          <w:smallCaps w:val="0"/>
          <w:strike w:val="0"/>
          <w:sz w:val="20"/>
          <w:highlight w:val="cyan"/>
          <w:u w:val="single"/>
        </w:rPr>
        <w:t>the difference between life and death</w:t>
      </w:r>
      <w:r>
        <w:rPr>
          <w:b w:val="0"/>
          <w:i w:val="0"/>
          <w:smallCaps w:val="0"/>
          <w:strike w:val="0"/>
          <w:sz w:val="16"/>
          <w:highlight w:val="cyan"/>
          <w:u w:val="none"/>
        </w:rPr>
        <w:t>.</w:t>
      </w:r>
    </w:p>
    <w:p>
      <w:pPr>
        <w:spacing w:after="60"/>
      </w:pPr>
      <w:r>
        <w:rPr>
          <w:b w:val="0"/>
          <w:i w:val="0"/>
          <w:smallCaps w:val="0"/>
          <w:strike w:val="0"/>
          <w:sz w:val="16"/>
          <w:u w:val="none"/>
        </w:rPr>
        <w:t xml:space="preserve">Over the years, </w:t>
      </w:r>
      <w:r>
        <w:rPr>
          <w:b w:val="0"/>
          <w:i w:val="0"/>
          <w:smallCaps w:val="0"/>
          <w:strike w:val="0"/>
          <w:sz w:val="20"/>
          <w:u w:val="single"/>
        </w:rPr>
        <w:t xml:space="preserve">there has been increased acknowledgement of the </w:t>
      </w:r>
      <w:r>
        <w:rPr>
          <w:b/>
          <w:i w:val="0"/>
          <w:smallCaps w:val="0"/>
          <w:strike w:val="0"/>
          <w:sz w:val="20"/>
          <w:u w:val="single"/>
        </w:rPr>
        <w:t>vitality of patents</w:t>
      </w:r>
      <w:r>
        <w:rPr>
          <w:b w:val="0"/>
          <w:i w:val="0"/>
          <w:smallCaps w:val="0"/>
          <w:strike w:val="0"/>
          <w:sz w:val="16"/>
          <w:u w:val="none"/>
        </w:rPr>
        <w:t xml:space="preserve">. In the late 90s, despite winning a patent dispute with Microsoft, Stac Electronics still went under, as they struggled to recuperate financially from the battle. Today, though companies like Apple do their best to make it prohibitively expensive to put up a legal fight (Masimo is estimated to have spent $60 million in their patent dispute), </w:t>
      </w:r>
      <w:r>
        <w:rPr>
          <w:b w:val="0"/>
          <w:i w:val="0"/>
          <w:smallCaps w:val="0"/>
          <w:strike w:val="0"/>
          <w:sz w:val="20"/>
          <w:u w:val="single"/>
        </w:rPr>
        <w:t>there are third party financing options widely available to help protect small companie</w:t>
      </w:r>
      <w:r>
        <w:rPr>
          <w:b w:val="0"/>
          <w:i w:val="0"/>
          <w:smallCaps w:val="0"/>
          <w:strike w:val="0"/>
          <w:sz w:val="16"/>
          <w:u w:val="none"/>
        </w:rPr>
        <w:t xml:space="preserve">s. </w:t>
      </w:r>
    </w:p>
    <w:p>
      <w:pPr>
        <w:spacing w:after="60"/>
      </w:pPr>
      <w:r>
        <w:rPr>
          <w:b w:val="0"/>
          <w:i w:val="0"/>
          <w:smallCaps w:val="0"/>
          <w:strike w:val="0"/>
          <w:sz w:val="16"/>
          <w:u w:val="none"/>
        </w:rPr>
        <w:t xml:space="preserve">With their patents, </w:t>
      </w:r>
      <w:r>
        <w:rPr>
          <w:b w:val="0"/>
          <w:i w:val="0"/>
          <w:smallCaps w:val="0"/>
          <w:strike w:val="0"/>
          <w:sz w:val="20"/>
          <w:u w:val="single"/>
        </w:rPr>
        <w:t>Masimo has a fighting chance to emerge victorious</w:t>
      </w:r>
      <w:r>
        <w:rPr>
          <w:b w:val="0"/>
          <w:i w:val="0"/>
          <w:smallCaps w:val="0"/>
          <w:strike w:val="0"/>
          <w:sz w:val="16"/>
          <w:u w:val="none"/>
        </w:rPr>
        <w:t xml:space="preserve">. </w:t>
      </w:r>
      <w:r>
        <w:rPr>
          <w:b w:val="0"/>
          <w:i w:val="0"/>
          <w:smallCaps w:val="0"/>
          <w:strike w:val="0"/>
          <w:sz w:val="20"/>
          <w:u w:val="single"/>
        </w:rPr>
        <w:t>Small businesses need to be</w:t>
      </w:r>
      <w:r>
        <w:rPr>
          <w:b w:val="0"/>
          <w:i w:val="0"/>
          <w:smallCaps w:val="0"/>
          <w:strike w:val="0"/>
          <w:sz w:val="16"/>
          <w:u w:val="none"/>
        </w:rPr>
        <w:t xml:space="preserve">, </w:t>
      </w:r>
      <w:r>
        <w:rPr>
          <w:b/>
          <w:i w:val="0"/>
          <w:smallCaps w:val="0"/>
          <w:strike w:val="0"/>
          <w:sz w:val="20"/>
          <w:u w:val="single"/>
        </w:rPr>
        <w:t>thinking about patents now</w:t>
      </w:r>
      <w:r>
        <w:rPr>
          <w:b w:val="0"/>
          <w:i w:val="0"/>
          <w:smallCaps w:val="0"/>
          <w:strike w:val="0"/>
          <w:sz w:val="16"/>
          <w:u w:val="none"/>
        </w:rPr>
        <w:t xml:space="preserve"> </w:t>
      </w:r>
      <w:r>
        <w:rPr>
          <w:b/>
          <w:i w:val="0"/>
          <w:smallCaps w:val="0"/>
          <w:strike w:val="0"/>
          <w:sz w:val="20"/>
          <w:u w:val="single"/>
        </w:rPr>
        <w:t>creating filings</w:t>
      </w:r>
      <w:r>
        <w:rPr>
          <w:b w:val="0"/>
          <w:i w:val="0"/>
          <w:smallCaps w:val="0"/>
          <w:strike w:val="0"/>
          <w:sz w:val="20"/>
          <w:u w:val="single"/>
        </w:rPr>
        <w:t xml:space="preserve"> that are broad enough to stand up over time</w:t>
      </w:r>
      <w:r>
        <w:rPr>
          <w:b w:val="0"/>
          <w:i w:val="0"/>
          <w:smallCaps w:val="0"/>
          <w:strike w:val="0"/>
          <w:sz w:val="16"/>
          <w:u w:val="none"/>
        </w:rPr>
        <w:t xml:space="preserve">. </w:t>
      </w:r>
      <w:r>
        <w:rPr>
          <w:b w:val="0"/>
          <w:i w:val="0"/>
          <w:smallCaps w:val="0"/>
          <w:strike w:val="0"/>
          <w:sz w:val="20"/>
          <w:highlight w:val="cyan"/>
          <w:u w:val="single"/>
        </w:rPr>
        <w:t xml:space="preserve">Patent filings are </w:t>
      </w:r>
      <w:r>
        <w:rPr>
          <w:b/>
          <w:i w:val="0"/>
          <w:smallCaps w:val="0"/>
          <w:strike w:val="0"/>
          <w:sz w:val="20"/>
          <w:highlight w:val="cyan"/>
          <w:u w:val="single"/>
        </w:rPr>
        <w:t>not the time</w:t>
      </w:r>
      <w:r>
        <w:rPr>
          <w:b w:val="0"/>
          <w:i w:val="0"/>
          <w:smallCaps w:val="0"/>
          <w:strike w:val="0"/>
          <w:sz w:val="20"/>
          <w:highlight w:val="cyan"/>
          <w:u w:val="single"/>
        </w:rPr>
        <w:t xml:space="preserve"> for </w:t>
      </w:r>
      <w:r>
        <w:rPr>
          <w:b/>
          <w:i w:val="0"/>
          <w:smallCaps w:val="0"/>
          <w:strike w:val="0"/>
          <w:sz w:val="20"/>
          <w:highlight w:val="cyan"/>
          <w:u w:val="single"/>
        </w:rPr>
        <w:t>humility</w:t>
      </w:r>
      <w:r>
        <w:rPr>
          <w:b w:val="0"/>
          <w:i w:val="0"/>
          <w:smallCaps w:val="0"/>
          <w:strike w:val="0"/>
          <w:sz w:val="16"/>
          <w:u w:val="none"/>
        </w:rPr>
        <w:t xml:space="preserve">. </w:t>
      </w:r>
    </w:p>
    <w:p>
      <w:pPr>
        <w:spacing w:after="60"/>
      </w:pPr>
      <w:r>
        <w:rPr>
          <w:b w:val="0"/>
          <w:i w:val="0"/>
          <w:smallCaps w:val="0"/>
          <w:strike w:val="0"/>
          <w:sz w:val="16"/>
          <w:u w:val="none"/>
        </w:rPr>
        <w:t xml:space="preserve">Also </w:t>
      </w:r>
      <w:r>
        <w:rPr>
          <w:b w:val="0"/>
          <w:i w:val="0"/>
          <w:smallCaps w:val="0"/>
          <w:strike w:val="0"/>
          <w:sz w:val="20"/>
          <w:u w:val="single"/>
        </w:rPr>
        <w:t>key for any small tech companies</w:t>
      </w:r>
      <w:r>
        <w:rPr>
          <w:b w:val="0"/>
          <w:i w:val="0"/>
          <w:smallCaps w:val="0"/>
          <w:strike w:val="0"/>
          <w:sz w:val="16"/>
          <w:u w:val="none"/>
        </w:rPr>
        <w:t xml:space="preserve">: </w:t>
      </w:r>
      <w:r>
        <w:rPr>
          <w:b w:val="0"/>
          <w:i w:val="0"/>
          <w:smallCaps w:val="0"/>
          <w:strike w:val="0"/>
          <w:sz w:val="20"/>
          <w:u w:val="single"/>
        </w:rPr>
        <w:t>document any and all interactions that you have with tech giant</w:t>
      </w:r>
      <w:r>
        <w:rPr>
          <w:b w:val="0"/>
          <w:i w:val="0"/>
          <w:smallCaps w:val="0"/>
          <w:strike w:val="0"/>
          <w:sz w:val="16"/>
          <w:u w:val="none"/>
        </w:rPr>
        <w:t xml:space="preserve">s. Trade secrets are your company’s lifeblood, and need to be protected as such. Employees should be signing airtight confidentiality and noncompetition agreements to prevent some of Masimo’s issues. </w:t>
      </w:r>
    </w:p>
    <w:p>
      <w:pPr>
        <w:spacing w:after="60"/>
      </w:pPr>
      <w:r>
        <w:rPr>
          <w:b w:val="0"/>
          <w:i w:val="0"/>
          <w:smallCaps w:val="0"/>
          <w:strike w:val="0"/>
          <w:sz w:val="16"/>
          <w:u w:val="none"/>
        </w:rPr>
        <w:t xml:space="preserve">David can defeat Goliath — but only with patents in place that serve as their slingshots and their smooth stones. </w:t>
      </w:r>
      <w:r>
        <w:rPr>
          <w:b w:val="0"/>
          <w:i w:val="0"/>
          <w:smallCaps w:val="0"/>
          <w:strike w:val="0"/>
          <w:sz w:val="20"/>
          <w:highlight w:val="cyan"/>
          <w:u w:val="single"/>
        </w:rPr>
        <w:t xml:space="preserve">They can </w:t>
      </w:r>
      <w:r>
        <w:rPr>
          <w:b/>
          <w:i w:val="0"/>
          <w:smallCaps w:val="0"/>
          <w:strike w:val="0"/>
          <w:sz w:val="20"/>
          <w:highlight w:val="cyan"/>
          <w:u w:val="single"/>
        </w:rPr>
        <w:t>bring down giants</w:t>
      </w:r>
      <w:r>
        <w:rPr>
          <w:b w:val="0"/>
          <w:i w:val="0"/>
          <w:smallCaps w:val="0"/>
          <w:strike w:val="0"/>
          <w:sz w:val="16"/>
          <w:u w:val="none"/>
        </w:rPr>
        <w:t xml:space="preserve">.  </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