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Expansion of plant patents </w:t>
      </w:r>
      <w:r>
        <w:rPr>
          <w:b/>
          <w:i w:val="0"/>
          <w:smallCaps w:val="0"/>
          <w:strike w:val="0"/>
          <w:sz w:val="24"/>
          <w:u w:val="single"/>
        </w:rPr>
        <w:t>devastates</w:t>
      </w:r>
      <w:r>
        <w:rPr>
          <w:b/>
          <w:i w:val="0"/>
          <w:smallCaps w:val="0"/>
          <w:strike w:val="0"/>
          <w:sz w:val="24"/>
          <w:u w:val="none"/>
        </w:rPr>
        <w:t xml:space="preserve"> the economy---it allocates power to the </w:t>
      </w:r>
      <w:r>
        <w:rPr>
          <w:b/>
          <w:i w:val="0"/>
          <w:smallCaps w:val="0"/>
          <w:strike w:val="0"/>
          <w:sz w:val="24"/>
          <w:u w:val="single"/>
        </w:rPr>
        <w:t>biggest corporations</w:t>
      </w:r>
      <w:r>
        <w:rPr>
          <w:b/>
          <w:i w:val="0"/>
          <w:smallCaps w:val="0"/>
          <w:strike w:val="0"/>
          <w:sz w:val="24"/>
          <w:u w:val="none"/>
        </w:rPr>
        <w:t xml:space="preserve"> which hurts </w:t>
      </w:r>
      <w:r>
        <w:rPr>
          <w:b/>
          <w:i w:val="0"/>
          <w:smallCaps w:val="0"/>
          <w:strike w:val="0"/>
          <w:sz w:val="24"/>
          <w:u w:val="single"/>
        </w:rPr>
        <w:t>small businesses</w:t>
      </w:r>
      <w:r>
        <w:rPr>
          <w:b/>
          <w:i w:val="0"/>
          <w:smallCaps w:val="0"/>
          <w:strike w:val="0"/>
          <w:sz w:val="24"/>
          <w:u w:val="none"/>
        </w:rPr>
        <w:t>.</w:t>
      </w:r>
    </w:p>
    <w:p>
      <w:pPr>
        <w:spacing w:after="80"/>
      </w:pPr>
      <w:r>
        <w:rPr>
          <w:b w:val="0"/>
          <w:i w:val="0"/>
          <w:smallCaps w:val="0"/>
          <w:strike w:val="0"/>
          <w:sz w:val="16"/>
          <w:u w:val="none"/>
        </w:rPr>
        <w:t xml:space="preserve">Tim </w:t>
      </w:r>
      <w:r>
        <w:rPr>
          <w:b/>
          <w:i w:val="0"/>
          <w:smallCaps w:val="0"/>
          <w:strike w:val="0"/>
          <w:sz w:val="24"/>
          <w:u w:val="none"/>
        </w:rPr>
        <w:t>Schauenberg 19</w:t>
      </w:r>
      <w:r>
        <w:rPr>
          <w:b w:val="0"/>
          <w:i w:val="0"/>
          <w:smallCaps w:val="0"/>
          <w:strike w:val="0"/>
          <w:sz w:val="16"/>
          <w:u w:val="none"/>
        </w:rPr>
        <w:t xml:space="preserve">, One of DW's climate reporters, Tim Schauenberg is based in Brussels and Münster, 9/3/19, </w:t>
      </w:r>
      <w:r>
        <w:rPr>
          <w:b w:val="0"/>
          <w:i/>
          <w:smallCaps w:val="0"/>
          <w:strike w:val="0"/>
          <w:sz w:val="16"/>
          <w:u w:val="none"/>
        </w:rPr>
        <w:t>DW</w:t>
      </w:r>
      <w:r>
        <w:rPr>
          <w:b w:val="0"/>
          <w:i w:val="0"/>
          <w:smallCaps w:val="0"/>
          <w:strike w:val="0"/>
          <w:sz w:val="16"/>
          <w:u w:val="none"/>
        </w:rPr>
        <w:t xml:space="preserve">, “Patents on plants threaten farmers”, </w:t>
      </w:r>
      <w:r>
        <w:rPr>
          <w:b w:val="0"/>
          <w:i w:val="0"/>
          <w:smallCaps w:val="0"/>
          <w:strike w:val="0"/>
          <w:sz w:val="16"/>
          <w:u w:val="none"/>
        </w:rPr>
        <w:t>https://www.dw.com/en/patents-on-plants-is-the-sellout-of-genes-a-threat-to-farmers-and-global-food-security/a-49906072</w:t>
      </w:r>
      <w:r>
        <w:rPr>
          <w:b w:val="0"/>
          <w:i w:val="0"/>
          <w:smallCaps w:val="0"/>
          <w:strike w:val="0"/>
          <w:sz w:val="16"/>
          <w:u w:val="none"/>
        </w:rPr>
        <w:t>, kcab</w:t>
      </w:r>
    </w:p>
    <w:p>
      <w:pPr>
        <w:spacing w:after="60"/>
      </w:pPr>
      <w:r>
        <w:rPr>
          <w:b w:val="0"/>
          <w:i w:val="0"/>
          <w:smallCaps w:val="0"/>
          <w:strike w:val="0"/>
          <w:sz w:val="16"/>
          <w:u w:val="none"/>
        </w:rPr>
        <w:t>For years Haribhai Devjibhai Patel has been growing cotton, peanuts and potatoes in the western Indian state of Gujarat. For years he and his family have used seedlings from one harvest to plant the next year's crops on his four acre field.</w:t>
      </w:r>
    </w:p>
    <w:p>
      <w:pPr>
        <w:spacing w:after="60"/>
      </w:pPr>
      <w:r>
        <w:rPr>
          <w:b w:val="0"/>
          <w:i w:val="0"/>
          <w:smallCaps w:val="0"/>
          <w:strike w:val="0"/>
          <w:sz w:val="16"/>
          <w:u w:val="none"/>
        </w:rPr>
        <w:t xml:space="preserve">Last year he planted a new potato variety known as FC5. It was a decision that ultimately landed him in court, because </w:t>
      </w:r>
      <w:r>
        <w:rPr>
          <w:b w:val="0"/>
          <w:i w:val="0"/>
          <w:smallCaps w:val="0"/>
          <w:strike w:val="0"/>
          <w:sz w:val="20"/>
          <w:highlight w:val="cyan"/>
          <w:u w:val="single"/>
        </w:rPr>
        <w:t>the US company</w:t>
      </w:r>
      <w:r>
        <w:rPr>
          <w:b w:val="0"/>
          <w:i w:val="0"/>
          <w:smallCaps w:val="0"/>
          <w:strike w:val="0"/>
          <w:sz w:val="20"/>
          <w:u w:val="single"/>
        </w:rPr>
        <w:t xml:space="preserve"> PepsiCo</w:t>
      </w:r>
      <w:r>
        <w:rPr>
          <w:b w:val="0"/>
          <w:i w:val="0"/>
          <w:smallCaps w:val="0"/>
          <w:strike w:val="0"/>
          <w:sz w:val="16"/>
          <w:u w:val="none"/>
        </w:rPr>
        <w:t xml:space="preserve"> had already </w:t>
      </w:r>
      <w:r>
        <w:rPr>
          <w:b w:val="0"/>
          <w:i w:val="0"/>
          <w:smallCaps w:val="0"/>
          <w:strike w:val="0"/>
          <w:sz w:val="20"/>
          <w:highlight w:val="cyan"/>
          <w:u w:val="single"/>
        </w:rPr>
        <w:t>claimed</w:t>
      </w:r>
      <w:r>
        <w:rPr>
          <w:b w:val="0"/>
          <w:i w:val="0"/>
          <w:smallCaps w:val="0"/>
          <w:strike w:val="0"/>
          <w:sz w:val="20"/>
          <w:u w:val="single"/>
        </w:rPr>
        <w:t xml:space="preserve"> the </w:t>
      </w:r>
      <w:r>
        <w:rPr>
          <w:b w:val="0"/>
          <w:i w:val="0"/>
          <w:smallCaps w:val="0"/>
          <w:strike w:val="0"/>
          <w:sz w:val="20"/>
          <w:highlight w:val="cyan"/>
          <w:u w:val="single"/>
        </w:rPr>
        <w:t>rights</w:t>
      </w:r>
      <w:r>
        <w:rPr>
          <w:b w:val="0"/>
          <w:i w:val="0"/>
          <w:smallCaps w:val="0"/>
          <w:strike w:val="0"/>
          <w:sz w:val="20"/>
          <w:u w:val="single"/>
        </w:rPr>
        <w:t xml:space="preserv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20"/>
          <w:highlight w:val="cyan"/>
          <w:u w:val="single"/>
        </w:rPr>
        <w:t>that</w:t>
      </w:r>
      <w:r>
        <w:rPr>
          <w:b w:val="0"/>
          <w:i w:val="0"/>
          <w:smallCaps w:val="0"/>
          <w:strike w:val="0"/>
          <w:sz w:val="20"/>
          <w:u w:val="single"/>
        </w:rPr>
        <w:t xml:space="preserve"> </w:t>
      </w:r>
      <w:r>
        <w:rPr>
          <w:b/>
          <w:i w:val="0"/>
          <w:smallCaps w:val="0"/>
          <w:strike w:val="0"/>
          <w:sz w:val="20"/>
          <w:u w:val="single"/>
        </w:rPr>
        <w:t xml:space="preserve">very same </w:t>
      </w:r>
      <w:r>
        <w:rPr>
          <w:b/>
          <w:i w:val="0"/>
          <w:smallCaps w:val="0"/>
          <w:strike w:val="0"/>
          <w:sz w:val="20"/>
          <w:highlight w:val="cyan"/>
          <w:u w:val="single"/>
        </w:rPr>
        <w:t>potato variety</w:t>
      </w:r>
      <w:r>
        <w:rPr>
          <w:b w:val="0"/>
          <w:i w:val="0"/>
          <w:smallCaps w:val="0"/>
          <w:strike w:val="0"/>
          <w:sz w:val="16"/>
          <w:u w:val="none"/>
        </w:rPr>
        <w:t>.</w:t>
      </w:r>
    </w:p>
    <w:p>
      <w:pPr>
        <w:spacing w:after="60"/>
      </w:pPr>
      <w:r>
        <w:rPr>
          <w:b w:val="0"/>
          <w:i w:val="0"/>
          <w:smallCaps w:val="0"/>
          <w:strike w:val="0"/>
          <w:sz w:val="16"/>
          <w:u w:val="none"/>
        </w:rPr>
        <w:t xml:space="preserve">Patel claims he wasn't aware of the potato's name, much less PepsiCo's claim. </w:t>
      </w:r>
    </w:p>
    <w:p>
      <w:pPr>
        <w:spacing w:after="60"/>
      </w:pPr>
      <w:r>
        <w:rPr>
          <w:b w:val="0"/>
          <w:i w:val="0"/>
          <w:smallCaps w:val="0"/>
          <w:strike w:val="0"/>
          <w:sz w:val="16"/>
          <w:u w:val="none"/>
        </w:rPr>
        <w:t>"</w:t>
      </w:r>
      <w:r>
        <w:rPr>
          <w:b w:val="0"/>
          <w:i w:val="0"/>
          <w:smallCaps w:val="0"/>
          <w:strike w:val="0"/>
          <w:sz w:val="20"/>
          <w:u w:val="single"/>
        </w:rPr>
        <w:t>I had no idea whatsoever and how I had been dragged into this mess</w:t>
      </w:r>
      <w:r>
        <w:rPr>
          <w:b w:val="0"/>
          <w:i w:val="0"/>
          <w:smallCaps w:val="0"/>
          <w:strike w:val="0"/>
          <w:sz w:val="16"/>
          <w:u w:val="none"/>
        </w:rPr>
        <w:t>,"  he said in a statement to DW.</w:t>
      </w:r>
    </w:p>
    <w:p>
      <w:pPr>
        <w:spacing w:after="60"/>
      </w:pPr>
      <w:r>
        <w:rPr>
          <w:b w:val="0"/>
          <w:i w:val="0"/>
          <w:smallCaps w:val="0"/>
          <w:strike w:val="0"/>
          <w:sz w:val="16"/>
          <w:u w:val="none"/>
        </w:rPr>
        <w:t xml:space="preserve">In April </w:t>
      </w:r>
      <w:r>
        <w:rPr>
          <w:b w:val="0"/>
          <w:i w:val="0"/>
          <w:smallCaps w:val="0"/>
          <w:strike w:val="0"/>
          <w:sz w:val="20"/>
          <w:u w:val="single"/>
        </w:rPr>
        <w:t>he and four other farmers from the region were sued by PepsiCo</w:t>
      </w:r>
      <w:r>
        <w:rPr>
          <w:b w:val="0"/>
          <w:i w:val="0"/>
          <w:smallCaps w:val="0"/>
          <w:strike w:val="0"/>
          <w:sz w:val="16"/>
          <w:u w:val="none"/>
        </w:rPr>
        <w:t xml:space="preserve"> India </w:t>
      </w:r>
      <w:r>
        <w:rPr>
          <w:b w:val="0"/>
          <w:i w:val="0"/>
          <w:smallCaps w:val="0"/>
          <w:strike w:val="0"/>
          <w:sz w:val="20"/>
          <w:highlight w:val="cyan"/>
          <w:u w:val="single"/>
        </w:rPr>
        <w:t>for</w:t>
      </w:r>
      <w:r>
        <w:rPr>
          <w:b w:val="0"/>
          <w:i w:val="0"/>
          <w:smallCaps w:val="0"/>
          <w:strike w:val="0"/>
          <w:sz w:val="16"/>
          <w:u w:val="none"/>
        </w:rPr>
        <w:t xml:space="preserve"> </w:t>
      </w:r>
      <w:r>
        <w:rPr>
          <w:b/>
          <w:i w:val="0"/>
          <w:smallCaps w:val="0"/>
          <w:strike w:val="0"/>
          <w:sz w:val="20"/>
          <w:highlight w:val="cyan"/>
          <w:u w:val="single"/>
        </w:rPr>
        <w:t>cultivating</w:t>
      </w:r>
      <w:r>
        <w:rPr>
          <w:b w:val="0"/>
          <w:i w:val="0"/>
          <w:smallCaps w:val="0"/>
          <w:strike w:val="0"/>
          <w:sz w:val="20"/>
          <w:highlight w:val="cyan"/>
          <w:u w:val="single"/>
        </w:rPr>
        <w:t xml:space="preserve"> and </w:t>
      </w:r>
      <w:r>
        <w:rPr>
          <w:b/>
          <w:i w:val="0"/>
          <w:smallCaps w:val="0"/>
          <w:strike w:val="0"/>
          <w:sz w:val="20"/>
          <w:highlight w:val="cyan"/>
          <w:u w:val="single"/>
        </w:rPr>
        <w:t>allegedly</w:t>
      </w:r>
      <w:r>
        <w:rPr>
          <w:b w:val="0"/>
          <w:i w:val="0"/>
          <w:smallCaps w:val="0"/>
          <w:strike w:val="0"/>
          <w:sz w:val="20"/>
          <w:u w:val="single"/>
        </w:rPr>
        <w:t xml:space="preserve"> </w:t>
      </w:r>
      <w:r>
        <w:rPr>
          <w:b/>
          <w:i w:val="0"/>
          <w:smallCaps w:val="0"/>
          <w:strike w:val="0"/>
          <w:sz w:val="20"/>
          <w:highlight w:val="cyan"/>
          <w:u w:val="single"/>
        </w:rPr>
        <w:t>infringing</w:t>
      </w:r>
      <w:r>
        <w:rPr>
          <w:b w:val="0"/>
          <w:i w:val="0"/>
          <w:smallCaps w:val="0"/>
          <w:strike w:val="0"/>
          <w:sz w:val="20"/>
          <w:highlight w:val="cyan"/>
          <w:u w:val="single"/>
        </w:rPr>
        <w:t xml:space="preserve"> on its patent</w:t>
      </w:r>
      <w:r>
        <w:rPr>
          <w:b w:val="0"/>
          <w:i w:val="0"/>
          <w:smallCaps w:val="0"/>
          <w:strike w:val="0"/>
          <w:sz w:val="20"/>
          <w:u w:val="single"/>
        </w:rPr>
        <w:t xml:space="preserve"> on FC5</w:t>
      </w:r>
      <w:r>
        <w:rPr>
          <w:b w:val="0"/>
          <w:i w:val="0"/>
          <w:smallCaps w:val="0"/>
          <w:strike w:val="0"/>
          <w:sz w:val="16"/>
          <w:u w:val="none"/>
        </w:rPr>
        <w:t>.</w:t>
      </w:r>
    </w:p>
    <w:p>
      <w:pPr>
        <w:spacing w:after="60"/>
      </w:pPr>
      <w:r>
        <w:rPr>
          <w:b w:val="0"/>
          <w:i w:val="0"/>
          <w:smallCaps w:val="0"/>
          <w:strike w:val="0"/>
          <w:sz w:val="16"/>
          <w:u w:val="none"/>
        </w:rPr>
        <w:t>According to the plaintiffs' lawyer, Anand Yadnik, the lawsuit alleges that the FC5 potato is especially bred for PepsiCo's subsidiary company Lays and their internationally distributed product: potato chips.</w:t>
      </w:r>
    </w:p>
    <w:p>
      <w:pPr>
        <w:spacing w:after="60"/>
      </w:pPr>
      <w:r>
        <w:rPr>
          <w:b w:val="0"/>
          <w:i w:val="0"/>
          <w:smallCaps w:val="0"/>
          <w:strike w:val="0"/>
          <w:sz w:val="16"/>
          <w:u w:val="none"/>
        </w:rPr>
        <w:t>PepsiCo was seeking 10 million Rupies or $140.000 (€ 126.000).</w:t>
      </w:r>
    </w:p>
    <w:p>
      <w:pPr>
        <w:spacing w:after="60"/>
      </w:pPr>
      <w:r>
        <w:rPr>
          <w:b w:val="0"/>
          <w:i w:val="0"/>
          <w:smallCaps w:val="0"/>
          <w:strike w:val="0"/>
          <w:sz w:val="16"/>
          <w:u w:val="none"/>
        </w:rPr>
        <w:t>Bags of potato chipsBags of potato chips</w:t>
      </w:r>
    </w:p>
    <w:p>
      <w:pPr>
        <w:spacing w:after="60"/>
      </w:pPr>
      <w:r>
        <w:rPr>
          <w:b w:val="0"/>
          <w:i w:val="0"/>
          <w:smallCaps w:val="0"/>
          <w:strike w:val="0"/>
          <w:sz w:val="16"/>
          <w:u w:val="none"/>
        </w:rPr>
        <w:t>The potato variety FC5 is used for Lays potato chipsImage: Imago-Images/R. Levine</w:t>
      </w:r>
    </w:p>
    <w:p>
      <w:pPr>
        <w:spacing w:after="60"/>
      </w:pPr>
      <w:r>
        <w:rPr>
          <w:b w:val="0"/>
          <w:i w:val="0"/>
          <w:smallCaps w:val="0"/>
          <w:strike w:val="0"/>
          <w:sz w:val="16"/>
          <w:u w:val="none"/>
        </w:rPr>
        <w:t>"</w:t>
      </w:r>
      <w:r>
        <w:rPr>
          <w:b w:val="0"/>
          <w:i w:val="0"/>
          <w:smallCaps w:val="0"/>
          <w:strike w:val="0"/>
          <w:sz w:val="20"/>
          <w:u w:val="single"/>
        </w:rPr>
        <w:t>I was completely devastated</w:t>
      </w:r>
      <w:r>
        <w:rPr>
          <w:b w:val="0"/>
          <w:i w:val="0"/>
          <w:smallCaps w:val="0"/>
          <w:strike w:val="0"/>
          <w:sz w:val="16"/>
          <w:u w:val="none"/>
        </w:rPr>
        <w:t xml:space="preserve">. I was afraid. </w:t>
      </w:r>
      <w:r>
        <w:rPr>
          <w:b w:val="0"/>
          <w:i w:val="0"/>
          <w:smallCaps w:val="0"/>
          <w:strike w:val="0"/>
          <w:sz w:val="20"/>
          <w:u w:val="single"/>
        </w:rPr>
        <w:t>Not in my lifetime would I ever have been able to pay the kind of damages that were being claimed by PepsiCo</w:t>
      </w:r>
      <w:r>
        <w:rPr>
          <w:b w:val="0"/>
          <w:i w:val="0"/>
          <w:smallCaps w:val="0"/>
          <w:strike w:val="0"/>
          <w:sz w:val="16"/>
          <w:u w:val="none"/>
        </w:rPr>
        <w:t>," Patel said.</w:t>
      </w:r>
    </w:p>
    <w:p>
      <w:pPr>
        <w:spacing w:after="60"/>
      </w:pPr>
      <w:r>
        <w:rPr>
          <w:b w:val="0"/>
          <w:i w:val="0"/>
          <w:smallCaps w:val="0"/>
          <w:strike w:val="0"/>
          <w:sz w:val="16"/>
          <w:u w:val="none"/>
        </w:rPr>
        <w:t>The 46-year-old farmer has two children and earns around $3,500 per year.</w:t>
      </w:r>
    </w:p>
    <w:p>
      <w:pPr>
        <w:spacing w:after="60"/>
      </w:pPr>
      <w:r>
        <w:rPr>
          <w:b w:val="0"/>
          <w:i w:val="0"/>
          <w:smallCaps w:val="0"/>
          <w:strike w:val="0"/>
          <w:sz w:val="16"/>
          <w:u w:val="none"/>
        </w:rPr>
        <w:t xml:space="preserve">The lawsuit was based on findings that PepsiCo gathered from Patel's field. According to his lawyer, </w:t>
      </w:r>
      <w:r>
        <w:rPr>
          <w:b w:val="0"/>
          <w:i w:val="0"/>
          <w:smallCaps w:val="0"/>
          <w:strike w:val="0"/>
          <w:sz w:val="20"/>
          <w:highlight w:val="cyan"/>
          <w:u w:val="single"/>
        </w:rPr>
        <w:t xml:space="preserve">the company hired a </w:t>
      </w:r>
      <w:r>
        <w:rPr>
          <w:b/>
          <w:i w:val="0"/>
          <w:smallCaps w:val="0"/>
          <w:strike w:val="0"/>
          <w:sz w:val="20"/>
          <w:highlight w:val="cyan"/>
          <w:u w:val="single"/>
        </w:rPr>
        <w:t>private detective agency</w:t>
      </w:r>
      <w:r>
        <w:rPr>
          <w:b w:val="0"/>
          <w:i w:val="0"/>
          <w:smallCaps w:val="0"/>
          <w:strike w:val="0"/>
          <w:sz w:val="20"/>
          <w:highlight w:val="cyan"/>
          <w:u w:val="single"/>
        </w:rPr>
        <w:t xml:space="preserve"> to provide the data</w:t>
      </w:r>
      <w:r>
        <w:rPr>
          <w:b w:val="0"/>
          <w:i w:val="0"/>
          <w:smallCaps w:val="0"/>
          <w:strike w:val="0"/>
          <w:sz w:val="16"/>
          <w:highlight w:val="cyan"/>
          <w:u w:val="none"/>
        </w:rPr>
        <w:t>.</w:t>
      </w:r>
    </w:p>
    <w:p>
      <w:pPr>
        <w:spacing w:after="60"/>
      </w:pPr>
      <w:r>
        <w:rPr>
          <w:b w:val="0"/>
          <w:i w:val="0"/>
          <w:smallCaps w:val="0"/>
          <w:strike w:val="0"/>
          <w:sz w:val="16"/>
          <w:u w:val="none"/>
        </w:rPr>
        <w:t>"They took secret video footage and collected samples from farmers fields' sans disclosing their real intent," he told DW .</w:t>
      </w:r>
    </w:p>
    <w:p>
      <w:pPr>
        <w:spacing w:after="60"/>
      </w:pPr>
      <w:r>
        <w:rPr>
          <w:b/>
          <w:i w:val="0"/>
          <w:smallCaps w:val="0"/>
          <w:strike w:val="0"/>
          <w:sz w:val="20"/>
          <w:u w:val="single"/>
        </w:rPr>
        <w:t>Privatized resources</w:t>
      </w:r>
    </w:p>
    <w:p>
      <w:pPr>
        <w:spacing w:after="60"/>
      </w:pPr>
      <w:r>
        <w:rPr>
          <w:b w:val="0"/>
          <w:i w:val="0"/>
          <w:smallCaps w:val="0"/>
          <w:strike w:val="0"/>
          <w:sz w:val="20"/>
          <w:u w:val="single"/>
        </w:rPr>
        <w:t xml:space="preserve">The case is another example of  an </w:t>
      </w:r>
      <w:r>
        <w:rPr>
          <w:b/>
          <w:i w:val="0"/>
          <w:smallCaps w:val="0"/>
          <w:strike w:val="0"/>
          <w:sz w:val="20"/>
          <w:highlight w:val="cyan"/>
          <w:u w:val="single"/>
        </w:rPr>
        <w:t>ongoing global trend</w:t>
      </w:r>
      <w:r>
        <w:rPr>
          <w:b w:val="0"/>
          <w:i w:val="0"/>
          <w:smallCaps w:val="0"/>
          <w:strike w:val="0"/>
          <w:sz w:val="20"/>
          <w:highlight w:val="cyan"/>
          <w:u w:val="single"/>
        </w:rPr>
        <w:t xml:space="preserve"> of </w:t>
      </w:r>
      <w:r>
        <w:rPr>
          <w:b/>
          <w:i w:val="0"/>
          <w:smallCaps w:val="0"/>
          <w:strike w:val="0"/>
          <w:sz w:val="20"/>
          <w:highlight w:val="cyan"/>
          <w:u w:val="single"/>
        </w:rPr>
        <w:t>companies claiming</w:t>
      </w:r>
      <w:r>
        <w:rPr>
          <w:b/>
          <w:i w:val="0"/>
          <w:smallCaps w:val="0"/>
          <w:strike w:val="0"/>
          <w:sz w:val="20"/>
          <w:u w:val="single"/>
        </w:rPr>
        <w:t xml:space="preserve"> </w:t>
      </w:r>
      <w:r>
        <w:rPr>
          <w:b/>
          <w:i w:val="0"/>
          <w:smallCaps w:val="0"/>
          <w:strike w:val="0"/>
          <w:sz w:val="20"/>
          <w:highlight w:val="cyan"/>
          <w:u w:val="single"/>
        </w:rPr>
        <w:t>property</w:t>
      </w:r>
      <w:r>
        <w:rPr>
          <w:b w:val="0"/>
          <w:i w:val="0"/>
          <w:smallCaps w:val="0"/>
          <w:strike w:val="0"/>
          <w:sz w:val="20"/>
          <w:highlight w:val="cyan"/>
          <w:u w:val="single"/>
        </w:rPr>
        <w:t xml:space="preserve"> </w:t>
      </w:r>
      <w:r>
        <w:rPr>
          <w:b/>
          <w:i w:val="0"/>
          <w:smallCaps w:val="0"/>
          <w:strike w:val="0"/>
          <w:sz w:val="20"/>
          <w:highlight w:val="cyan"/>
          <w:u w:val="single"/>
        </w:rPr>
        <w:t>rights</w:t>
      </w:r>
      <w:r>
        <w:rPr>
          <w:b w:val="0"/>
          <w:i w:val="0"/>
          <w:smallCaps w:val="0"/>
          <w:strike w:val="0"/>
          <w:sz w:val="20"/>
          <w:highlight w:val="cyan"/>
          <w:u w:val="single"/>
        </w:rPr>
        <w:t xml:space="preserve"> for </w:t>
      </w:r>
      <w:r>
        <w:rPr>
          <w:b/>
          <w:i w:val="0"/>
          <w:smallCaps w:val="0"/>
          <w:strike w:val="0"/>
          <w:sz w:val="20"/>
          <w:highlight w:val="cyan"/>
          <w:u w:val="single"/>
        </w:rPr>
        <w:t>plants</w:t>
      </w:r>
      <w:r>
        <w:rPr>
          <w:b w:val="0"/>
          <w:i w:val="0"/>
          <w:smallCaps w:val="0"/>
          <w:strike w:val="0"/>
          <w:sz w:val="20"/>
          <w:u w:val="single"/>
        </w:rPr>
        <w:t xml:space="preserve"> or </w:t>
      </w:r>
      <w:r>
        <w:rPr>
          <w:b/>
          <w:i w:val="0"/>
          <w:smallCaps w:val="0"/>
          <w:strike w:val="0"/>
          <w:sz w:val="20"/>
          <w:highlight w:val="cyan"/>
          <w:u w:val="single"/>
        </w:rPr>
        <w:t>genetic material of plants</w:t>
      </w:r>
      <w:r>
        <w:rPr>
          <w:b w:val="0"/>
          <w:i w:val="0"/>
          <w:smallCaps w:val="0"/>
          <w:strike w:val="0"/>
          <w:sz w:val="20"/>
          <w:u w:val="single"/>
        </w:rPr>
        <w:t xml:space="preserve">  across the globe</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0"/>
          <w:highlight w:val="cyan"/>
          <w:u w:val="single"/>
        </w:rPr>
        <w:t xml:space="preserve">Resources that used to be </w:t>
      </w:r>
      <w:r>
        <w:rPr>
          <w:b/>
          <w:i w:val="0"/>
          <w:smallCaps w:val="0"/>
          <w:strike w:val="0"/>
          <w:sz w:val="20"/>
          <w:highlight w:val="cyan"/>
          <w:u w:val="single"/>
        </w:rPr>
        <w:t>available</w:t>
      </w:r>
      <w:r>
        <w:rPr>
          <w:b w:val="0"/>
          <w:i w:val="0"/>
          <w:smallCaps w:val="0"/>
          <w:strike w:val="0"/>
          <w:sz w:val="20"/>
          <w:highlight w:val="cyan"/>
          <w:u w:val="single"/>
        </w:rPr>
        <w:t xml:space="preserve"> to</w:t>
      </w:r>
      <w:r>
        <w:rPr>
          <w:b w:val="0"/>
          <w:i w:val="0"/>
          <w:smallCaps w:val="0"/>
          <w:strike w:val="0"/>
          <w:sz w:val="20"/>
          <w:u w:val="single"/>
        </w:rPr>
        <w:t xml:space="preserve"> </w:t>
      </w:r>
      <w:r>
        <w:rPr>
          <w:b/>
          <w:i w:val="0"/>
          <w:smallCaps w:val="0"/>
          <w:strike w:val="0"/>
          <w:sz w:val="20"/>
          <w:u w:val="single"/>
        </w:rPr>
        <w:t>mankind</w:t>
      </w:r>
      <w:r>
        <w:rPr>
          <w:b w:val="0"/>
          <w:i w:val="0"/>
          <w:smallCaps w:val="0"/>
          <w:strike w:val="0"/>
          <w:sz w:val="20"/>
          <w:u w:val="single"/>
        </w:rPr>
        <w:t xml:space="preserve"> </w:t>
      </w:r>
      <w:r>
        <w:rPr>
          <w:b w:val="0"/>
          <w:i w:val="0"/>
          <w:smallCaps w:val="0"/>
          <w:strike w:val="0"/>
          <w:sz w:val="20"/>
          <w:u w:val="single"/>
        </w:rPr>
        <w:t>[</w:t>
      </w:r>
      <w:r>
        <w:rPr>
          <w:b/>
          <w:i w:val="0"/>
          <w:smallCaps w:val="0"/>
          <w:strike w:val="0"/>
          <w:sz w:val="20"/>
          <w:highlight w:val="cyan"/>
          <w:u w:val="single"/>
        </w:rPr>
        <w:t>humankind</w:t>
      </w:r>
      <w:r>
        <w:rPr>
          <w:b w:val="0"/>
          <w:i w:val="0"/>
          <w:smallCaps w:val="0"/>
          <w:strike w:val="0"/>
          <w:sz w:val="20"/>
          <w:u w:val="single"/>
        </w:rPr>
        <w:t xml:space="preserve">] </w:t>
      </w:r>
      <w:r>
        <w:rPr>
          <w:b w:val="0"/>
          <w:i w:val="0"/>
          <w:smallCaps w:val="0"/>
          <w:strike w:val="0"/>
          <w:sz w:val="20"/>
          <w:highlight w:val="cyan"/>
          <w:u w:val="single"/>
        </w:rPr>
        <w:t xml:space="preserve">as a </w:t>
      </w:r>
      <w:r>
        <w:rPr>
          <w:b/>
          <w:i w:val="0"/>
          <w:smallCaps w:val="0"/>
          <w:strike w:val="0"/>
          <w:sz w:val="20"/>
          <w:highlight w:val="cyan"/>
          <w:u w:val="single"/>
        </w:rPr>
        <w:t>community</w:t>
      </w:r>
      <w:r>
        <w:rPr>
          <w:b w:val="0"/>
          <w:i w:val="0"/>
          <w:smallCaps w:val="0"/>
          <w:strike w:val="0"/>
          <w:sz w:val="20"/>
          <w:highlight w:val="cyan"/>
          <w:u w:val="single"/>
        </w:rPr>
        <w:t xml:space="preserve"> have now been </w:t>
      </w:r>
      <w:r>
        <w:rPr>
          <w:b/>
          <w:i w:val="0"/>
          <w:smallCaps w:val="0"/>
          <w:strike w:val="0"/>
          <w:sz w:val="20"/>
          <w:highlight w:val="cyan"/>
          <w:u w:val="single"/>
        </w:rPr>
        <w:t>confined</w:t>
      </w:r>
      <w:r>
        <w:rPr>
          <w:b/>
          <w:i w:val="0"/>
          <w:smallCaps w:val="0"/>
          <w:strike w:val="0"/>
          <w:sz w:val="20"/>
          <w:u w:val="single"/>
        </w:rPr>
        <w:t xml:space="preserve"> to </w:t>
      </w:r>
      <w:r>
        <w:rPr>
          <w:b/>
          <w:i w:val="0"/>
          <w:smallCaps w:val="0"/>
          <w:strike w:val="0"/>
          <w:sz w:val="20"/>
          <w:highlight w:val="cyan"/>
          <w:u w:val="single"/>
        </w:rPr>
        <w:t>privatization</w:t>
      </w:r>
      <w:r>
        <w:rPr>
          <w:b w:val="0"/>
          <w:i w:val="0"/>
          <w:smallCaps w:val="0"/>
          <w:strike w:val="0"/>
          <w:sz w:val="16"/>
          <w:u w:val="none"/>
        </w:rPr>
        <w:t>," Judith Düesberg from NGO gene ethical network told DW.</w:t>
      </w:r>
    </w:p>
    <w:p>
      <w:pPr>
        <w:spacing w:after="60"/>
      </w:pP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first </w:t>
      </w:r>
      <w:r>
        <w:rPr>
          <w:b w:val="0"/>
          <w:i w:val="0"/>
          <w:smallCaps w:val="0"/>
          <w:strike w:val="0"/>
          <w:sz w:val="20"/>
          <w:u w:val="single"/>
        </w:rPr>
        <w:t>introduced the idea of patenting living materials in the 1980s and Western countries soon followed their lead</w:t>
      </w:r>
      <w:r>
        <w:rPr>
          <w:b w:val="0"/>
          <w:i w:val="0"/>
          <w:smallCaps w:val="0"/>
          <w:strike w:val="0"/>
          <w:sz w:val="16"/>
          <w:u w:val="none"/>
        </w:rPr>
        <w:t>. The number of patents on plants worldwide has increased a hundredfold from just under 120 in 1990 to 12,000 today – 3500 of them are registered in Europe,according to the European initiative No-Patents-On-Seeds.</w:t>
      </w:r>
    </w:p>
    <w:p>
      <w:pPr>
        <w:spacing w:after="60"/>
      </w:pPr>
      <w:r>
        <w:rPr>
          <w:b w:val="0"/>
          <w:i w:val="0"/>
          <w:smallCaps w:val="0"/>
          <w:strike w:val="0"/>
          <w:sz w:val="16"/>
          <w:u w:val="none"/>
        </w:rPr>
        <w:t>A birds-eye view looking at barley fields inLadakhiA birds-eye view looking at barley fields inLadakhi</w:t>
      </w:r>
    </w:p>
    <w:p>
      <w:pPr>
        <w:spacing w:after="60"/>
      </w:pPr>
      <w:r>
        <w:rPr>
          <w:b w:val="0"/>
          <w:i w:val="0"/>
          <w:smallCaps w:val="0"/>
          <w:strike w:val="0"/>
          <w:sz w:val="16"/>
          <w:u w:val="none"/>
        </w:rPr>
        <w:t>Many farmers don't know that there could be a property claim on plants they have been using for yearsImage: Imago/Aurora</w:t>
      </w:r>
    </w:p>
    <w:p>
      <w:pPr>
        <w:spacing w:after="60"/>
      </w:pPr>
      <w:r>
        <w:rPr>
          <w:b w:val="0"/>
          <w:i w:val="0"/>
          <w:smallCaps w:val="0"/>
          <w:strike w:val="0"/>
          <w:sz w:val="16"/>
          <w:u w:val="none"/>
        </w:rPr>
        <w:t>What kind of invention?</w:t>
      </w:r>
    </w:p>
    <w:p>
      <w:pPr>
        <w:spacing w:after="60"/>
      </w:pPr>
      <w:r>
        <w:rPr>
          <w:b w:val="0"/>
          <w:i w:val="0"/>
          <w:smallCaps w:val="0"/>
          <w:strike w:val="0"/>
          <w:sz w:val="20"/>
          <w:u w:val="single"/>
        </w:rPr>
        <w:t>By patenting a plant or a plant's traits</w:t>
      </w:r>
      <w:r>
        <w:rPr>
          <w:b w:val="0"/>
          <w:i w:val="0"/>
          <w:smallCaps w:val="0"/>
          <w:strike w:val="0"/>
          <w:sz w:val="16"/>
          <w:u w:val="none"/>
        </w:rPr>
        <w:t xml:space="preserve">, </w:t>
      </w:r>
      <w:r>
        <w:rPr>
          <w:b w:val="0"/>
          <w:i w:val="0"/>
          <w:smallCaps w:val="0"/>
          <w:strike w:val="0"/>
          <w:sz w:val="20"/>
          <w:u w:val="single"/>
        </w:rPr>
        <w:t xml:space="preserve">the patent owner has mostly exclusive rights to </w:t>
      </w:r>
      <w:r>
        <w:rPr>
          <w:b/>
          <w:i w:val="0"/>
          <w:smallCaps w:val="0"/>
          <w:strike w:val="0"/>
          <w:sz w:val="20"/>
          <w:u w:val="single"/>
        </w:rPr>
        <w:t>breed</w:t>
      </w:r>
      <w:r>
        <w:rPr>
          <w:b w:val="0"/>
          <w:i w:val="0"/>
          <w:smallCaps w:val="0"/>
          <w:strike w:val="0"/>
          <w:sz w:val="16"/>
          <w:u w:val="none"/>
        </w:rPr>
        <w:t xml:space="preserve">, </w:t>
      </w:r>
      <w:r>
        <w:rPr>
          <w:b/>
          <w:i w:val="0"/>
          <w:smallCaps w:val="0"/>
          <w:strike w:val="0"/>
          <w:sz w:val="20"/>
          <w:u w:val="single"/>
        </w:rPr>
        <w:t>grow</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sell the product</w:t>
      </w:r>
      <w:r>
        <w:rPr>
          <w:b w:val="0"/>
          <w:i w:val="0"/>
          <w:smallCaps w:val="0"/>
          <w:strike w:val="0"/>
          <w:sz w:val="16"/>
          <w:u w:val="none"/>
        </w:rPr>
        <w:t xml:space="preserve">. </w:t>
      </w:r>
      <w:r>
        <w:rPr>
          <w:b w:val="0"/>
          <w:i w:val="0"/>
          <w:smallCaps w:val="0"/>
          <w:strike w:val="0"/>
          <w:sz w:val="20"/>
          <w:u w:val="single"/>
        </w:rPr>
        <w:t xml:space="preserve">This restricts farmers from </w:t>
      </w:r>
      <w:r>
        <w:rPr>
          <w:b/>
          <w:i w:val="0"/>
          <w:smallCaps w:val="0"/>
          <w:strike w:val="0"/>
          <w:sz w:val="20"/>
          <w:u w:val="single"/>
        </w:rPr>
        <w:t>sowing</w:t>
      </w:r>
      <w:r>
        <w:rPr>
          <w:b w:val="0"/>
          <w:i w:val="0"/>
          <w:smallCaps w:val="0"/>
          <w:strike w:val="0"/>
          <w:sz w:val="16"/>
          <w:u w:val="none"/>
        </w:rPr>
        <w:t xml:space="preserve">, </w:t>
      </w:r>
      <w:r>
        <w:rPr>
          <w:b/>
          <w:i w:val="0"/>
          <w:smallCaps w:val="0"/>
          <w:strike w:val="0"/>
          <w:sz w:val="20"/>
          <w:u w:val="single"/>
        </w:rPr>
        <w:t>planting</w:t>
      </w:r>
      <w:r>
        <w:rPr>
          <w:b w:val="0"/>
          <w:i w:val="0"/>
          <w:smallCaps w:val="0"/>
          <w:strike w:val="0"/>
          <w:sz w:val="16"/>
          <w:u w:val="none"/>
        </w:rPr>
        <w:t xml:space="preserve">, </w:t>
      </w:r>
      <w:r>
        <w:rPr>
          <w:b/>
          <w:i w:val="0"/>
          <w:smallCaps w:val="0"/>
          <w:strike w:val="0"/>
          <w:sz w:val="20"/>
          <w:u w:val="single"/>
        </w:rPr>
        <w:t>harvesting</w:t>
      </w:r>
      <w:r>
        <w:rPr>
          <w:b w:val="0"/>
          <w:i w:val="0"/>
          <w:smallCaps w:val="0"/>
          <w:strike w:val="0"/>
          <w:sz w:val="16"/>
          <w:u w:val="none"/>
        </w:rPr>
        <w:t xml:space="preserve"> </w:t>
      </w:r>
      <w:r>
        <w:rPr>
          <w:b w:val="0"/>
          <w:i w:val="0"/>
          <w:smallCaps w:val="0"/>
          <w:strike w:val="0"/>
          <w:sz w:val="20"/>
          <w:u w:val="single"/>
        </w:rPr>
        <w:t xml:space="preserve">or </w:t>
      </w:r>
      <w:r>
        <w:rPr>
          <w:b/>
          <w:i w:val="0"/>
          <w:smallCaps w:val="0"/>
          <w:strike w:val="0"/>
          <w:sz w:val="20"/>
          <w:u w:val="single"/>
        </w:rPr>
        <w:t>breeding that variety</w:t>
      </w:r>
      <w:r>
        <w:rPr>
          <w:b w:val="0"/>
          <w:i w:val="0"/>
          <w:smallCaps w:val="0"/>
          <w:strike w:val="0"/>
          <w:sz w:val="20"/>
          <w:u w:val="single"/>
        </w:rPr>
        <w:t xml:space="preserve"> without permission</w:t>
      </w:r>
      <w:r>
        <w:rPr>
          <w:b w:val="0"/>
          <w:i w:val="0"/>
          <w:smallCaps w:val="0"/>
          <w:strike w:val="0"/>
          <w:sz w:val="16"/>
          <w:u w:val="none"/>
        </w:rPr>
        <w:t>.</w:t>
      </w:r>
    </w:p>
    <w:p>
      <w:pPr>
        <w:spacing w:after="60"/>
      </w:pPr>
      <w:r>
        <w:rPr>
          <w:b w:val="0"/>
          <w:i w:val="0"/>
          <w:smallCaps w:val="0"/>
          <w:strike w:val="0"/>
          <w:sz w:val="20"/>
          <w:u w:val="single"/>
        </w:rPr>
        <w:t>Patents are often applied to plants with special characteristics or to individual gene sequences in the plants</w:t>
      </w:r>
      <w:r>
        <w:rPr>
          <w:b w:val="0"/>
          <w:i w:val="0"/>
          <w:smallCaps w:val="0"/>
          <w:strike w:val="0"/>
          <w:sz w:val="16"/>
          <w:u w:val="none"/>
        </w:rPr>
        <w:t xml:space="preserve">, </w:t>
      </w:r>
      <w:r>
        <w:rPr>
          <w:b w:val="0"/>
          <w:i w:val="0"/>
          <w:smallCaps w:val="0"/>
          <w:strike w:val="0"/>
          <w:sz w:val="20"/>
          <w:u w:val="single"/>
        </w:rPr>
        <w:t>such as disease resistance or resistance to the effects of climate change</w:t>
      </w:r>
      <w:r>
        <w:rPr>
          <w:b w:val="0"/>
          <w:i w:val="0"/>
          <w:smallCaps w:val="0"/>
          <w:strike w:val="0"/>
          <w:sz w:val="16"/>
          <w:u w:val="none"/>
        </w:rPr>
        <w:t xml:space="preserve">. </w:t>
      </w:r>
      <w:r>
        <w:rPr>
          <w:b w:val="0"/>
          <w:i w:val="0"/>
          <w:smallCaps w:val="0"/>
          <w:strike w:val="0"/>
          <w:sz w:val="20"/>
          <w:u w:val="single"/>
        </w:rPr>
        <w:t>There</w:t>
      </w:r>
      <w:r>
        <w:rPr>
          <w:b w:val="0"/>
          <w:i w:val="0"/>
          <w:smallCaps w:val="0"/>
          <w:strike w:val="0"/>
          <w:sz w:val="16"/>
          <w:u w:val="none"/>
        </w:rPr>
        <w:t xml:space="preserve"> </w:t>
      </w:r>
      <w:r>
        <w:rPr>
          <w:b w:val="0"/>
          <w:i w:val="0"/>
          <w:smallCaps w:val="0"/>
          <w:strike w:val="0"/>
          <w:sz w:val="20"/>
          <w:u w:val="single"/>
        </w:rPr>
        <w:t>have</w:t>
      </w:r>
      <w:r>
        <w:rPr>
          <w:b w:val="0"/>
          <w:i w:val="0"/>
          <w:smallCaps w:val="0"/>
          <w:strike w:val="0"/>
          <w:sz w:val="16"/>
          <w:u w:val="none"/>
        </w:rPr>
        <w:t xml:space="preserve"> also </w:t>
      </w:r>
      <w:r>
        <w:rPr>
          <w:b w:val="0"/>
          <w:i w:val="0"/>
          <w:smallCaps w:val="0"/>
          <w:strike w:val="0"/>
          <w:sz w:val="20"/>
          <w:u w:val="single"/>
        </w:rPr>
        <w:t>been examples of companies such as Monsanto developing plants resistant to pesticides they themselves sell</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0"/>
          <w:u w:val="single"/>
        </w:rPr>
        <w:t>The patentability of traits as an actual invention is a problem</w:t>
      </w:r>
      <w:r>
        <w:rPr>
          <w:b w:val="0"/>
          <w:i w:val="0"/>
          <w:smallCaps w:val="0"/>
          <w:strike w:val="0"/>
          <w:sz w:val="16"/>
          <w:u w:val="none"/>
        </w:rPr>
        <w:t xml:space="preserve">. </w:t>
      </w:r>
      <w:r>
        <w:rPr>
          <w:b w:val="0"/>
          <w:i w:val="0"/>
          <w:smallCaps w:val="0"/>
          <w:strike w:val="0"/>
          <w:sz w:val="20"/>
          <w:u w:val="single"/>
        </w:rPr>
        <w:t>Because plants develop and their genes mutate naturally</w:t>
      </w:r>
      <w:r>
        <w:rPr>
          <w:b w:val="0"/>
          <w:i w:val="0"/>
          <w:smallCaps w:val="0"/>
          <w:strike w:val="0"/>
          <w:sz w:val="16"/>
          <w:u w:val="none"/>
        </w:rPr>
        <w:t>," Judith Düesberg told DW. "So if a trait like an apple with pink dots is patented and a farmer accidentally finds an apple with pink dots on his trees he theoretically could be sued by the patent holder."</w:t>
      </w:r>
    </w:p>
    <w:p>
      <w:pPr>
        <w:spacing w:after="60"/>
      </w:pPr>
      <w:r>
        <w:rPr>
          <w:b w:val="0"/>
          <w:i w:val="0"/>
          <w:smallCaps w:val="0"/>
          <w:strike w:val="0"/>
          <w:sz w:val="16"/>
          <w:u w:val="none"/>
        </w:rPr>
        <w:t>Patented pollen spread by the wind could, for example, cause an accidental intermixing of genetic material found in different fields.</w:t>
      </w:r>
    </w:p>
    <w:p>
      <w:pPr>
        <w:spacing w:after="60"/>
      </w:pPr>
      <w:r>
        <w:rPr>
          <w:b w:val="0"/>
          <w:i w:val="0"/>
          <w:smallCaps w:val="0"/>
          <w:strike w:val="0"/>
          <w:sz w:val="16"/>
          <w:u w:val="none"/>
        </w:rPr>
        <w:t xml:space="preserve">In 2004, the multinational company Monsanto sued Canadian farmer Percy Schmeiser for replanting saved soybeans after one harvest without Monsato's permission. The farmer claimed that his field had been contaminated years ago by genetically modified pollen. Monsanto proved right in court. However, due to the small amount of patented genes in Schmeiser's crops the court ruled he didn't have any advantage and thus didn't have to pay damages.  </w:t>
      </w:r>
    </w:p>
    <w:p>
      <w:pPr>
        <w:spacing w:after="60"/>
      </w:pPr>
      <w:r>
        <w:rPr>
          <w:b w:val="0"/>
          <w:i w:val="0"/>
          <w:smallCaps w:val="0"/>
          <w:strike w:val="0"/>
          <w:sz w:val="16"/>
          <w:u w:val="none"/>
        </w:rPr>
        <w:t>A man holding a seed (photo: DW/Angelo van Schaik)A man holding a seed (photo: DW/Angelo van Schaik)</w:t>
      </w:r>
    </w:p>
    <w:p>
      <w:pPr>
        <w:spacing w:after="60"/>
      </w:pPr>
      <w:r>
        <w:rPr>
          <w:b w:val="0"/>
          <w:i w:val="0"/>
          <w:smallCaps w:val="0"/>
          <w:strike w:val="0"/>
          <w:sz w:val="16"/>
          <w:u w:val="none"/>
        </w:rPr>
        <w:t>Traits of ancient varieties which are bred into new varieties have been patented as inventionsImage: DW/Angelo van Schaik</w:t>
      </w:r>
    </w:p>
    <w:p>
      <w:pPr>
        <w:spacing w:after="60"/>
      </w:pPr>
      <w:r>
        <w:rPr>
          <w:b w:val="0"/>
          <w:i w:val="0"/>
          <w:smallCaps w:val="0"/>
          <w:strike w:val="0"/>
          <w:sz w:val="16"/>
          <w:u w:val="none"/>
        </w:rPr>
        <w:t>Biopiracy</w:t>
      </w:r>
    </w:p>
    <w:p>
      <w:pPr>
        <w:spacing w:after="60"/>
      </w:pPr>
      <w:r>
        <w:rPr>
          <w:b w:val="0"/>
          <w:i w:val="0"/>
          <w:smallCaps w:val="0"/>
          <w:strike w:val="0"/>
          <w:sz w:val="16"/>
          <w:u w:val="none"/>
        </w:rPr>
        <w:t xml:space="preserve">Monsanto claims that upholding patent laws is necessary because it also guarantees the financing of new inventions. Not protecting them would hinder the development of newer and better technologies.  </w:t>
      </w:r>
    </w:p>
    <w:p>
      <w:pPr>
        <w:spacing w:after="60"/>
      </w:pPr>
      <w:r>
        <w:rPr>
          <w:b w:val="0"/>
          <w:i w:val="0"/>
          <w:smallCaps w:val="0"/>
          <w:strike w:val="0"/>
          <w:sz w:val="16"/>
          <w:u w:val="none"/>
        </w:rPr>
        <w:t>Commenting on a similar case, Monsanto stated that it "invests millions of dollars every day in the research and development of its agricultural products. […] For every $10 a farmer spends on seeds, Monsanto re-invests $1 in research and development."</w:t>
      </w:r>
    </w:p>
    <w:p>
      <w:pPr>
        <w:spacing w:after="60"/>
      </w:pPr>
      <w:r>
        <w:rPr>
          <w:b w:val="0"/>
          <w:i w:val="0"/>
          <w:smallCaps w:val="0"/>
          <w:strike w:val="0"/>
          <w:sz w:val="16"/>
          <w:u w:val="none"/>
        </w:rPr>
        <w:t>However, critics argue that patents block access to genetic material for farmers and minimize biodiversity, the diversity of species and increase farmers' dependency on seed producers.</w:t>
      </w:r>
    </w:p>
    <w:p>
      <w:pPr>
        <w:spacing w:after="60"/>
      </w:pPr>
      <w:r>
        <w:rPr>
          <w:b w:val="0"/>
          <w:i w:val="0"/>
          <w:smallCaps w:val="0"/>
          <w:strike w:val="0"/>
          <w:sz w:val="16"/>
          <w:u w:val="none"/>
        </w:rPr>
        <w:t>But Bayer, Monsanto's parent company, told DW in a written statement: "Farmers have the choice of whether and which products they buy from which supplier. [… ] Each farmer decides freely. […] Farmers will only use our products if they gain a clear advantage."</w:t>
      </w:r>
    </w:p>
    <w:p>
      <w:pPr>
        <w:spacing w:after="60"/>
      </w:pPr>
      <w:r>
        <w:rPr>
          <w:b w:val="0"/>
          <w:i w:val="0"/>
          <w:smallCaps w:val="0"/>
          <w:strike w:val="0"/>
          <w:sz w:val="16"/>
          <w:u w:val="none"/>
        </w:rPr>
        <w:t xml:space="preserve">In Europe, a case involving Monsanto and a particular breed of melon drew media attention several years ago. Monsanto had discovered that an Indian melon variety was naturally resistant to a specific virus. At the European Patent Office it then successfully applied for a patent on that trait after breeding into other melons. </w:t>
      </w:r>
    </w:p>
    <w:p>
      <w:pPr>
        <w:spacing w:after="60"/>
      </w:pPr>
      <w:r>
        <w:rPr>
          <w:b w:val="0"/>
          <w:i w:val="0"/>
          <w:smallCaps w:val="0"/>
          <w:strike w:val="0"/>
          <w:sz w:val="16"/>
          <w:u w:val="none"/>
        </w:rPr>
        <w:t>From this moment on, not only did this trait belong to Monsanto, but so did every melon variety containing it, including the Indian melon from which it originated. Patent opponents call this practice  biopiracy.</w:t>
      </w:r>
    </w:p>
    <w:p>
      <w:pPr>
        <w:spacing w:after="60"/>
      </w:pPr>
      <w:r>
        <w:rPr>
          <w:b w:val="0"/>
          <w:i w:val="0"/>
          <w:smallCaps w:val="0"/>
          <w:strike w:val="0"/>
          <w:sz w:val="16"/>
          <w:u w:val="none"/>
        </w:rPr>
        <w:t>The patent was later revoked by EU institutions on the grounds that the trait could not be considered "an invention."</w:t>
      </w:r>
    </w:p>
    <w:p>
      <w:pPr>
        <w:spacing w:after="60"/>
      </w:pPr>
      <w:r>
        <w:rPr>
          <w:b w:val="0"/>
          <w:i w:val="0"/>
          <w:smallCaps w:val="0"/>
          <w:strike w:val="0"/>
          <w:sz w:val="16"/>
          <w:u w:val="none"/>
        </w:rPr>
        <w:t>A mega market and a threat to food security?</w:t>
      </w:r>
    </w:p>
    <w:p>
      <w:pPr>
        <w:spacing w:after="60"/>
      </w:pPr>
      <w:r>
        <w:rPr>
          <w:b w:val="0"/>
          <w:i w:val="0"/>
          <w:smallCaps w:val="0"/>
          <w:strike w:val="0"/>
          <w:sz w:val="16"/>
          <w:u w:val="none"/>
        </w:rPr>
        <w:t>According to the Indian-based market research agency Mordor Intelligence, revenue in the seed sector will reach $90 billion by 2024 compared to about $60 billion in 2018. And over 50% of the worldwide market share is in the hands of Bayer-Monsanto, Du Pont and Syngenta.</w:t>
      </w:r>
    </w:p>
    <w:p>
      <w:pPr>
        <w:spacing w:after="60"/>
      </w:pPr>
      <w:r>
        <w:rPr>
          <w:b w:val="0"/>
          <w:i w:val="0"/>
          <w:smallCaps w:val="0"/>
          <w:strike w:val="0"/>
          <w:sz w:val="16"/>
          <w:u w:val="none"/>
        </w:rPr>
        <w:t>Bram de Jonge from Oxfam Netherlands argues the growing number of plant patents and increasing consolidation in the seed industry threaten farmers' rights as outlined by the UN to store, use, exchange and sell seeds or crops from their own harvest.</w:t>
      </w:r>
    </w:p>
    <w:p>
      <w:pPr>
        <w:spacing w:after="60"/>
      </w:pPr>
      <w:r>
        <w:rPr>
          <w:b w:val="0"/>
          <w:i w:val="0"/>
          <w:smallCaps w:val="0"/>
          <w:strike w:val="0"/>
          <w:sz w:val="16"/>
          <w:u w:val="none"/>
        </w:rPr>
        <w:t>"This is something that is not just happening in the US or Europe, it's happening around the globe," said de Jonge.</w:t>
      </w:r>
    </w:p>
    <w:p>
      <w:pPr>
        <w:spacing w:after="60"/>
      </w:pPr>
      <w:r>
        <w:rPr>
          <w:b w:val="0"/>
          <w:i w:val="0"/>
          <w:smallCaps w:val="0"/>
          <w:strike w:val="0"/>
          <w:sz w:val="16"/>
          <w:u w:val="none"/>
        </w:rPr>
        <w:t>"</w:t>
      </w:r>
      <w:r>
        <w:rPr>
          <w:b w:val="0"/>
          <w:i w:val="0"/>
          <w:smallCaps w:val="0"/>
          <w:strike w:val="0"/>
          <w:sz w:val="20"/>
          <w:highlight w:val="cyan"/>
          <w:u w:val="single"/>
        </w:rPr>
        <w:t>Who will decide</w:t>
      </w:r>
      <w:r>
        <w:rPr>
          <w:b w:val="0"/>
          <w:i w:val="0"/>
          <w:smallCaps w:val="0"/>
          <w:strike w:val="0"/>
          <w:sz w:val="20"/>
          <w:u w:val="single"/>
        </w:rPr>
        <w:t xml:space="preserve"> in the future </w:t>
      </w:r>
      <w:r>
        <w:rPr>
          <w:b w:val="0"/>
          <w:i w:val="0"/>
          <w:smallCaps w:val="0"/>
          <w:strike w:val="0"/>
          <w:sz w:val="20"/>
          <w:highlight w:val="cyan"/>
          <w:u w:val="single"/>
        </w:rPr>
        <w:t>what lands in the fields</w:t>
      </w:r>
      <w:r>
        <w:rPr>
          <w:b w:val="0"/>
          <w:i w:val="0"/>
          <w:smallCaps w:val="0"/>
          <w:strike w:val="0"/>
          <w:sz w:val="16"/>
          <w:u w:val="none"/>
        </w:rPr>
        <w:t xml:space="preserve">? </w:t>
      </w:r>
      <w:r>
        <w:rPr>
          <w:b/>
          <w:i w:val="0"/>
          <w:smallCaps w:val="0"/>
          <w:strike w:val="0"/>
          <w:sz w:val="20"/>
          <w:highlight w:val="cyan"/>
          <w:u w:val="single"/>
        </w:rPr>
        <w:t>It will be the big corporations</w:t>
      </w:r>
      <w:r>
        <w:rPr>
          <w:b w:val="0"/>
          <w:i w:val="0"/>
          <w:smallCaps w:val="0"/>
          <w:strike w:val="0"/>
          <w:sz w:val="16"/>
          <w:u w:val="none"/>
        </w:rPr>
        <w:t>," de Jonge told DW. "</w:t>
      </w:r>
      <w:r>
        <w:rPr>
          <w:b w:val="0"/>
          <w:i w:val="0"/>
          <w:smallCaps w:val="0"/>
          <w:strike w:val="0"/>
          <w:sz w:val="20"/>
          <w:highlight w:val="cyan"/>
          <w:u w:val="single"/>
        </w:rPr>
        <w:t>Patents</w:t>
      </w:r>
      <w:r>
        <w:rPr>
          <w:b w:val="0"/>
          <w:i w:val="0"/>
          <w:smallCaps w:val="0"/>
          <w:strike w:val="0"/>
          <w:sz w:val="20"/>
          <w:u w:val="single"/>
        </w:rPr>
        <w:t xml:space="preserve"> </w:t>
      </w:r>
      <w:r>
        <w:rPr>
          <w:b w:val="0"/>
          <w:i w:val="0"/>
          <w:smallCaps w:val="0"/>
          <w:strike w:val="0"/>
          <w:sz w:val="20"/>
          <w:highlight w:val="cyan"/>
          <w:u w:val="single"/>
        </w:rPr>
        <w:t>were</w:t>
      </w:r>
      <w:r>
        <w:rPr>
          <w:b w:val="0"/>
          <w:i w:val="0"/>
          <w:smallCaps w:val="0"/>
          <w:strike w:val="0"/>
          <w:sz w:val="20"/>
          <w:u w:val="single"/>
        </w:rPr>
        <w:t xml:space="preserve"> actually </w:t>
      </w:r>
      <w:r>
        <w:rPr>
          <w:b w:val="0"/>
          <w:i w:val="0"/>
          <w:smallCaps w:val="0"/>
          <w:strike w:val="0"/>
          <w:sz w:val="20"/>
          <w:highlight w:val="cyan"/>
          <w:u w:val="single"/>
        </w:rPr>
        <w:t>created</w:t>
      </w:r>
      <w:r>
        <w:rPr>
          <w:b w:val="0"/>
          <w:i w:val="0"/>
          <w:smallCaps w:val="0"/>
          <w:strike w:val="0"/>
          <w:sz w:val="20"/>
          <w:u w:val="single"/>
        </w:rPr>
        <w:t xml:space="preserve"> to </w:t>
      </w:r>
      <w:r>
        <w:rPr>
          <w:b w:val="0"/>
          <w:i w:val="0"/>
          <w:smallCaps w:val="0"/>
          <w:strike w:val="0"/>
          <w:sz w:val="20"/>
          <w:highlight w:val="cyan"/>
          <w:u w:val="single"/>
        </w:rPr>
        <w:t>protect human inventions</w:t>
      </w:r>
      <w:r>
        <w:rPr>
          <w:b w:val="0"/>
          <w:i w:val="0"/>
          <w:smallCaps w:val="0"/>
          <w:strike w:val="0"/>
          <w:sz w:val="20"/>
          <w:u w:val="single"/>
        </w:rPr>
        <w:t xml:space="preserve"> like a radio or a cellphone</w:t>
      </w:r>
      <w:r>
        <w:rPr>
          <w:b w:val="0"/>
          <w:i w:val="0"/>
          <w:smallCaps w:val="0"/>
          <w:strike w:val="0"/>
          <w:sz w:val="16"/>
          <w:u w:val="none"/>
        </w:rPr>
        <w:t xml:space="preserve">, </w:t>
      </w:r>
      <w:r>
        <w:rPr>
          <w:b/>
          <w:i w:val="0"/>
          <w:smallCaps w:val="0"/>
          <w:strike w:val="0"/>
          <w:sz w:val="20"/>
          <w:highlight w:val="cyan"/>
          <w:u w:val="single"/>
        </w:rPr>
        <w:t>but not for living material</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