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Securitizing US hegemony </w:t>
      </w:r>
      <w:r>
        <w:rPr>
          <w:b/>
          <w:i w:val="0"/>
          <w:smallCaps w:val="0"/>
          <w:strike w:val="0"/>
          <w:color w:val="000000"/>
          <w:sz w:val="26"/>
          <w:u w:val="single"/>
        </w:rPr>
        <w:t>perpetuates violence</w:t>
      </w:r>
      <w:r>
        <w:rPr>
          <w:b/>
          <w:i w:val="0"/>
          <w:smallCaps w:val="0"/>
          <w:strike w:val="0"/>
          <w:color w:val="000000"/>
          <w:sz w:val="26"/>
          <w:u w:val="none"/>
        </w:rPr>
        <w:t xml:space="preserve"> while being </w:t>
      </w:r>
      <w:r>
        <w:rPr>
          <w:b/>
          <w:i w:val="0"/>
          <w:smallCaps w:val="0"/>
          <w:strike w:val="0"/>
          <w:color w:val="000000"/>
          <w:sz w:val="26"/>
          <w:u w:val="single"/>
        </w:rPr>
        <w:t>masked in</w:t>
      </w:r>
      <w:r>
        <w:rPr>
          <w:b/>
          <w:i w:val="0"/>
          <w:smallCaps w:val="0"/>
          <w:strike w:val="0"/>
          <w:color w:val="000000"/>
          <w:sz w:val="26"/>
          <w:u w:val="none"/>
        </w:rPr>
        <w:t xml:space="preserve"> a language of things like “</w:t>
      </w:r>
      <w:r>
        <w:rPr>
          <w:b/>
          <w:i w:val="0"/>
          <w:smallCaps w:val="0"/>
          <w:strike w:val="0"/>
          <w:color w:val="000000"/>
          <w:sz w:val="26"/>
          <w:u w:val="single"/>
        </w:rPr>
        <w:t>stability” and “security</w:t>
      </w:r>
      <w:r>
        <w:rPr>
          <w:b/>
          <w:i w:val="0"/>
          <w:smallCaps w:val="0"/>
          <w:strike w:val="0"/>
          <w:color w:val="000000"/>
          <w:sz w:val="26"/>
          <w:u w:val="none"/>
        </w:rPr>
        <w:t>”</w:t>
      </w:r>
    </w:p>
    <w:p>
      <w:pPr>
        <w:spacing w:after="80"/>
      </w:pPr>
      <w:r>
        <w:rPr>
          <w:b/>
          <w:i w:val="0"/>
          <w:smallCaps w:val="0"/>
          <w:strike w:val="0"/>
          <w:color w:val="000000"/>
          <w:sz w:val="26"/>
          <w:u w:val="none"/>
        </w:rPr>
        <w:t>Kate Kizer</w:t>
      </w:r>
      <w:r>
        <w:rPr>
          <w:b w:val="0"/>
          <w:i w:val="0"/>
          <w:smallCaps w:val="0"/>
          <w:strike w:val="0"/>
          <w:color w:val="000000"/>
          <w:u w:val="none"/>
        </w:rPr>
        <w:t xml:space="preserve"> </w:t>
      </w:r>
      <w:r>
        <w:rPr>
          <w:b/>
          <w:i w:val="0"/>
          <w:smallCaps w:val="0"/>
          <w:strike w:val="0"/>
          <w:color w:val="000000"/>
          <w:sz w:val="26"/>
          <w:u w:val="none"/>
        </w:rPr>
        <w:t>20</w:t>
      </w:r>
      <w:r>
        <w:rPr>
          <w:b w:val="0"/>
          <w:i w:val="0"/>
          <w:smallCaps w:val="0"/>
          <w:strike w:val="0"/>
          <w:color w:val="000000"/>
          <w:u w:val="none"/>
        </w:rPr>
        <w:t xml:space="preserve"> – Kizer is a Professor and Researcher of Political Science, who has a Master’s in Democracy &amp; Governance from Georgetown University along with a Bachelor’s in Middle Eastern &amp; North African Studies from UCLA. 6/10/2020 (“US HEGEMONY RELIES ON DEHUMANIZATION AND WHITE SUPREMACY,”)///KM</w:t>
      </w:r>
    </w:p>
    <w:p>
      <w:pPr>
        <w:spacing w:after="60"/>
      </w:pPr>
      <w:r>
        <w:rPr>
          <w:b w:val="0"/>
          <w:i w:val="0"/>
          <w:smallCaps w:val="0"/>
          <w:strike w:val="0"/>
          <w:color w:val="000000"/>
          <w:sz w:val="12"/>
          <w:u w:val="none"/>
        </w:rPr>
        <w:t>When I began writing this column, Black Hawk helicopters were still circling over Washington, DC, flying low to intimidate and disperse protestors demanding justice for yet another murder of an unarmed Black person, this time George Floyd by Minneapolis police.</w:t>
      </w:r>
    </w:p>
    <w:p>
      <w:pPr>
        <w:spacing w:after="60"/>
      </w:pPr>
      <w:r>
        <w:rPr>
          <w:b w:val="0"/>
          <w:i w:val="0"/>
          <w:smallCaps w:val="0"/>
          <w:strike w:val="0"/>
          <w:color w:val="000000"/>
          <w:sz w:val="12"/>
          <w:u w:val="none"/>
        </w:rPr>
        <w:t>While the spread of popular uprisings against police brutality across the United States feels like an unprecedented tipping point, the impunity with which police and military forces operate is not new. Nor is it isolated to domestic policing.</w:t>
      </w:r>
      <w:r>
        <w:rPr>
          <w:b w:val="0"/>
          <w:i w:val="0"/>
          <w:smallCaps w:val="0"/>
          <w:strike w:val="0"/>
          <w:color w:val="000000"/>
          <w:sz w:val="16"/>
          <w:u w:val="single"/>
        </w:rPr>
        <w:t xml:space="preserve"> </w:t>
      </w:r>
      <w:r>
        <w:rPr>
          <w:b w:val="0"/>
          <w:i w:val="0"/>
          <w:smallCaps w:val="0"/>
          <w:strike w:val="0"/>
          <w:color w:val="000000"/>
          <w:u w:val="single"/>
        </w:rPr>
        <w:t>The</w:t>
      </w:r>
      <w:r>
        <w:rPr>
          <w:b w:val="0"/>
          <w:i w:val="0"/>
          <w:smallCaps w:val="0"/>
          <w:strike w:val="0"/>
          <w:color w:val="000000"/>
          <w:sz w:val="12"/>
          <w:u w:val="none"/>
        </w:rPr>
        <w:t xml:space="preserve"> </w:t>
      </w:r>
      <w:r>
        <w:rPr>
          <w:b w:val="0"/>
          <w:i w:val="0"/>
          <w:smallCaps w:val="0"/>
          <w:strike w:val="0"/>
          <w:color w:val="000000"/>
          <w:u w:val="single"/>
        </w:rPr>
        <w:t>willingness to weaponize state power</w:t>
      </w:r>
      <w:r>
        <w:rPr>
          <w:b w:val="0"/>
          <w:i w:val="0"/>
          <w:smallCaps w:val="0"/>
          <w:strike w:val="0"/>
          <w:color w:val="000000"/>
          <w:sz w:val="12"/>
          <w:u w:val="none"/>
        </w:rPr>
        <w:t xml:space="preserve"> </w:t>
      </w:r>
      <w:r>
        <w:rPr>
          <w:b w:val="0"/>
          <w:i w:val="0"/>
          <w:smallCaps w:val="0"/>
          <w:strike w:val="0"/>
          <w:color w:val="000000"/>
          <w:u w:val="single"/>
        </w:rPr>
        <w:t>against those expressing their discontent and calls for change</w:t>
      </w:r>
      <w:r>
        <w:rPr>
          <w:b w:val="0"/>
          <w:i w:val="0"/>
          <w:smallCaps w:val="0"/>
          <w:strike w:val="0"/>
          <w:color w:val="000000"/>
          <w:sz w:val="12"/>
          <w:u w:val="none"/>
        </w:rPr>
        <w:t xml:space="preserve"> </w:t>
      </w:r>
      <w:r>
        <w:rPr>
          <w:b w:val="0"/>
          <w:i w:val="0"/>
          <w:smallCaps w:val="0"/>
          <w:strike w:val="0"/>
          <w:color w:val="000000"/>
          <w:u w:val="single"/>
        </w:rPr>
        <w:t>has</w:t>
      </w:r>
      <w:r>
        <w:rPr>
          <w:b w:val="0"/>
          <w:i w:val="0"/>
          <w:smallCaps w:val="0"/>
          <w:strike w:val="0"/>
          <w:color w:val="000000"/>
          <w:sz w:val="12"/>
          <w:u w:val="none"/>
        </w:rPr>
        <w:t xml:space="preserve"> </w:t>
      </w:r>
      <w:r>
        <w:rPr>
          <w:b w:val="0"/>
          <w:i w:val="0"/>
          <w:smallCaps w:val="0"/>
          <w:strike w:val="0"/>
          <w:color w:val="000000"/>
          <w:u w:val="single"/>
        </w:rPr>
        <w:t>long</w:t>
      </w:r>
      <w:r>
        <w:rPr>
          <w:b w:val="0"/>
          <w:i w:val="0"/>
          <w:smallCaps w:val="0"/>
          <w:strike w:val="0"/>
          <w:color w:val="000000"/>
          <w:sz w:val="12"/>
          <w:u w:val="none"/>
        </w:rPr>
        <w:t xml:space="preserve"> </w:t>
      </w:r>
      <w:r>
        <w:rPr>
          <w:b w:val="0"/>
          <w:i w:val="0"/>
          <w:smallCaps w:val="0"/>
          <w:strike w:val="0"/>
          <w:color w:val="000000"/>
          <w:u w:val="single"/>
        </w:rPr>
        <w:t>been</w:t>
      </w:r>
      <w:r>
        <w:rPr>
          <w:b w:val="0"/>
          <w:i w:val="0"/>
          <w:smallCaps w:val="0"/>
          <w:strike w:val="0"/>
          <w:color w:val="000000"/>
          <w:sz w:val="12"/>
          <w:u w:val="none"/>
        </w:rPr>
        <w:t xml:space="preserve"> </w:t>
      </w:r>
      <w:r>
        <w:rPr>
          <w:b w:val="0"/>
          <w:i w:val="0"/>
          <w:smallCaps w:val="0"/>
          <w:strike w:val="0"/>
          <w:color w:val="000000"/>
          <w:u w:val="single"/>
        </w:rPr>
        <w:t>a</w:t>
      </w:r>
      <w:r>
        <w:rPr>
          <w:b w:val="0"/>
          <w:i w:val="0"/>
          <w:smallCaps w:val="0"/>
          <w:strike w:val="0"/>
          <w:color w:val="000000"/>
          <w:sz w:val="12"/>
          <w:u w:val="none"/>
        </w:rPr>
        <w:t xml:space="preserve"> </w:t>
      </w:r>
      <w:r>
        <w:rPr>
          <w:b w:val="0"/>
          <w:i w:val="0"/>
          <w:smallCaps w:val="0"/>
          <w:strike w:val="0"/>
          <w:color w:val="000000"/>
          <w:u w:val="single"/>
        </w:rPr>
        <w:t>part of</w:t>
      </w:r>
      <w:r>
        <w:rPr>
          <w:b w:val="0"/>
          <w:i w:val="0"/>
          <w:smallCaps w:val="0"/>
          <w:strike w:val="0"/>
          <w:color w:val="000000"/>
          <w:sz w:val="12"/>
          <w:u w:val="none"/>
        </w:rPr>
        <w:t xml:space="preserve"> </w:t>
      </w:r>
      <w:r>
        <w:rPr>
          <w:b w:val="0"/>
          <w:i w:val="0"/>
          <w:smallCaps w:val="0"/>
          <w:strike w:val="0"/>
          <w:color w:val="000000"/>
          <w:u w:val="single"/>
        </w:rPr>
        <w:t>both US</w:t>
      </w:r>
      <w:r>
        <w:rPr>
          <w:b w:val="0"/>
          <w:i w:val="0"/>
          <w:smallCaps w:val="0"/>
          <w:strike w:val="0"/>
          <w:color w:val="000000"/>
          <w:sz w:val="12"/>
          <w:u w:val="none"/>
        </w:rPr>
        <w:t xml:space="preserve"> </w:t>
      </w:r>
      <w:r>
        <w:rPr>
          <w:b w:val="0"/>
          <w:i w:val="0"/>
          <w:smallCaps w:val="0"/>
          <w:strike w:val="0"/>
          <w:color w:val="000000"/>
          <w:u w:val="single"/>
        </w:rPr>
        <w:t>domestic and foreign policy</w:t>
      </w:r>
      <w:r>
        <w:rPr>
          <w:b w:val="0"/>
          <w:i w:val="0"/>
          <w:smallCaps w:val="0"/>
          <w:strike w:val="0"/>
          <w:color w:val="000000"/>
          <w:u w:val="single"/>
        </w:rPr>
        <w:t>.</w:t>
      </w:r>
    </w:p>
    <w:p>
      <w:pPr>
        <w:spacing w:after="60"/>
      </w:pPr>
      <w:r>
        <w:rPr>
          <w:b w:val="0"/>
          <w:i w:val="0"/>
          <w:smallCaps w:val="0"/>
          <w:strike w:val="0"/>
          <w:color w:val="000000"/>
          <w:sz w:val="12"/>
          <w:u w:val="none"/>
        </w:rPr>
        <w:t xml:space="preserve">Some Washington national </w:t>
      </w:r>
      <w:r>
        <w:rPr>
          <w:b w:val="0"/>
          <w:i w:val="0"/>
          <w:smallCaps w:val="0"/>
          <w:strike w:val="0"/>
          <w:color w:val="000000"/>
          <w:u w:val="single"/>
        </w:rPr>
        <w:t>security professionals</w:t>
      </w:r>
      <w:r>
        <w:rPr>
          <w:b w:val="0"/>
          <w:i w:val="0"/>
          <w:smallCaps w:val="0"/>
          <w:strike w:val="0"/>
          <w:color w:val="000000"/>
          <w:sz w:val="12"/>
          <w:u w:val="none"/>
        </w:rPr>
        <w:t xml:space="preserve"> have made laudable statements committing to do better to address the </w:t>
      </w:r>
      <w:r>
        <w:rPr>
          <w:b w:val="0"/>
          <w:i w:val="0"/>
          <w:smallCaps w:val="0"/>
          <w:strike w:val="0"/>
          <w:color w:val="000000"/>
          <w:u w:val="single"/>
        </w:rPr>
        <w:t>structural inequities</w:t>
      </w:r>
      <w:r>
        <w:rPr>
          <w:b w:val="0"/>
          <w:i w:val="0"/>
          <w:smallCaps w:val="0"/>
          <w:strike w:val="0"/>
          <w:color w:val="000000"/>
          <w:sz w:val="12"/>
          <w:u w:val="none"/>
        </w:rPr>
        <w:t xml:space="preserve"> that </w:t>
      </w:r>
      <w:r>
        <w:rPr>
          <w:b w:val="0"/>
          <w:i w:val="0"/>
          <w:smallCaps w:val="0"/>
          <w:strike w:val="0"/>
          <w:color w:val="000000"/>
          <w:u w:val="single"/>
        </w:rPr>
        <w:t>keep the profession</w:t>
      </w:r>
      <w:r>
        <w:rPr>
          <w:b w:val="0"/>
          <w:i w:val="0"/>
          <w:smallCaps w:val="0"/>
          <w:strike w:val="0"/>
          <w:color w:val="000000"/>
          <w:sz w:val="12"/>
          <w:u w:val="none"/>
        </w:rPr>
        <w:t xml:space="preserve"> </w:t>
      </w:r>
      <w:r>
        <w:rPr>
          <w:b w:val="0"/>
          <w:i w:val="0"/>
          <w:smallCaps w:val="0"/>
          <w:strike w:val="0"/>
          <w:color w:val="000000"/>
          <w:u w:val="single"/>
        </w:rPr>
        <w:t>majority-white and cis-male</w:t>
      </w:r>
      <w:r>
        <w:rPr>
          <w:b w:val="0"/>
          <w:i w:val="0"/>
          <w:smallCaps w:val="0"/>
          <w:strike w:val="0"/>
          <w:color w:val="000000"/>
          <w:sz w:val="12"/>
          <w:u w:val="none"/>
        </w:rPr>
        <w:t xml:space="preserve"> in the face of this repression. Yet these efforts </w:t>
      </w:r>
      <w:r>
        <w:rPr>
          <w:b w:val="0"/>
          <w:i w:val="0"/>
          <w:smallCaps w:val="0"/>
          <w:strike w:val="0"/>
          <w:color w:val="000000"/>
          <w:u w:val="single"/>
        </w:rPr>
        <w:t>have not addressed</w:t>
      </w:r>
      <w:r>
        <w:rPr>
          <w:b w:val="0"/>
          <w:i w:val="0"/>
          <w:smallCaps w:val="0"/>
          <w:strike w:val="0"/>
          <w:color w:val="000000"/>
          <w:sz w:val="12"/>
          <w:u w:val="none"/>
        </w:rPr>
        <w:t xml:space="preserve"> the fundamental problem at hand: </w:t>
      </w:r>
      <w:r>
        <w:rPr>
          <w:b w:val="0"/>
          <w:i w:val="0"/>
          <w:smallCaps w:val="0"/>
          <w:strike w:val="0"/>
          <w:color w:val="000000"/>
          <w:u w:val="single"/>
        </w:rPr>
        <w:t>the state violence taking place in streets</w:t>
      </w:r>
      <w:r>
        <w:rPr>
          <w:b w:val="0"/>
          <w:i w:val="0"/>
          <w:smallCaps w:val="0"/>
          <w:strike w:val="0"/>
          <w:color w:val="000000"/>
          <w:sz w:val="12"/>
          <w:u w:val="none"/>
        </w:rPr>
        <w:t xml:space="preserve"> across the United States </w:t>
      </w:r>
      <w:r>
        <w:rPr>
          <w:b w:val="0"/>
          <w:i w:val="0"/>
          <w:smallCaps w:val="0"/>
          <w:strike w:val="0"/>
          <w:color w:val="000000"/>
          <w:u w:val="single"/>
        </w:rPr>
        <w:t>is a natural outgrowth of decades</w:t>
      </w:r>
      <w:r>
        <w:rPr>
          <w:b w:val="0"/>
          <w:i w:val="0"/>
          <w:smallCaps w:val="0"/>
          <w:strike w:val="0"/>
          <w:color w:val="000000"/>
          <w:sz w:val="12"/>
          <w:u w:val="none"/>
        </w:rPr>
        <w:t xml:space="preserve">, if not centuries </w:t>
      </w:r>
      <w:r>
        <w:rPr>
          <w:b w:val="0"/>
          <w:i w:val="0"/>
          <w:smallCaps w:val="0"/>
          <w:strike w:val="0"/>
          <w:color w:val="000000"/>
          <w:u w:val="single"/>
        </w:rPr>
        <w:t>of domestic and foreign</w:t>
      </w:r>
      <w:r>
        <w:rPr>
          <w:b w:val="0"/>
          <w:i w:val="0"/>
          <w:smallCaps w:val="0"/>
          <w:strike w:val="0"/>
          <w:color w:val="000000"/>
          <w:sz w:val="12"/>
          <w:u w:val="none"/>
        </w:rPr>
        <w:t xml:space="preserve"> </w:t>
      </w:r>
      <w:r>
        <w:rPr>
          <w:b w:val="0"/>
          <w:i w:val="0"/>
          <w:smallCaps w:val="0"/>
          <w:strike w:val="0"/>
          <w:color w:val="000000"/>
          <w:u w:val="single"/>
        </w:rPr>
        <w:t>policy that</w:t>
      </w:r>
      <w:r>
        <w:rPr>
          <w:b w:val="0"/>
          <w:i w:val="0"/>
          <w:smallCaps w:val="0"/>
          <w:strike w:val="0"/>
          <w:color w:val="000000"/>
          <w:sz w:val="12"/>
          <w:u w:val="none"/>
        </w:rPr>
        <w:t xml:space="preserve"> first and foremost </w:t>
      </w:r>
      <w:r>
        <w:rPr>
          <w:b/>
          <w:i w:val="0"/>
          <w:smallCaps w:val="0"/>
          <w:strike w:val="0"/>
          <w:color w:val="000000"/>
          <w:u w:val="single"/>
        </w:rPr>
        <w:t>relies on</w:t>
      </w:r>
      <w:r>
        <w:rPr>
          <w:b w:val="0"/>
          <w:i w:val="0"/>
          <w:smallCaps w:val="0"/>
          <w:strike w:val="0"/>
          <w:color w:val="000000"/>
          <w:sz w:val="12"/>
          <w:u w:val="none"/>
        </w:rPr>
        <w:t xml:space="preserve"> </w:t>
      </w:r>
      <w:r>
        <w:rPr>
          <w:b/>
          <w:i w:val="0"/>
          <w:smallCaps w:val="0"/>
          <w:strike w:val="0"/>
          <w:color w:val="000000"/>
          <w:u w:val="single"/>
        </w:rPr>
        <w:t>the</w:t>
      </w:r>
      <w:r>
        <w:rPr>
          <w:b w:val="0"/>
          <w:i w:val="0"/>
          <w:smallCaps w:val="0"/>
          <w:strike w:val="0"/>
          <w:color w:val="000000"/>
          <w:sz w:val="12"/>
          <w:u w:val="none"/>
        </w:rPr>
        <w:t xml:space="preserve"> </w:t>
      </w:r>
      <w:r>
        <w:rPr>
          <w:b/>
          <w:i w:val="0"/>
          <w:smallCaps w:val="0"/>
          <w:strike w:val="0"/>
          <w:color w:val="000000"/>
          <w:u w:val="single"/>
        </w:rPr>
        <w:t>dehumanization of Black and brown people to pursue hegemony</w:t>
      </w:r>
      <w:r>
        <w:rPr>
          <w:b w:val="0"/>
          <w:i w:val="0"/>
          <w:smallCaps w:val="0"/>
          <w:strike w:val="0"/>
          <w:color w:val="000000"/>
          <w:sz w:val="12"/>
          <w:u w:val="none"/>
        </w:rPr>
        <w:t xml:space="preserve"> </w:t>
      </w:r>
      <w:r>
        <w:rPr>
          <w:b/>
          <w:i w:val="0"/>
          <w:smallCaps w:val="0"/>
          <w:strike w:val="0"/>
          <w:color w:val="000000"/>
          <w:u w:val="single"/>
        </w:rPr>
        <w:t>at home and abroad.</w:t>
      </w:r>
      <w:r>
        <w:rPr>
          <w:b w:val="0"/>
          <w:i w:val="0"/>
          <w:smallCaps w:val="0"/>
          <w:strike w:val="0"/>
          <w:color w:val="000000"/>
          <w:sz w:val="12"/>
          <w:u w:val="none"/>
        </w:rPr>
        <w:t xml:space="preserve"> </w:t>
      </w:r>
      <w:r>
        <w:rPr>
          <w:b/>
          <w:i w:val="0"/>
          <w:smallCaps w:val="0"/>
          <w:strike w:val="0"/>
          <w:color w:val="000000"/>
          <w:u w:val="single"/>
        </w:rPr>
        <w:t>Until we reckon with this</w:t>
      </w:r>
      <w:r>
        <w:rPr>
          <w:b w:val="0"/>
          <w:i w:val="0"/>
          <w:smallCaps w:val="0"/>
          <w:strike w:val="0"/>
          <w:color w:val="000000"/>
          <w:sz w:val="12"/>
          <w:u w:val="none"/>
        </w:rPr>
        <w:t xml:space="preserve"> </w:t>
      </w:r>
      <w:r>
        <w:rPr>
          <w:b/>
          <w:i w:val="0"/>
          <w:smallCaps w:val="0"/>
          <w:strike w:val="0"/>
          <w:color w:val="000000"/>
          <w:u w:val="single"/>
        </w:rPr>
        <w:t>fundamental truth,</w:t>
      </w:r>
      <w:r>
        <w:rPr>
          <w:b w:val="0"/>
          <w:i w:val="0"/>
          <w:smallCaps w:val="0"/>
          <w:strike w:val="0"/>
          <w:color w:val="000000"/>
          <w:sz w:val="12"/>
          <w:u w:val="none"/>
        </w:rPr>
        <w:t xml:space="preserve"> </w:t>
      </w:r>
      <w:r>
        <w:rPr>
          <w:b/>
          <w:i w:val="0"/>
          <w:smallCaps w:val="0"/>
          <w:strike w:val="0"/>
          <w:color w:val="000000"/>
          <w:u w:val="single"/>
        </w:rPr>
        <w:t>we will</w:t>
      </w:r>
      <w:r>
        <w:rPr>
          <w:b w:val="0"/>
          <w:i w:val="0"/>
          <w:smallCaps w:val="0"/>
          <w:strike w:val="0"/>
          <w:color w:val="000000"/>
          <w:sz w:val="12"/>
          <w:u w:val="none"/>
        </w:rPr>
        <w:t xml:space="preserve"> </w:t>
      </w:r>
      <w:r>
        <w:rPr>
          <w:b/>
          <w:i w:val="0"/>
          <w:smallCaps w:val="0"/>
          <w:strike w:val="0"/>
          <w:color w:val="000000"/>
          <w:u w:val="single"/>
        </w:rPr>
        <w:t>continue to</w:t>
      </w:r>
      <w:r>
        <w:rPr>
          <w:b w:val="0"/>
          <w:i w:val="0"/>
          <w:smallCaps w:val="0"/>
          <w:strike w:val="0"/>
          <w:color w:val="000000"/>
          <w:sz w:val="12"/>
          <w:u w:val="none"/>
        </w:rPr>
        <w:t xml:space="preserve"> </w:t>
      </w:r>
      <w:r>
        <w:rPr>
          <w:b/>
          <w:i w:val="0"/>
          <w:smallCaps w:val="0"/>
          <w:strike w:val="0"/>
          <w:color w:val="000000"/>
          <w:u w:val="single"/>
        </w:rPr>
        <w:t>fail to</w:t>
      </w:r>
      <w:r>
        <w:rPr>
          <w:b w:val="0"/>
          <w:i w:val="0"/>
          <w:smallCaps w:val="0"/>
          <w:strike w:val="0"/>
          <w:color w:val="000000"/>
          <w:sz w:val="12"/>
          <w:u w:val="none"/>
        </w:rPr>
        <w:t xml:space="preserve"> </w:t>
      </w:r>
      <w:r>
        <w:rPr>
          <w:b/>
          <w:i w:val="0"/>
          <w:smallCaps w:val="0"/>
          <w:strike w:val="0"/>
          <w:color w:val="000000"/>
          <w:u w:val="single"/>
        </w:rPr>
        <w:t>actually</w:t>
      </w:r>
      <w:r>
        <w:rPr>
          <w:b w:val="0"/>
          <w:i w:val="0"/>
          <w:smallCaps w:val="0"/>
          <w:strike w:val="0"/>
          <w:color w:val="000000"/>
          <w:sz w:val="12"/>
          <w:u w:val="none"/>
        </w:rPr>
        <w:t xml:space="preserve"> </w:t>
      </w:r>
      <w:r>
        <w:rPr>
          <w:b/>
          <w:i w:val="0"/>
          <w:smallCaps w:val="0"/>
          <w:strike w:val="0"/>
          <w:color w:val="000000"/>
          <w:u w:val="single"/>
        </w:rPr>
        <w:t>address</w:t>
      </w:r>
      <w:r>
        <w:rPr>
          <w:b w:val="0"/>
          <w:i w:val="0"/>
          <w:smallCaps w:val="0"/>
          <w:strike w:val="0"/>
          <w:color w:val="000000"/>
          <w:sz w:val="12"/>
          <w:u w:val="none"/>
        </w:rPr>
        <w:t xml:space="preserve"> the institutionalized and </w:t>
      </w:r>
      <w:r>
        <w:rPr>
          <w:b/>
          <w:i w:val="0"/>
          <w:smallCaps w:val="0"/>
          <w:strike w:val="0"/>
          <w:color w:val="000000"/>
          <w:u w:val="single"/>
        </w:rPr>
        <w:t>structural racism</w:t>
      </w:r>
      <w:r>
        <w:rPr>
          <w:b w:val="0"/>
          <w:i w:val="0"/>
          <w:smallCaps w:val="0"/>
          <w:strike w:val="0"/>
          <w:color w:val="000000"/>
          <w:sz w:val="12"/>
          <w:u w:val="none"/>
        </w:rPr>
        <w:t xml:space="preserve"> </w:t>
      </w:r>
      <w:r>
        <w:rPr>
          <w:b/>
          <w:i w:val="0"/>
          <w:smallCaps w:val="0"/>
          <w:strike w:val="0"/>
          <w:color w:val="000000"/>
          <w:u w:val="single"/>
        </w:rPr>
        <w:t>that has led to decade after decade of</w:t>
      </w:r>
      <w:r>
        <w:rPr>
          <w:b w:val="0"/>
          <w:i w:val="0"/>
          <w:smallCaps w:val="0"/>
          <w:strike w:val="0"/>
          <w:color w:val="000000"/>
          <w:sz w:val="12"/>
          <w:u w:val="none"/>
        </w:rPr>
        <w:t xml:space="preserve"> state </w:t>
      </w:r>
      <w:r>
        <w:rPr>
          <w:b/>
          <w:i w:val="0"/>
          <w:smallCaps w:val="0"/>
          <w:strike w:val="0"/>
          <w:color w:val="000000"/>
          <w:u w:val="single"/>
        </w:rPr>
        <w:t>violence</w:t>
      </w:r>
      <w:r>
        <w:rPr>
          <w:b w:val="0"/>
          <w:i w:val="0"/>
          <w:smallCaps w:val="0"/>
          <w:strike w:val="0"/>
          <w:color w:val="000000"/>
          <w:sz w:val="12"/>
          <w:u w:val="none"/>
        </w:rPr>
        <w:t xml:space="preserve"> </w:t>
      </w:r>
      <w:r>
        <w:rPr>
          <w:b/>
          <w:i w:val="0"/>
          <w:smallCaps w:val="0"/>
          <w:strike w:val="0"/>
          <w:color w:val="000000"/>
          <w:u w:val="single"/>
        </w:rPr>
        <w:t>against Black people</w:t>
      </w:r>
      <w:r>
        <w:rPr>
          <w:b w:val="0"/>
          <w:i w:val="0"/>
          <w:smallCaps w:val="0"/>
          <w:strike w:val="0"/>
          <w:color w:val="000000"/>
          <w:sz w:val="12"/>
          <w:u w:val="none"/>
        </w:rPr>
        <w:t xml:space="preserve"> in this country and people of color </w:t>
      </w:r>
      <w:r>
        <w:rPr>
          <w:b/>
          <w:i w:val="0"/>
          <w:smallCaps w:val="0"/>
          <w:strike w:val="0"/>
          <w:color w:val="000000"/>
          <w:u w:val="single"/>
        </w:rPr>
        <w:t>around the world</w:t>
      </w:r>
      <w:r>
        <w:rPr>
          <w:b/>
          <w:i w:val="0"/>
          <w:smallCaps w:val="0"/>
          <w:strike w:val="0"/>
          <w:color w:val="000000"/>
          <w:u w:val="single"/>
        </w:rPr>
        <w:t>.</w:t>
      </w:r>
    </w:p>
    <w:p>
      <w:pPr>
        <w:spacing w:after="60"/>
      </w:pPr>
      <w:r>
        <w:rPr>
          <w:b w:val="0"/>
          <w:i w:val="0"/>
          <w:smallCaps w:val="0"/>
          <w:strike w:val="0"/>
          <w:color w:val="000000"/>
          <w:sz w:val="12"/>
          <w:u w:val="none"/>
        </w:rPr>
        <w:t xml:space="preserve">In the United States, this dehumanization has its roots in the founding of our country. The </w:t>
      </w:r>
      <w:r>
        <w:rPr>
          <w:b w:val="0"/>
          <w:i w:val="0"/>
          <w:smallCaps w:val="0"/>
          <w:strike w:val="0"/>
          <w:color w:val="000000"/>
          <w:u w:val="single"/>
        </w:rPr>
        <w:t>prosperity</w:t>
      </w:r>
      <w:r>
        <w:rPr>
          <w:b w:val="0"/>
          <w:i w:val="0"/>
          <w:smallCaps w:val="0"/>
          <w:strike w:val="0"/>
          <w:color w:val="000000"/>
          <w:sz w:val="12"/>
          <w:u w:val="none"/>
        </w:rPr>
        <w:t xml:space="preserve"> the white majority in the United States enjoys today </w:t>
      </w:r>
      <w:r>
        <w:rPr>
          <w:b w:val="0"/>
          <w:i w:val="0"/>
          <w:smallCaps w:val="0"/>
          <w:strike w:val="0"/>
          <w:color w:val="000000"/>
          <w:u w:val="single"/>
        </w:rPr>
        <w:t>cannot be divorced from</w:t>
      </w:r>
      <w:r>
        <w:rPr>
          <w:b w:val="0"/>
          <w:i w:val="0"/>
          <w:smallCaps w:val="0"/>
          <w:strike w:val="0"/>
          <w:color w:val="000000"/>
          <w:sz w:val="12"/>
          <w:u w:val="none"/>
        </w:rPr>
        <w:t xml:space="preserve"> </w:t>
      </w:r>
      <w:r>
        <w:rPr>
          <w:b w:val="0"/>
          <w:i w:val="0"/>
          <w:smallCaps w:val="0"/>
          <w:strike w:val="0"/>
          <w:color w:val="000000"/>
          <w:u w:val="single"/>
        </w:rPr>
        <w:t>the</w:t>
      </w:r>
      <w:r>
        <w:rPr>
          <w:b w:val="0"/>
          <w:i w:val="0"/>
          <w:smallCaps w:val="0"/>
          <w:strike w:val="0"/>
          <w:color w:val="000000"/>
          <w:sz w:val="12"/>
          <w:u w:val="none"/>
        </w:rPr>
        <w:t xml:space="preserve"> </w:t>
      </w:r>
      <w:r>
        <w:rPr>
          <w:b w:val="0"/>
          <w:i w:val="0"/>
          <w:smallCaps w:val="0"/>
          <w:strike w:val="0"/>
          <w:color w:val="000000"/>
          <w:u w:val="single"/>
        </w:rPr>
        <w:t>genocide</w:t>
      </w:r>
      <w:r>
        <w:rPr>
          <w:b w:val="0"/>
          <w:i w:val="0"/>
          <w:smallCaps w:val="0"/>
          <w:strike w:val="0"/>
          <w:color w:val="000000"/>
          <w:sz w:val="12"/>
          <w:u w:val="none"/>
        </w:rPr>
        <w:t xml:space="preserve"> </w:t>
      </w:r>
      <w:r>
        <w:rPr>
          <w:b w:val="0"/>
          <w:i w:val="0"/>
          <w:smallCaps w:val="0"/>
          <w:strike w:val="0"/>
          <w:color w:val="000000"/>
          <w:u w:val="single"/>
        </w:rPr>
        <w:t>of Indigenous people</w:t>
      </w:r>
      <w:r>
        <w:rPr>
          <w:b w:val="0"/>
          <w:i w:val="0"/>
          <w:smallCaps w:val="0"/>
          <w:strike w:val="0"/>
          <w:color w:val="000000"/>
          <w:sz w:val="12"/>
          <w:u w:val="none"/>
        </w:rPr>
        <w:t xml:space="preserve"> </w:t>
      </w:r>
      <w:r>
        <w:rPr>
          <w:b w:val="0"/>
          <w:i w:val="0"/>
          <w:smallCaps w:val="0"/>
          <w:strike w:val="0"/>
          <w:color w:val="000000"/>
          <w:u w:val="single"/>
        </w:rPr>
        <w:t>and</w:t>
      </w:r>
      <w:r>
        <w:rPr>
          <w:b w:val="0"/>
          <w:i w:val="0"/>
          <w:smallCaps w:val="0"/>
          <w:strike w:val="0"/>
          <w:color w:val="000000"/>
          <w:sz w:val="12"/>
          <w:u w:val="none"/>
        </w:rPr>
        <w:t xml:space="preserve"> the </w:t>
      </w:r>
      <w:r>
        <w:rPr>
          <w:b w:val="0"/>
          <w:i w:val="0"/>
          <w:smallCaps w:val="0"/>
          <w:strike w:val="0"/>
          <w:color w:val="000000"/>
          <w:u w:val="single"/>
        </w:rPr>
        <w:t>enslavement</w:t>
      </w:r>
      <w:r>
        <w:rPr>
          <w:b w:val="0"/>
          <w:i w:val="0"/>
          <w:smallCaps w:val="0"/>
          <w:strike w:val="0"/>
          <w:color w:val="000000"/>
          <w:sz w:val="12"/>
          <w:u w:val="none"/>
        </w:rPr>
        <w:t xml:space="preserve"> of Africans, all for the economic benefit of white colonizers. </w:t>
      </w:r>
      <w:r>
        <w:rPr>
          <w:b/>
          <w:i w:val="0"/>
          <w:smallCaps w:val="0"/>
          <w:strike w:val="0"/>
          <w:color w:val="000000"/>
          <w:u w:val="single"/>
        </w:rPr>
        <w:t>The violent domination of the white colonial project and its basis in exploitation and</w:t>
      </w:r>
      <w:r>
        <w:rPr>
          <w:b w:val="0"/>
          <w:i w:val="0"/>
          <w:smallCaps w:val="0"/>
          <w:strike w:val="0"/>
          <w:color w:val="000000"/>
          <w:sz w:val="12"/>
          <w:u w:val="none"/>
        </w:rPr>
        <w:t xml:space="preserve"> </w:t>
      </w:r>
      <w:r>
        <w:rPr>
          <w:b/>
          <w:i w:val="0"/>
          <w:smallCaps w:val="0"/>
          <w:strike w:val="0"/>
          <w:color w:val="000000"/>
          <w:u w:val="single"/>
        </w:rPr>
        <w:t>white saviorism not only defined</w:t>
      </w:r>
      <w:r>
        <w:rPr>
          <w:b w:val="0"/>
          <w:i w:val="0"/>
          <w:smallCaps w:val="0"/>
          <w:strike w:val="0"/>
          <w:color w:val="000000"/>
          <w:sz w:val="12"/>
          <w:u w:val="none"/>
        </w:rPr>
        <w:t xml:space="preserve"> </w:t>
      </w:r>
      <w:r>
        <w:rPr>
          <w:b/>
          <w:i w:val="0"/>
          <w:smallCaps w:val="0"/>
          <w:strike w:val="0"/>
          <w:color w:val="000000"/>
          <w:u w:val="single"/>
        </w:rPr>
        <w:t>the</w:t>
      </w:r>
      <w:r>
        <w:rPr>
          <w:b w:val="0"/>
          <w:i w:val="0"/>
          <w:smallCaps w:val="0"/>
          <w:strike w:val="0"/>
          <w:color w:val="000000"/>
          <w:sz w:val="12"/>
          <w:u w:val="none"/>
        </w:rPr>
        <w:t xml:space="preserve"> </w:t>
      </w:r>
      <w:r>
        <w:rPr>
          <w:b/>
          <w:i w:val="0"/>
          <w:smallCaps w:val="0"/>
          <w:strike w:val="0"/>
          <w:color w:val="000000"/>
          <w:u w:val="single"/>
        </w:rPr>
        <w:t>foundations of</w:t>
      </w:r>
      <w:r>
        <w:rPr>
          <w:b w:val="0"/>
          <w:i w:val="0"/>
          <w:smallCaps w:val="0"/>
          <w:strike w:val="0"/>
          <w:color w:val="000000"/>
          <w:sz w:val="12"/>
          <w:u w:val="none"/>
        </w:rPr>
        <w:t xml:space="preserve"> </w:t>
      </w:r>
      <w:r>
        <w:rPr>
          <w:b/>
          <w:i w:val="0"/>
          <w:smallCaps w:val="0"/>
          <w:strike w:val="0"/>
          <w:color w:val="000000"/>
          <w:u w:val="single"/>
        </w:rPr>
        <w:t>early</w:t>
      </w:r>
      <w:r>
        <w:rPr>
          <w:b w:val="0"/>
          <w:i w:val="0"/>
          <w:smallCaps w:val="0"/>
          <w:strike w:val="0"/>
          <w:color w:val="000000"/>
          <w:sz w:val="12"/>
          <w:u w:val="none"/>
        </w:rPr>
        <w:t xml:space="preserve"> </w:t>
      </w:r>
      <w:r>
        <w:rPr>
          <w:b/>
          <w:i w:val="0"/>
          <w:smallCaps w:val="0"/>
          <w:strike w:val="0"/>
          <w:color w:val="000000"/>
          <w:u w:val="single"/>
        </w:rPr>
        <w:t>US society, but is echoed</w:t>
      </w:r>
      <w:r>
        <w:rPr>
          <w:b w:val="0"/>
          <w:i w:val="0"/>
          <w:smallCaps w:val="0"/>
          <w:strike w:val="0"/>
          <w:color w:val="000000"/>
          <w:sz w:val="12"/>
          <w:u w:val="none"/>
        </w:rPr>
        <w:t xml:space="preserve"> </w:t>
      </w:r>
      <w:r>
        <w:rPr>
          <w:b/>
          <w:i w:val="0"/>
          <w:smallCaps w:val="0"/>
          <w:strike w:val="0"/>
          <w:color w:val="000000"/>
          <w:u w:val="single"/>
        </w:rPr>
        <w:t>today here at home, and</w:t>
      </w:r>
      <w:r>
        <w:rPr>
          <w:b w:val="0"/>
          <w:i w:val="0"/>
          <w:smallCaps w:val="0"/>
          <w:strike w:val="0"/>
          <w:color w:val="000000"/>
          <w:sz w:val="12"/>
          <w:u w:val="none"/>
        </w:rPr>
        <w:t xml:space="preserve"> </w:t>
      </w:r>
      <w:r>
        <w:rPr>
          <w:b/>
          <w:i w:val="0"/>
          <w:smallCaps w:val="0"/>
          <w:strike w:val="0"/>
          <w:color w:val="000000"/>
          <w:u w:val="single"/>
        </w:rPr>
        <w:t>in</w:t>
      </w:r>
      <w:r>
        <w:rPr>
          <w:b w:val="0"/>
          <w:i w:val="0"/>
          <w:smallCaps w:val="0"/>
          <w:strike w:val="0"/>
          <w:color w:val="000000"/>
          <w:sz w:val="12"/>
          <w:u w:val="none"/>
        </w:rPr>
        <w:t xml:space="preserve"> </w:t>
      </w:r>
      <w:r>
        <w:rPr>
          <w:b/>
          <w:i w:val="0"/>
          <w:smallCaps w:val="0"/>
          <w:strike w:val="0"/>
          <w:color w:val="000000"/>
          <w:u w:val="single"/>
        </w:rPr>
        <w:t>US</w:t>
      </w:r>
      <w:r>
        <w:rPr>
          <w:b w:val="0"/>
          <w:i w:val="0"/>
          <w:smallCaps w:val="0"/>
          <w:strike w:val="0"/>
          <w:color w:val="000000"/>
          <w:sz w:val="12"/>
          <w:u w:val="none"/>
        </w:rPr>
        <w:t xml:space="preserve"> </w:t>
      </w:r>
      <w:r>
        <w:rPr>
          <w:b/>
          <w:i w:val="0"/>
          <w:smallCaps w:val="0"/>
          <w:strike w:val="0"/>
          <w:color w:val="000000"/>
          <w:u w:val="single"/>
        </w:rPr>
        <w:t>foreign policy.</w:t>
      </w:r>
    </w:p>
    <w:p>
      <w:pPr>
        <w:spacing w:after="60"/>
      </w:pPr>
      <w:r>
        <w:rPr>
          <w:b w:val="0"/>
          <w:i w:val="0"/>
          <w:smallCaps w:val="0"/>
          <w:strike w:val="0"/>
          <w:color w:val="000000"/>
          <w:sz w:val="12"/>
          <w:u w:val="none"/>
        </w:rPr>
        <w:t xml:space="preserve">For decades, </w:t>
      </w:r>
      <w:r>
        <w:rPr>
          <w:b w:val="0"/>
          <w:i w:val="0"/>
          <w:smallCaps w:val="0"/>
          <w:strike w:val="0"/>
          <w:color w:val="000000"/>
          <w:u w:val="single"/>
        </w:rPr>
        <w:t>the U</w:t>
      </w:r>
      <w:r>
        <w:rPr>
          <w:b w:val="0"/>
          <w:i w:val="0"/>
          <w:smallCaps w:val="0"/>
          <w:strike w:val="0"/>
          <w:color w:val="000000"/>
          <w:sz w:val="12"/>
          <w:u w:val="none"/>
        </w:rPr>
        <w:t xml:space="preserve">nited </w:t>
      </w:r>
      <w:r>
        <w:rPr>
          <w:b w:val="0"/>
          <w:i w:val="0"/>
          <w:smallCaps w:val="0"/>
          <w:strike w:val="0"/>
          <w:color w:val="000000"/>
          <w:u w:val="single"/>
        </w:rPr>
        <w:t>S</w:t>
      </w:r>
      <w:r>
        <w:rPr>
          <w:b w:val="0"/>
          <w:i w:val="0"/>
          <w:smallCaps w:val="0"/>
          <w:strike w:val="0"/>
          <w:color w:val="000000"/>
          <w:sz w:val="12"/>
          <w:u w:val="none"/>
        </w:rPr>
        <w:t xml:space="preserve">tates military </w:t>
      </w:r>
      <w:r>
        <w:rPr>
          <w:b w:val="0"/>
          <w:i w:val="0"/>
          <w:smallCaps w:val="0"/>
          <w:strike w:val="0"/>
          <w:color w:val="000000"/>
          <w:u w:val="single"/>
        </w:rPr>
        <w:t>has used many of the same tactics abroad that are used against Black and brown people by police</w:t>
      </w:r>
      <w:r>
        <w:rPr>
          <w:b w:val="0"/>
          <w:i w:val="0"/>
          <w:smallCaps w:val="0"/>
          <w:strike w:val="0"/>
          <w:color w:val="000000"/>
          <w:sz w:val="12"/>
          <w:u w:val="none"/>
        </w:rPr>
        <w:t xml:space="preserve"> in the United States. </w:t>
      </w:r>
      <w:r>
        <w:rPr>
          <w:b/>
          <w:i w:val="0"/>
          <w:smallCaps w:val="0"/>
          <w:strike w:val="0"/>
          <w:color w:val="000000"/>
          <w:u w:val="single"/>
        </w:rPr>
        <w:t>The use of force is never</w:t>
      </w:r>
      <w:r>
        <w:rPr>
          <w:b w:val="0"/>
          <w:i w:val="0"/>
          <w:smallCaps w:val="0"/>
          <w:strike w:val="0"/>
          <w:color w:val="000000"/>
          <w:sz w:val="12"/>
          <w:u w:val="none"/>
        </w:rPr>
        <w:t xml:space="preserve"> </w:t>
      </w:r>
      <w:r>
        <w:rPr>
          <w:b/>
          <w:i w:val="0"/>
          <w:smallCaps w:val="0"/>
          <w:strike w:val="0"/>
          <w:color w:val="000000"/>
          <w:u w:val="single"/>
        </w:rPr>
        <w:t>a</w:t>
      </w:r>
      <w:r>
        <w:rPr>
          <w:b w:val="0"/>
          <w:i w:val="0"/>
          <w:smallCaps w:val="0"/>
          <w:strike w:val="0"/>
          <w:color w:val="000000"/>
          <w:sz w:val="12"/>
          <w:u w:val="none"/>
        </w:rPr>
        <w:t xml:space="preserve"> </w:t>
      </w:r>
      <w:r>
        <w:rPr>
          <w:b/>
          <w:i w:val="0"/>
          <w:smallCaps w:val="0"/>
          <w:strike w:val="0"/>
          <w:color w:val="000000"/>
          <w:u w:val="single"/>
        </w:rPr>
        <w:t>last</w:t>
      </w:r>
      <w:r>
        <w:rPr>
          <w:b w:val="0"/>
          <w:i w:val="0"/>
          <w:smallCaps w:val="0"/>
          <w:strike w:val="0"/>
          <w:color w:val="000000"/>
          <w:sz w:val="12"/>
          <w:u w:val="none"/>
        </w:rPr>
        <w:t xml:space="preserve"> </w:t>
      </w:r>
      <w:r>
        <w:rPr>
          <w:b/>
          <w:i w:val="0"/>
          <w:smallCaps w:val="0"/>
          <w:strike w:val="0"/>
          <w:color w:val="000000"/>
          <w:u w:val="single"/>
        </w:rPr>
        <w:t>resort,</w:t>
      </w:r>
      <w:r>
        <w:rPr>
          <w:b w:val="0"/>
          <w:i w:val="0"/>
          <w:smallCaps w:val="0"/>
          <w:strike w:val="0"/>
          <w:color w:val="000000"/>
          <w:sz w:val="12"/>
          <w:u w:val="none"/>
        </w:rPr>
        <w:t xml:space="preserve"> </w:t>
      </w:r>
      <w:r>
        <w:rPr>
          <w:b/>
          <w:i w:val="0"/>
          <w:smallCaps w:val="0"/>
          <w:strike w:val="0"/>
          <w:color w:val="000000"/>
          <w:u w:val="single"/>
        </w:rPr>
        <w:t>but</w:t>
      </w:r>
      <w:r>
        <w:rPr>
          <w:b w:val="0"/>
          <w:i w:val="0"/>
          <w:smallCaps w:val="0"/>
          <w:strike w:val="0"/>
          <w:color w:val="000000"/>
          <w:sz w:val="12"/>
          <w:u w:val="none"/>
        </w:rPr>
        <w:t xml:space="preserve"> </w:t>
      </w:r>
      <w:r>
        <w:rPr>
          <w:b/>
          <w:i w:val="0"/>
          <w:smallCaps w:val="0"/>
          <w:strike w:val="0"/>
          <w:color w:val="000000"/>
          <w:u w:val="single"/>
        </w:rPr>
        <w:t>instead</w:t>
      </w:r>
      <w:r>
        <w:rPr>
          <w:b w:val="0"/>
          <w:i w:val="0"/>
          <w:smallCaps w:val="0"/>
          <w:strike w:val="0"/>
          <w:color w:val="000000"/>
          <w:sz w:val="12"/>
          <w:u w:val="none"/>
        </w:rPr>
        <w:t xml:space="preserve"> </w:t>
      </w:r>
      <w:r>
        <w:rPr>
          <w:b/>
          <w:i w:val="0"/>
          <w:smallCaps w:val="0"/>
          <w:strike w:val="0"/>
          <w:color w:val="000000"/>
          <w:u w:val="single"/>
        </w:rPr>
        <w:t>the preferred tool to ensure submission. Local</w:t>
      </w:r>
      <w:r>
        <w:rPr>
          <w:b w:val="0"/>
          <w:i w:val="0"/>
          <w:smallCaps w:val="0"/>
          <w:strike w:val="0"/>
          <w:color w:val="000000"/>
          <w:sz w:val="12"/>
          <w:u w:val="none"/>
        </w:rPr>
        <w:t xml:space="preserve"> </w:t>
      </w:r>
      <w:r>
        <w:rPr>
          <w:b/>
          <w:i w:val="0"/>
          <w:smallCaps w:val="0"/>
          <w:strike w:val="0"/>
          <w:color w:val="000000"/>
          <w:u w:val="single"/>
        </w:rPr>
        <w:t>conditions, individual</w:t>
      </w:r>
      <w:r>
        <w:rPr>
          <w:b w:val="0"/>
          <w:i w:val="0"/>
          <w:smallCaps w:val="0"/>
          <w:strike w:val="0"/>
          <w:color w:val="000000"/>
          <w:sz w:val="12"/>
          <w:u w:val="none"/>
        </w:rPr>
        <w:t xml:space="preserve"> </w:t>
      </w:r>
      <w:r>
        <w:rPr>
          <w:b/>
          <w:i w:val="0"/>
          <w:smallCaps w:val="0"/>
          <w:strike w:val="0"/>
          <w:color w:val="000000"/>
          <w:u w:val="single"/>
        </w:rPr>
        <w:t>experiences,</w:t>
      </w:r>
      <w:r>
        <w:rPr>
          <w:b w:val="0"/>
          <w:i w:val="0"/>
          <w:smallCaps w:val="0"/>
          <w:strike w:val="0"/>
          <w:color w:val="000000"/>
          <w:sz w:val="12"/>
          <w:u w:val="none"/>
        </w:rPr>
        <w:t xml:space="preserve"> </w:t>
      </w:r>
      <w:r>
        <w:rPr>
          <w:b/>
          <w:i w:val="0"/>
          <w:smallCaps w:val="0"/>
          <w:strike w:val="0"/>
          <w:color w:val="000000"/>
          <w:u w:val="single"/>
        </w:rPr>
        <w:t>and other drivers</w:t>
      </w:r>
      <w:r>
        <w:rPr>
          <w:b w:val="0"/>
          <w:i w:val="0"/>
          <w:smallCaps w:val="0"/>
          <w:strike w:val="0"/>
          <w:color w:val="000000"/>
          <w:sz w:val="12"/>
          <w:u w:val="none"/>
        </w:rPr>
        <w:t xml:space="preserve"> to violence, dissent, or crime – often rooted in governance failure, human rights abuses, and economic and/or political disenfranchisement – </w:t>
      </w:r>
      <w:r>
        <w:rPr>
          <w:b/>
          <w:i w:val="0"/>
          <w:smallCaps w:val="0"/>
          <w:strike w:val="0"/>
          <w:color w:val="000000"/>
          <w:u w:val="single"/>
        </w:rPr>
        <w:t>are ignored</w:t>
      </w:r>
      <w:r>
        <w:rPr>
          <w:b/>
          <w:i w:val="0"/>
          <w:smallCaps w:val="0"/>
          <w:strike w:val="0"/>
          <w:color w:val="000000"/>
          <w:u w:val="single"/>
        </w:rPr>
        <w:t>.</w:t>
      </w:r>
      <w:r>
        <w:rPr>
          <w:b w:val="0"/>
          <w:i w:val="0"/>
          <w:smallCaps w:val="0"/>
          <w:strike w:val="0"/>
          <w:color w:val="000000"/>
          <w:sz w:val="12"/>
          <w:u w:val="none"/>
        </w:rPr>
        <w:t xml:space="preserve"> Instead, a more pernicious, dangerous motive is assigned to all members of subjugated groups once one individual decides to resort to violence or commit a crime.</w:t>
      </w:r>
    </w:p>
    <w:p>
      <w:pPr>
        <w:spacing w:after="60"/>
      </w:pPr>
      <w:r>
        <w:rPr>
          <w:b/>
          <w:i w:val="0"/>
          <w:smallCaps w:val="0"/>
          <w:strike w:val="0"/>
          <w:color w:val="000000"/>
          <w:u w:val="single"/>
        </w:rPr>
        <w:t>A violent response is</w:t>
      </w:r>
      <w:r>
        <w:rPr>
          <w:b w:val="0"/>
          <w:i w:val="0"/>
          <w:smallCaps w:val="0"/>
          <w:strike w:val="0"/>
          <w:color w:val="000000"/>
          <w:sz w:val="12"/>
          <w:u w:val="none"/>
        </w:rPr>
        <w:t xml:space="preserve"> </w:t>
      </w:r>
      <w:r>
        <w:rPr>
          <w:b/>
          <w:i w:val="0"/>
          <w:smallCaps w:val="0"/>
          <w:strike w:val="0"/>
          <w:color w:val="000000"/>
          <w:u w:val="single"/>
        </w:rPr>
        <w:t>then justified in</w:t>
      </w:r>
      <w:r>
        <w:rPr>
          <w:b w:val="0"/>
          <w:i w:val="0"/>
          <w:smallCaps w:val="0"/>
          <w:strike w:val="0"/>
          <w:color w:val="000000"/>
          <w:sz w:val="12"/>
          <w:u w:val="none"/>
        </w:rPr>
        <w:t xml:space="preserve"> </w:t>
      </w:r>
      <w:r>
        <w:rPr>
          <w:b/>
          <w:i w:val="0"/>
          <w:smallCaps w:val="0"/>
          <w:strike w:val="0"/>
          <w:color w:val="000000"/>
          <w:u w:val="single"/>
        </w:rPr>
        <w:t>cloaked</w:t>
      </w:r>
      <w:r>
        <w:rPr>
          <w:b w:val="0"/>
          <w:i w:val="0"/>
          <w:smallCaps w:val="0"/>
          <w:strike w:val="0"/>
          <w:color w:val="000000"/>
          <w:sz w:val="12"/>
          <w:u w:val="none"/>
        </w:rPr>
        <w:t xml:space="preserve"> </w:t>
      </w:r>
      <w:r>
        <w:rPr>
          <w:b/>
          <w:i w:val="0"/>
          <w:smallCaps w:val="0"/>
          <w:strike w:val="0"/>
          <w:color w:val="000000"/>
          <w:u w:val="single"/>
        </w:rPr>
        <w:t>language about</w:t>
      </w:r>
      <w:r>
        <w:rPr>
          <w:b w:val="0"/>
          <w:i w:val="0"/>
          <w:smallCaps w:val="0"/>
          <w:strike w:val="0"/>
          <w:color w:val="000000"/>
          <w:sz w:val="12"/>
          <w:u w:val="none"/>
        </w:rPr>
        <w:t xml:space="preserve"> patriotism, </w:t>
      </w:r>
      <w:r>
        <w:rPr>
          <w:b/>
          <w:i w:val="0"/>
          <w:smallCaps w:val="0"/>
          <w:strike w:val="0"/>
          <w:color w:val="000000"/>
          <w:u w:val="single"/>
        </w:rPr>
        <w:t>security</w:t>
      </w:r>
      <w:r>
        <w:rPr>
          <w:b w:val="0"/>
          <w:i w:val="0"/>
          <w:smallCaps w:val="0"/>
          <w:strike w:val="0"/>
          <w:color w:val="000000"/>
          <w:sz w:val="12"/>
          <w:u w:val="none"/>
        </w:rPr>
        <w:t xml:space="preserve">, and saviorism. The United States military is undertaking dangerous missions against “extremists” to “save” the Afghan people, to “secure freedom” for Iraqis; just as in the United States police are keeping the streets of the US “safe,” tracking “extremists” that threaten the status quo and private property. As the experience of the past several weeks has shown, however, violence from the oppressive force ultimately begets more defiance. The idea that violence can quell dissension is ultimately </w:t>
      </w:r>
      <w:r>
        <w:rPr>
          <w:b/>
          <w:i w:val="0"/>
          <w:smallCaps w:val="0"/>
          <w:strike w:val="0"/>
          <w:color w:val="000000"/>
          <w:u w:val="single"/>
        </w:rPr>
        <w:t xml:space="preserve">rooted in the orientalist, racist belief that non-white people are inherently threats that must ultimately be silenced </w:t>
      </w:r>
      <w:r>
        <w:rPr>
          <w:b/>
          <w:i w:val="0"/>
          <w:smallCaps w:val="0"/>
          <w:strike w:val="0"/>
          <w:color w:val="000000"/>
          <w:u w:val="single"/>
        </w:rPr>
        <w:t>in order for</w:t>
      </w:r>
      <w:r>
        <w:rPr>
          <w:b/>
          <w:i w:val="0"/>
          <w:smallCaps w:val="0"/>
          <w:strike w:val="0"/>
          <w:color w:val="000000"/>
          <w:u w:val="single"/>
        </w:rPr>
        <w:t xml:space="preserve"> stability to take hold.</w:t>
      </w:r>
    </w:p>
    <w:p>
      <w:pPr>
        <w:spacing w:after="60"/>
      </w:pPr>
      <w:r>
        <w:rPr>
          <w:b w:val="0"/>
          <w:i w:val="0"/>
          <w:smallCaps w:val="0"/>
          <w:strike w:val="0"/>
          <w:color w:val="000000"/>
          <w:sz w:val="12"/>
          <w:u w:val="none"/>
        </w:rPr>
        <w:t xml:space="preserve">The US government’s use of </w:t>
      </w:r>
      <w:r>
        <w:rPr>
          <w:b w:val="0"/>
          <w:i w:val="0"/>
          <w:smallCaps w:val="0"/>
          <w:strike w:val="0"/>
          <w:color w:val="000000"/>
          <w:u w:val="single"/>
        </w:rPr>
        <w:t>force is</w:t>
      </w:r>
      <w:r>
        <w:rPr>
          <w:b w:val="0"/>
          <w:i w:val="0"/>
          <w:smallCaps w:val="0"/>
          <w:strike w:val="0"/>
          <w:color w:val="000000"/>
          <w:sz w:val="12"/>
          <w:u w:val="none"/>
        </w:rPr>
        <w:t xml:space="preserve"> </w:t>
      </w:r>
      <w:r>
        <w:rPr>
          <w:b w:val="0"/>
          <w:i w:val="0"/>
          <w:smallCaps w:val="0"/>
          <w:strike w:val="0"/>
          <w:color w:val="000000"/>
          <w:u w:val="single"/>
        </w:rPr>
        <w:t>continuously</w:t>
      </w:r>
      <w:r>
        <w:rPr>
          <w:b w:val="0"/>
          <w:i w:val="0"/>
          <w:smallCaps w:val="0"/>
          <w:strike w:val="0"/>
          <w:color w:val="000000"/>
          <w:sz w:val="12"/>
          <w:u w:val="none"/>
        </w:rPr>
        <w:t xml:space="preserve"> </w:t>
      </w:r>
      <w:r>
        <w:rPr>
          <w:b w:val="0"/>
          <w:i w:val="0"/>
          <w:smallCaps w:val="0"/>
          <w:strike w:val="0"/>
          <w:color w:val="000000"/>
          <w:u w:val="single"/>
        </w:rPr>
        <w:t>justified by</w:t>
      </w:r>
      <w:r>
        <w:rPr>
          <w:b w:val="0"/>
          <w:i w:val="0"/>
          <w:smallCaps w:val="0"/>
          <w:strike w:val="0"/>
          <w:color w:val="000000"/>
          <w:sz w:val="12"/>
          <w:u w:val="none"/>
        </w:rPr>
        <w:t xml:space="preserve"> </w:t>
      </w:r>
      <w:r>
        <w:rPr>
          <w:b w:val="0"/>
          <w:i w:val="0"/>
          <w:smallCaps w:val="0"/>
          <w:strike w:val="0"/>
          <w:color w:val="000000"/>
          <w:u w:val="single"/>
        </w:rPr>
        <w:t>its stated intention to create</w:t>
      </w:r>
      <w:r>
        <w:rPr>
          <w:b w:val="0"/>
          <w:i w:val="0"/>
          <w:smallCaps w:val="0"/>
          <w:strike w:val="0"/>
          <w:color w:val="000000"/>
          <w:sz w:val="12"/>
          <w:u w:val="none"/>
        </w:rPr>
        <w:t xml:space="preserve"> </w:t>
      </w:r>
      <w:r>
        <w:rPr>
          <w:b w:val="0"/>
          <w:i w:val="0"/>
          <w:smallCaps w:val="0"/>
          <w:strike w:val="0"/>
          <w:color w:val="000000"/>
          <w:u w:val="single"/>
        </w:rPr>
        <w:t>safety</w:t>
      </w:r>
      <w:r>
        <w:rPr>
          <w:b w:val="0"/>
          <w:i w:val="0"/>
          <w:smallCaps w:val="0"/>
          <w:strike w:val="0"/>
          <w:color w:val="000000"/>
          <w:sz w:val="12"/>
          <w:u w:val="none"/>
        </w:rPr>
        <w:t xml:space="preserve"> </w:t>
      </w:r>
      <w:r>
        <w:rPr>
          <w:b w:val="0"/>
          <w:i w:val="0"/>
          <w:smallCaps w:val="0"/>
          <w:strike w:val="0"/>
          <w:color w:val="000000"/>
          <w:u w:val="single"/>
        </w:rPr>
        <w:t>—</w:t>
      </w:r>
      <w:r>
        <w:rPr>
          <w:b w:val="0"/>
          <w:i w:val="0"/>
          <w:smallCaps w:val="0"/>
          <w:strike w:val="0"/>
          <w:color w:val="000000"/>
          <w:sz w:val="12"/>
          <w:u w:val="none"/>
        </w:rPr>
        <w:t xml:space="preserve"> </w:t>
      </w:r>
      <w:r>
        <w:rPr>
          <w:b w:val="0"/>
          <w:i w:val="0"/>
          <w:smallCaps w:val="0"/>
          <w:strike w:val="0"/>
          <w:color w:val="000000"/>
          <w:u w:val="single"/>
        </w:rPr>
        <w:t>but</w:t>
      </w:r>
      <w:r>
        <w:rPr>
          <w:b w:val="0"/>
          <w:i w:val="0"/>
          <w:smallCaps w:val="0"/>
          <w:strike w:val="0"/>
          <w:color w:val="000000"/>
          <w:sz w:val="12"/>
          <w:u w:val="none"/>
        </w:rPr>
        <w:t xml:space="preserve"> </w:t>
      </w:r>
      <w:r>
        <w:rPr>
          <w:b w:val="0"/>
          <w:i w:val="0"/>
          <w:smallCaps w:val="0"/>
          <w:strike w:val="0"/>
          <w:color w:val="000000"/>
          <w:u w:val="single"/>
        </w:rPr>
        <w:t>safety</w:t>
      </w:r>
      <w:r>
        <w:rPr>
          <w:b w:val="0"/>
          <w:i w:val="0"/>
          <w:smallCaps w:val="0"/>
          <w:strike w:val="0"/>
          <w:color w:val="000000"/>
          <w:sz w:val="12"/>
          <w:u w:val="none"/>
        </w:rPr>
        <w:t xml:space="preserve"> </w:t>
      </w:r>
      <w:r>
        <w:rPr>
          <w:b w:val="0"/>
          <w:i w:val="0"/>
          <w:smallCaps w:val="0"/>
          <w:strike w:val="0"/>
          <w:color w:val="000000"/>
          <w:u w:val="single"/>
        </w:rPr>
        <w:t>for whom</w:t>
      </w:r>
      <w:r>
        <w:rPr>
          <w:b w:val="0"/>
          <w:i w:val="0"/>
          <w:smallCaps w:val="0"/>
          <w:strike w:val="0"/>
          <w:color w:val="000000"/>
          <w:u w:val="single"/>
        </w:rPr>
        <w:t>? Surely</w:t>
      </w:r>
      <w:r>
        <w:rPr>
          <w:b w:val="0"/>
          <w:i w:val="0"/>
          <w:smallCaps w:val="0"/>
          <w:strike w:val="0"/>
          <w:color w:val="000000"/>
          <w:sz w:val="12"/>
          <w:u w:val="none"/>
        </w:rPr>
        <w:t xml:space="preserve"> </w:t>
      </w:r>
      <w:r>
        <w:rPr>
          <w:b w:val="0"/>
          <w:i w:val="0"/>
          <w:smallCaps w:val="0"/>
          <w:strike w:val="0"/>
          <w:color w:val="000000"/>
          <w:u w:val="single"/>
        </w:rPr>
        <w:t>not the</w:t>
      </w:r>
      <w:r>
        <w:rPr>
          <w:b w:val="0"/>
          <w:i w:val="0"/>
          <w:smallCaps w:val="0"/>
          <w:strike w:val="0"/>
          <w:color w:val="000000"/>
          <w:sz w:val="12"/>
          <w:u w:val="none"/>
        </w:rPr>
        <w:t xml:space="preserve"> </w:t>
      </w:r>
      <w:r>
        <w:rPr>
          <w:b/>
          <w:i w:val="0"/>
          <w:smallCaps w:val="0"/>
          <w:strike w:val="0"/>
          <w:color w:val="000000"/>
          <w:u w:val="single"/>
        </w:rPr>
        <w:t>countless innocents killed in endless wars</w:t>
      </w:r>
      <w:r>
        <w:rPr>
          <w:b w:val="0"/>
          <w:i w:val="0"/>
          <w:smallCaps w:val="0"/>
          <w:strike w:val="0"/>
          <w:color w:val="000000"/>
          <w:sz w:val="12"/>
          <w:u w:val="none"/>
        </w:rPr>
        <w:t xml:space="preserve"> </w:t>
      </w:r>
      <w:r>
        <w:rPr>
          <w:b w:val="0"/>
          <w:i w:val="0"/>
          <w:smallCaps w:val="0"/>
          <w:strike w:val="0"/>
          <w:color w:val="000000"/>
          <w:u w:val="single"/>
        </w:rPr>
        <w:t>abroad</w:t>
      </w:r>
      <w:r>
        <w:rPr>
          <w:b w:val="0"/>
          <w:i w:val="0"/>
          <w:smallCaps w:val="0"/>
          <w:strike w:val="0"/>
          <w:color w:val="000000"/>
          <w:sz w:val="12"/>
          <w:u w:val="none"/>
        </w:rPr>
        <w:t xml:space="preserve">, the </w:t>
      </w:r>
      <w:r>
        <w:rPr>
          <w:b/>
          <w:i w:val="0"/>
          <w:smallCaps w:val="0"/>
          <w:strike w:val="0"/>
          <w:color w:val="000000"/>
          <w:u w:val="single"/>
        </w:rPr>
        <w:t>diaspora communities surveilled, or</w:t>
      </w:r>
      <w:r>
        <w:rPr>
          <w:b w:val="0"/>
          <w:i w:val="0"/>
          <w:smallCaps w:val="0"/>
          <w:strike w:val="0"/>
          <w:color w:val="000000"/>
          <w:sz w:val="12"/>
          <w:u w:val="none"/>
        </w:rPr>
        <w:t xml:space="preserve"> the </w:t>
      </w:r>
      <w:r>
        <w:rPr>
          <w:b/>
          <w:i w:val="0"/>
          <w:smallCaps w:val="0"/>
          <w:strike w:val="0"/>
          <w:color w:val="000000"/>
          <w:u w:val="single"/>
        </w:rPr>
        <w:t>Black people murdered</w:t>
      </w:r>
      <w:r>
        <w:rPr>
          <w:b w:val="0"/>
          <w:i w:val="0"/>
          <w:smallCaps w:val="0"/>
          <w:strike w:val="0"/>
          <w:color w:val="000000"/>
          <w:sz w:val="12"/>
          <w:u w:val="none"/>
        </w:rPr>
        <w:t xml:space="preserve"> by police here </w:t>
      </w:r>
      <w:r>
        <w:rPr>
          <w:b/>
          <w:i w:val="0"/>
          <w:smallCaps w:val="0"/>
          <w:strike w:val="0"/>
          <w:color w:val="000000"/>
          <w:u w:val="single"/>
        </w:rPr>
        <w:t>at home</w:t>
      </w:r>
      <w:r>
        <w:rPr>
          <w:b w:val="0"/>
          <w:i w:val="0"/>
          <w:smallCaps w:val="0"/>
          <w:strike w:val="0"/>
          <w:color w:val="000000"/>
          <w:sz w:val="12"/>
          <w:u w:val="none"/>
        </w:rPr>
        <w:t xml:space="preserve">. The Trump administration’s current militarized response to the popular uprisings sweeping the country is merely an outgrowth of long-standing policies that have devalued Black and brown </w:t>
      </w:r>
      <w:r>
        <w:rPr>
          <w:b w:val="0"/>
          <w:i w:val="0"/>
          <w:smallCaps w:val="0"/>
          <w:strike w:val="0"/>
          <w:color w:val="000000"/>
          <w:sz w:val="12"/>
          <w:u w:val="none"/>
        </w:rPr>
        <w:t>lives, and</w:t>
      </w:r>
      <w:r>
        <w:rPr>
          <w:b w:val="0"/>
          <w:i w:val="0"/>
          <w:smallCaps w:val="0"/>
          <w:strike w:val="0"/>
          <w:color w:val="000000"/>
          <w:sz w:val="12"/>
          <w:u w:val="none"/>
        </w:rPr>
        <w:t xml:space="preserve"> ignored the unique injustices and inequities these communities face in achieving safety, well-being, and liberation. The post-9/11 police state and outdated slavery-era laws merely provide useful levers for Trump to pull in the face of this new challenge to his power.</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