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now, inflation easing</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Tyson</w:t>
      </w:r>
      <w:r>
        <w:rPr>
          <w:b/>
          <w:i w:val="0"/>
          <w:smallCaps w:val="0"/>
          <w:strike w:val="0"/>
          <w:sz w:val="26"/>
          <w:u w:val="none"/>
        </w:rPr>
        <w:t>,</w:t>
      </w:r>
      <w:r>
        <w:rPr>
          <w:b/>
          <w:i w:val="0"/>
          <w:smallCaps w:val="0"/>
          <w:strike w:val="0"/>
          <w:sz w:val="26"/>
          <w:u w:val="none"/>
        </w:rPr>
        <w:t xml:space="preserve"> 23</w:t>
      </w:r>
      <w:r>
        <w:rPr>
          <w:b w:val="0"/>
          <w:i w:val="0"/>
          <w:smallCaps w:val="0"/>
          <w:strike w:val="0"/>
          <w:u w:val="none"/>
        </w:rPr>
        <w:t xml:space="preserve"> (Jim Tyson, Senior Reporter and Federal Reserve Editor for Bloomberg News who has focused much of his reporting and editing on banking, asset management, and other financial services, CFO Dive, “Small business confidence hits post-pandemic high: U.S. Chamber,” September 22</w:t>
      </w:r>
      <w:r>
        <w:rPr>
          <w:b w:val="0"/>
          <w:i w:val="0"/>
          <w:smallCaps w:val="0"/>
          <w:strike w:val="0"/>
          <w:u w:val="none"/>
        </w:rPr>
        <w:t>nd</w:t>
      </w:r>
      <w:r>
        <w:rPr>
          <w:b w:val="0"/>
          <w:i w:val="0"/>
          <w:smallCaps w:val="0"/>
          <w:strike w:val="0"/>
          <w:u w:val="none"/>
        </w:rPr>
        <w:t>, 2023, https://www.cfodive.com/news/small-business-confidence-hits-post-pandemic-high-us-chamber/694545//Accessed 06/25/</w:t>
      </w:r>
      <w:r>
        <w:rPr>
          <w:b w:val="0"/>
          <w:i w:val="0"/>
          <w:smallCaps w:val="0"/>
          <w:strike w:val="0"/>
          <w:u w:val="none"/>
        </w:rPr>
        <w:t>24)</w:t>
      </w:r>
      <w:r>
        <w:rPr>
          <w:b w:val="0"/>
          <w:i w:val="0"/>
          <w:smallCaps w:val="0"/>
          <w:strike w:val="0"/>
          <w:u w:val="none"/>
        </w:rPr>
        <w:t>cpsw</w:t>
      </w:r>
      <w:r>
        <w:rPr>
          <w:b w:val="0"/>
          <w:i w:val="0"/>
          <w:smallCaps w:val="0"/>
          <w:strike w:val="0"/>
          <w:u w:val="none"/>
        </w:rPr>
        <w:t>-sns</w:t>
      </w:r>
    </w:p>
    <w:p>
      <w:pPr>
        <w:spacing w:after="60"/>
      </w:pPr>
      <w:r>
        <w:rPr>
          <w:b w:val="0"/>
          <w:i w:val="0"/>
          <w:smallCaps w:val="0"/>
          <w:strike w:val="0"/>
          <w:sz w:val="14"/>
          <w:u w:val="none"/>
        </w:rPr>
        <w:t xml:space="preserve">Dive Brief: </w:t>
      </w:r>
      <w:r>
        <w:rPr>
          <w:b/>
          <w:i w:val="0"/>
          <w:smallCaps w:val="0"/>
          <w:strike w:val="0"/>
          <w:sz w:val="22"/>
          <w:highlight w:val="cyan"/>
          <w:u w:val="single"/>
        </w:rPr>
        <w:t>Confidence among small businesses</w:t>
      </w:r>
      <w:r>
        <w:rPr>
          <w:b w:val="0"/>
          <w:i w:val="0"/>
          <w:smallCaps w:val="0"/>
          <w:strike w:val="0"/>
          <w:sz w:val="22"/>
          <w:highlight w:val="cyan"/>
          <w:u w:val="single"/>
        </w:rPr>
        <w:t xml:space="preserve"> hit a </w:t>
      </w:r>
      <w:r>
        <w:rPr>
          <w:b/>
          <w:i w:val="0"/>
          <w:smallCaps w:val="0"/>
          <w:strike w:val="0"/>
          <w:sz w:val="22"/>
          <w:highlight w:val="cyan"/>
          <w:u w:val="single"/>
        </w:rPr>
        <w:t>post-pandemic high</w:t>
      </w:r>
      <w:r>
        <w:rPr>
          <w:b w:val="0"/>
          <w:i w:val="0"/>
          <w:smallCaps w:val="0"/>
          <w:strike w:val="0"/>
          <w:sz w:val="22"/>
          <w:u w:val="single"/>
        </w:rPr>
        <w:t xml:space="preserve"> in recent weeks as fears of recession waned, the U.S. Chamber of Commerce and MetLife found in a quarterly survey. </w:t>
      </w:r>
      <w:r>
        <w:rPr>
          <w:b/>
          <w:i w:val="0"/>
          <w:smallCaps w:val="0"/>
          <w:strike w:val="0"/>
          <w:sz w:val="22"/>
          <w:highlight w:val="cyan"/>
          <w:u w:val="single"/>
        </w:rPr>
        <w:t>Sixty-six</w:t>
      </w:r>
      <w:r>
        <w:rPr>
          <w:b/>
          <w:i w:val="0"/>
          <w:smallCaps w:val="0"/>
          <w:strike w:val="0"/>
          <w:sz w:val="22"/>
          <w:u w:val="single"/>
        </w:rPr>
        <w:t xml:space="preserve"> </w:t>
      </w:r>
      <w:r>
        <w:rPr>
          <w:b/>
          <w:i w:val="0"/>
          <w:smallCaps w:val="0"/>
          <w:strike w:val="0"/>
          <w:sz w:val="22"/>
          <w:highlight w:val="cyan"/>
          <w:u w:val="single"/>
        </w:rPr>
        <w:t>percent of small businesses</w:t>
      </w:r>
      <w:r>
        <w:rPr>
          <w:b/>
          <w:i w:val="0"/>
          <w:smallCaps w:val="0"/>
          <w:strike w:val="0"/>
          <w:sz w:val="22"/>
          <w:u w:val="single"/>
        </w:rPr>
        <w:t xml:space="preserve"> said they </w:t>
      </w:r>
      <w:r>
        <w:rPr>
          <w:b/>
          <w:i w:val="0"/>
          <w:smallCaps w:val="0"/>
          <w:strike w:val="0"/>
          <w:sz w:val="22"/>
          <w:highlight w:val="cyan"/>
          <w:u w:val="single"/>
        </w:rPr>
        <w:t>are in good financial</w:t>
      </w:r>
      <w:r>
        <w:rPr>
          <w:b/>
          <w:i w:val="0"/>
          <w:smallCaps w:val="0"/>
          <w:strike w:val="0"/>
          <w:sz w:val="22"/>
          <w:u w:val="single"/>
        </w:rPr>
        <w:t xml:space="preserve"> </w:t>
      </w:r>
      <w:r>
        <w:rPr>
          <w:b w:val="0"/>
          <w:i w:val="0"/>
          <w:smallCaps w:val="0"/>
          <w:strike w:val="0"/>
          <w:sz w:val="22"/>
          <w:u w:val="single"/>
        </w:rPr>
        <w:t xml:space="preserve">health and </w:t>
      </w:r>
      <w:r>
        <w:rPr>
          <w:b/>
          <w:i w:val="0"/>
          <w:smallCaps w:val="0"/>
          <w:strike w:val="0"/>
          <w:sz w:val="22"/>
          <w:highlight w:val="cyan"/>
          <w:u w:val="single"/>
        </w:rPr>
        <w:t>72% report solid cash flow,</w:t>
      </w:r>
      <w:r>
        <w:rPr>
          <w:b w:val="0"/>
          <w:i w:val="0"/>
          <w:smallCaps w:val="0"/>
          <w:strike w:val="0"/>
          <w:sz w:val="22"/>
          <w:u w:val="single"/>
        </w:rPr>
        <w:t xml:space="preserve"> according to survey </w:t>
      </w:r>
      <w:r>
        <w:rPr>
          <w:b w:val="0"/>
          <w:i w:val="0"/>
          <w:smallCaps w:val="0"/>
          <w:strike w:val="0"/>
          <w:sz w:val="22"/>
          <w:highlight w:val="cyan"/>
          <w:u w:val="single"/>
        </w:rPr>
        <w:t xml:space="preserve">results that </w:t>
      </w:r>
      <w:r>
        <w:rPr>
          <w:b/>
          <w:i w:val="0"/>
          <w:smallCaps w:val="0"/>
          <w:strike w:val="0"/>
          <w:sz w:val="22"/>
          <w:highlight w:val="cyan"/>
          <w:u w:val="single"/>
        </w:rPr>
        <w:t>bode well for the economy</w:t>
      </w:r>
      <w:r>
        <w:rPr>
          <w:b w:val="0"/>
          <w:i w:val="0"/>
          <w:smallCaps w:val="0"/>
          <w:strike w:val="0"/>
          <w:sz w:val="22"/>
          <w:u w:val="single"/>
        </w:rPr>
        <w:t xml:space="preserve">. </w:t>
      </w:r>
      <w:r>
        <w:rPr>
          <w:b w:val="0"/>
          <w:i w:val="0"/>
          <w:smallCaps w:val="0"/>
          <w:strike w:val="0"/>
          <w:sz w:val="22"/>
          <w:highlight w:val="cyan"/>
          <w:u w:val="single"/>
        </w:rPr>
        <w:t>Small businesses generate</w:t>
      </w:r>
      <w:r>
        <w:rPr>
          <w:b w:val="0"/>
          <w:i w:val="0"/>
          <w:smallCaps w:val="0"/>
          <w:strike w:val="0"/>
          <w:sz w:val="22"/>
          <w:u w:val="single"/>
        </w:rPr>
        <w:t xml:space="preserve"> about </w:t>
      </w:r>
      <w:r>
        <w:rPr>
          <w:b w:val="0"/>
          <w:i w:val="0"/>
          <w:smallCaps w:val="0"/>
          <w:strike w:val="0"/>
          <w:sz w:val="22"/>
          <w:highlight w:val="cyan"/>
          <w:u w:val="single"/>
        </w:rPr>
        <w:t>44% of</w:t>
      </w:r>
      <w:r>
        <w:rPr>
          <w:b w:val="0"/>
          <w:i w:val="0"/>
          <w:smallCaps w:val="0"/>
          <w:strike w:val="0"/>
          <w:sz w:val="22"/>
          <w:u w:val="single"/>
        </w:rPr>
        <w:t xml:space="preserve"> </w:t>
      </w:r>
      <w:r>
        <w:rPr>
          <w:b w:val="0"/>
          <w:i w:val="0"/>
          <w:smallCaps w:val="0"/>
          <w:strike w:val="0"/>
          <w:sz w:val="22"/>
          <w:highlight w:val="cyan"/>
          <w:u w:val="single"/>
        </w:rPr>
        <w:t>g</w:t>
      </w:r>
      <w:r>
        <w:rPr>
          <w:b w:val="0"/>
          <w:i w:val="0"/>
          <w:smallCaps w:val="0"/>
          <w:strike w:val="0"/>
          <w:sz w:val="22"/>
          <w:u w:val="single"/>
        </w:rPr>
        <w:t xml:space="preserve">ross </w:t>
      </w:r>
      <w:r>
        <w:rPr>
          <w:b w:val="0"/>
          <w:i w:val="0"/>
          <w:smallCaps w:val="0"/>
          <w:strike w:val="0"/>
          <w:sz w:val="22"/>
          <w:highlight w:val="cyan"/>
          <w:u w:val="single"/>
        </w:rPr>
        <w:t>d</w:t>
      </w:r>
      <w:r>
        <w:rPr>
          <w:b w:val="0"/>
          <w:i w:val="0"/>
          <w:smallCaps w:val="0"/>
          <w:strike w:val="0"/>
          <w:sz w:val="22"/>
          <w:u w:val="single"/>
        </w:rPr>
        <w:t xml:space="preserve">omestic </w:t>
      </w:r>
      <w:r>
        <w:rPr>
          <w:b w:val="0"/>
          <w:i w:val="0"/>
          <w:smallCaps w:val="0"/>
          <w:strike w:val="0"/>
          <w:sz w:val="22"/>
          <w:highlight w:val="cyan"/>
          <w:u w:val="single"/>
        </w:rPr>
        <w:t>p</w:t>
      </w:r>
      <w:r>
        <w:rPr>
          <w:b w:val="0"/>
          <w:i w:val="0"/>
          <w:smallCaps w:val="0"/>
          <w:strike w:val="0"/>
          <w:sz w:val="22"/>
          <w:u w:val="single"/>
        </w:rPr>
        <w:t xml:space="preserve">roduct, nearly half of private sector workers </w:t>
      </w:r>
      <w:r>
        <w:rPr>
          <w:b w:val="0"/>
          <w:i w:val="0"/>
          <w:smallCaps w:val="0"/>
          <w:strike w:val="0"/>
          <w:sz w:val="14"/>
          <w:u w:val="none"/>
        </w:rPr>
        <w:t>and, from 1998 through 2021, created 63% of net new jobs, according to the Small Business Administration. “</w:t>
      </w:r>
      <w:r>
        <w:rPr>
          <w:b w:val="0"/>
          <w:i w:val="0"/>
          <w:smallCaps w:val="0"/>
          <w:strike w:val="0"/>
          <w:sz w:val="22"/>
          <w:u w:val="single"/>
        </w:rPr>
        <w:t>Main Street employers are showing remarkable resiliency in the face of high inflation and a shortage of workers</w:t>
      </w:r>
      <w:r>
        <w:rPr>
          <w:b w:val="0"/>
          <w:i w:val="0"/>
          <w:smallCaps w:val="0"/>
          <w:strike w:val="0"/>
          <w:u w:val="none"/>
        </w:rPr>
        <w:t>,”</w:t>
      </w:r>
      <w:r>
        <w:rPr>
          <w:b w:val="0"/>
          <w:i w:val="0"/>
          <w:smallCaps w:val="0"/>
          <w:strike w:val="0"/>
          <w:sz w:val="14"/>
          <w:u w:val="none"/>
        </w:rPr>
        <w:t xml:space="preserve"> Tom Sullivan, the U.S. Chamber’s vice president of small business policy, said in a statement. “</w:t>
      </w:r>
      <w:r>
        <w:rPr>
          <w:b w:val="0"/>
          <w:i w:val="0"/>
          <w:smallCaps w:val="0"/>
          <w:strike w:val="0"/>
          <w:sz w:val="22"/>
          <w:highlight w:val="cyan"/>
          <w:u w:val="single"/>
        </w:rPr>
        <w:t xml:space="preserve">With </w:t>
      </w:r>
      <w:r>
        <w:rPr>
          <w:b/>
          <w:i w:val="0"/>
          <w:smallCaps w:val="0"/>
          <w:strike w:val="0"/>
          <w:sz w:val="22"/>
          <w:highlight w:val="cyan"/>
          <w:u w:val="single"/>
        </w:rPr>
        <w:t>fears of a recession</w:t>
      </w:r>
      <w:r>
        <w:rPr>
          <w:b/>
          <w:i w:val="0"/>
          <w:smallCaps w:val="0"/>
          <w:strike w:val="0"/>
          <w:sz w:val="22"/>
          <w:u w:val="single"/>
        </w:rPr>
        <w:t xml:space="preserve"> likely </w:t>
      </w:r>
      <w:r>
        <w:rPr>
          <w:b/>
          <w:i w:val="0"/>
          <w:smallCaps w:val="0"/>
          <w:strike w:val="0"/>
          <w:sz w:val="22"/>
          <w:highlight w:val="cyan"/>
          <w:u w:val="single"/>
        </w:rPr>
        <w:t>in the rearview mirror and inflation starting to ease</w:t>
      </w:r>
      <w:r>
        <w:rPr>
          <w:b w:val="0"/>
          <w:i w:val="0"/>
          <w:smallCaps w:val="0"/>
          <w:strike w:val="0"/>
          <w:sz w:val="22"/>
          <w:u w:val="single"/>
        </w:rPr>
        <w:t xml:space="preserve">, </w:t>
      </w:r>
      <w:r>
        <w:rPr>
          <w:b/>
          <w:i w:val="0"/>
          <w:smallCaps w:val="0"/>
          <w:strike w:val="0"/>
          <w:sz w:val="22"/>
          <w:u w:val="single"/>
        </w:rPr>
        <w:t xml:space="preserve">small </w:t>
      </w:r>
      <w:r>
        <w:rPr>
          <w:b/>
          <w:i w:val="0"/>
          <w:smallCaps w:val="0"/>
          <w:strike w:val="0"/>
          <w:sz w:val="22"/>
          <w:highlight w:val="cyan"/>
          <w:u w:val="single"/>
        </w:rPr>
        <w:t xml:space="preserve">businesses </w:t>
      </w:r>
      <w:r>
        <w:rPr>
          <w:b/>
          <w:i w:val="0"/>
          <w:smallCaps w:val="0"/>
          <w:strike w:val="0"/>
          <w:sz w:val="22"/>
          <w:highlight w:val="cyan"/>
          <w:u w:val="single"/>
        </w:rPr>
        <w:t>owners are feeling a lot better</w:t>
      </w:r>
      <w:r>
        <w:rPr>
          <w:b w:val="0"/>
          <w:i w:val="0"/>
          <w:smallCaps w:val="0"/>
          <w:strike w:val="0"/>
          <w:sz w:val="22"/>
          <w:u w:val="single"/>
        </w:rPr>
        <w:t xml:space="preserve"> than they were a year ago.” </w:t>
      </w:r>
      <w:r>
        <w:rPr>
          <w:b w:val="0"/>
          <w:i w:val="0"/>
          <w:smallCaps w:val="0"/>
          <w:strike w:val="0"/>
          <w:sz w:val="14"/>
          <w:u w:val="none"/>
        </w:rPr>
        <w:t xml:space="preserve">Dive Insight: Several private- and public-sector economists have marked up their forecasts for economic growth in recent weeks. Moody’s Analytics on Thursday forecast </w:t>
      </w:r>
      <w:r>
        <w:rPr>
          <w:b/>
          <w:i w:val="0"/>
          <w:smallCaps w:val="0"/>
          <w:strike w:val="0"/>
          <w:sz w:val="22"/>
          <w:highlight w:val="cyan"/>
          <w:u w:val="single"/>
        </w:rPr>
        <w:t>GDP will</w:t>
      </w:r>
      <w:r>
        <w:rPr>
          <w:b/>
          <w:i w:val="0"/>
          <w:smallCaps w:val="0"/>
          <w:strike w:val="0"/>
          <w:sz w:val="22"/>
          <w:u w:val="single"/>
        </w:rPr>
        <w:t xml:space="preserve"> </w:t>
      </w:r>
      <w:r>
        <w:rPr>
          <w:b/>
          <w:i w:val="0"/>
          <w:smallCaps w:val="0"/>
          <w:strike w:val="0"/>
          <w:sz w:val="22"/>
          <w:highlight w:val="cyan"/>
          <w:u w:val="single"/>
        </w:rPr>
        <w:t xml:space="preserve">grow 2.1% </w:t>
      </w:r>
      <w:r>
        <w:rPr>
          <w:b w:val="0"/>
          <w:i w:val="0"/>
          <w:smallCaps w:val="0"/>
          <w:strike w:val="0"/>
          <w:sz w:val="22"/>
          <w:highlight w:val="cyan"/>
          <w:u w:val="single"/>
        </w:rPr>
        <w:t>this year</w:t>
      </w:r>
      <w:r>
        <w:rPr>
          <w:b w:val="0"/>
          <w:i w:val="0"/>
          <w:smallCaps w:val="0"/>
          <w:strike w:val="0"/>
          <w:sz w:val="22"/>
          <w:u w:val="single"/>
        </w:rPr>
        <w:t xml:space="preserve"> and 1.4% in 2024 — both 0.1 percentage point higher than August projections. “</w:t>
      </w:r>
      <w:r>
        <w:rPr>
          <w:b/>
          <w:i w:val="0"/>
          <w:smallCaps w:val="0"/>
          <w:strike w:val="0"/>
          <w:sz w:val="22"/>
          <w:u w:val="single"/>
        </w:rPr>
        <w:t xml:space="preserve">The </w:t>
      </w:r>
      <w:r>
        <w:rPr>
          <w:b/>
          <w:i w:val="0"/>
          <w:smallCaps w:val="0"/>
          <w:strike w:val="0"/>
          <w:sz w:val="22"/>
          <w:highlight w:val="cyan"/>
          <w:u w:val="single"/>
        </w:rPr>
        <w:t>U.S. economy continues to show significant resilience</w:t>
      </w:r>
      <w:r>
        <w:rPr>
          <w:b w:val="0"/>
          <w:i w:val="0"/>
          <w:smallCaps w:val="0"/>
          <w:strike w:val="0"/>
          <w:sz w:val="22"/>
          <w:u w:val="single"/>
        </w:rPr>
        <w:t xml:space="preserve">,” </w:t>
      </w:r>
      <w:r>
        <w:rPr>
          <w:b w:val="0"/>
          <w:i w:val="0"/>
          <w:smallCaps w:val="0"/>
          <w:strike w:val="0"/>
          <w:sz w:val="14"/>
          <w:u w:val="none"/>
        </w:rPr>
        <w:t>Moody’s said in a research note. “</w:t>
      </w:r>
      <w:r>
        <w:rPr>
          <w:b w:val="0"/>
          <w:i w:val="0"/>
          <w:smallCaps w:val="0"/>
          <w:strike w:val="0"/>
          <w:sz w:val="22"/>
          <w:u w:val="single"/>
        </w:rPr>
        <w:t>Economic data for the third quarter have been surprisingly strong,”</w:t>
      </w:r>
      <w:r>
        <w:rPr>
          <w:b w:val="0"/>
          <w:i w:val="0"/>
          <w:smallCaps w:val="0"/>
          <w:strike w:val="0"/>
          <w:sz w:val="14"/>
          <w:u w:val="none"/>
        </w:rPr>
        <w:t xml:space="preserve"> Moody’s said, noting robust consumer spending and progress by the Federal Reserve in slowing inflation without quashing the expansion. </w:t>
      </w:r>
      <w:r>
        <w:rPr>
          <w:b w:val="0"/>
          <w:i w:val="0"/>
          <w:smallCaps w:val="0"/>
          <w:strike w:val="0"/>
          <w:sz w:val="22"/>
          <w:u w:val="single"/>
        </w:rPr>
        <w:t xml:space="preserve">CEOs also project 2.1% economic growth this year, an increase from 1.5% in </w:t>
      </w:r>
      <w:r>
        <w:rPr>
          <w:b w:val="0"/>
          <w:i w:val="0"/>
          <w:smallCaps w:val="0"/>
          <w:strike w:val="0"/>
          <w:sz w:val="22"/>
          <w:u w:val="single"/>
        </w:rPr>
        <w:t>a second</w:t>
      </w:r>
      <w:r>
        <w:rPr>
          <w:b w:val="0"/>
          <w:i w:val="0"/>
          <w:smallCaps w:val="0"/>
          <w:strike w:val="0"/>
          <w:sz w:val="22"/>
          <w:u w:val="single"/>
        </w:rPr>
        <w:t xml:space="preserve"> quarter survey,</w:t>
      </w:r>
      <w:r>
        <w:rPr>
          <w:b w:val="0"/>
          <w:i w:val="0"/>
          <w:smallCaps w:val="0"/>
          <w:strike w:val="0"/>
          <w:sz w:val="14"/>
          <w:u w:val="none"/>
        </w:rPr>
        <w:t xml:space="preserve"> the Business Roundtable found in a Q3 survey of 143 chief executives. The </w:t>
      </w:r>
      <w:r>
        <w:rPr>
          <w:b w:val="0"/>
          <w:i w:val="0"/>
          <w:smallCaps w:val="0"/>
          <w:strike w:val="0"/>
          <w:sz w:val="22"/>
          <w:u w:val="single"/>
        </w:rPr>
        <w:t>Atlanta Fed forecast on Tuesday that the economy during Q3 will grow at a 4.9% annual rate, a one percentage point increase from its Aug. 1 estimate.</w:t>
      </w:r>
      <w:r>
        <w:rPr>
          <w:b w:val="0"/>
          <w:i w:val="0"/>
          <w:smallCaps w:val="0"/>
          <w:strike w:val="0"/>
          <w:sz w:val="14"/>
          <w:u w:val="none"/>
        </w:rPr>
        <w:t xml:space="preserve"> The following day the Fed released median projections showing that central bank officials expect GDP to increase 2.1% this year and 1.5% in 2024. In June, as Fed economists abandoned a recession forecast, central bank officials forecast just 1% expansion for 2023 and 1.1% growth for next year. </w:t>
      </w:r>
      <w:r>
        <w:rPr>
          <w:b w:val="0"/>
          <w:i w:val="0"/>
          <w:smallCaps w:val="0"/>
          <w:strike w:val="0"/>
          <w:sz w:val="22"/>
          <w:u w:val="single"/>
        </w:rPr>
        <w:t>“The economy has remained strong as the FOMC [Federal Open Market Committee] has tightened monetary policy,”</w:t>
      </w:r>
      <w:r>
        <w:rPr>
          <w:b w:val="0"/>
          <w:i w:val="0"/>
          <w:smallCaps w:val="0"/>
          <w:strike w:val="0"/>
          <w:sz w:val="14"/>
          <w:u w:val="none"/>
        </w:rPr>
        <w:t xml:space="preserve"> Fed Governor Michelle Bowman said in a speech Friday, noting that “</w:t>
      </w:r>
      <w:r>
        <w:rPr>
          <w:b w:val="0"/>
          <w:i w:val="0"/>
          <w:smallCaps w:val="0"/>
          <w:strike w:val="0"/>
          <w:sz w:val="22"/>
          <w:u w:val="single"/>
        </w:rPr>
        <w:t xml:space="preserve">real </w:t>
      </w:r>
      <w:r>
        <w:rPr>
          <w:b w:val="0"/>
          <w:i w:val="0"/>
          <w:smallCaps w:val="0"/>
          <w:strike w:val="0"/>
          <w:sz w:val="22"/>
          <w:highlight w:val="cyan"/>
          <w:u w:val="single"/>
        </w:rPr>
        <w:t>g</w:t>
      </w:r>
      <w:r>
        <w:rPr>
          <w:b w:val="0"/>
          <w:i w:val="0"/>
          <w:smallCaps w:val="0"/>
          <w:strike w:val="0"/>
          <w:sz w:val="22"/>
          <w:u w:val="single"/>
        </w:rPr>
        <w:t xml:space="preserve">ross </w:t>
      </w:r>
      <w:r>
        <w:rPr>
          <w:b w:val="0"/>
          <w:i w:val="0"/>
          <w:smallCaps w:val="0"/>
          <w:strike w:val="0"/>
          <w:sz w:val="22"/>
          <w:highlight w:val="cyan"/>
          <w:u w:val="single"/>
        </w:rPr>
        <w:t>d</w:t>
      </w:r>
      <w:r>
        <w:rPr>
          <w:b w:val="0"/>
          <w:i w:val="0"/>
          <w:smallCaps w:val="0"/>
          <w:strike w:val="0"/>
          <w:sz w:val="22"/>
          <w:u w:val="single"/>
        </w:rPr>
        <w:t xml:space="preserve">omestic </w:t>
      </w:r>
      <w:r>
        <w:rPr>
          <w:b w:val="0"/>
          <w:i w:val="0"/>
          <w:smallCaps w:val="0"/>
          <w:strike w:val="0"/>
          <w:sz w:val="22"/>
          <w:highlight w:val="cyan"/>
          <w:u w:val="single"/>
        </w:rPr>
        <w:t>p</w:t>
      </w:r>
      <w:r>
        <w:rPr>
          <w:b w:val="0"/>
          <w:i w:val="0"/>
          <w:smallCaps w:val="0"/>
          <w:strike w:val="0"/>
          <w:sz w:val="22"/>
          <w:u w:val="single"/>
        </w:rPr>
        <w:t>roduct</w:t>
      </w:r>
      <w:r>
        <w:rPr>
          <w:b/>
          <w:i w:val="0"/>
          <w:smallCaps w:val="0"/>
          <w:strike w:val="0"/>
          <w:sz w:val="22"/>
          <w:u w:val="single"/>
        </w:rPr>
        <w:t xml:space="preserve"> </w:t>
      </w:r>
      <w:r>
        <w:rPr>
          <w:b/>
          <w:i w:val="0"/>
          <w:smallCaps w:val="0"/>
          <w:strike w:val="0"/>
          <w:sz w:val="22"/>
          <w:highlight w:val="cyan"/>
          <w:u w:val="single"/>
        </w:rPr>
        <w:t>has been growing at a solid pace.</w:t>
      </w:r>
      <w:r>
        <w:rPr>
          <w:b w:val="0"/>
          <w:i w:val="0"/>
          <w:smallCaps w:val="0"/>
          <w:strike w:val="0"/>
          <w:sz w:val="22"/>
          <w:u w:val="single"/>
        </w:rPr>
        <w:t xml:space="preserve"> </w:t>
      </w:r>
      <w:r>
        <w:rPr>
          <w:b w:val="0"/>
          <w:i w:val="0"/>
          <w:smallCaps w:val="0"/>
          <w:strike w:val="0"/>
          <w:sz w:val="14"/>
          <w:u w:val="none"/>
        </w:rPr>
        <w:t>“</w:t>
      </w:r>
      <w:r>
        <w:rPr>
          <w:b/>
          <w:i w:val="0"/>
          <w:smallCaps w:val="0"/>
          <w:strike w:val="0"/>
          <w:sz w:val="22"/>
          <w:highlight w:val="cyan"/>
          <w:u w:val="single"/>
        </w:rPr>
        <w:t>Consumer spending</w:t>
      </w:r>
      <w:r>
        <w:rPr>
          <w:b/>
          <w:i w:val="0"/>
          <w:smallCaps w:val="0"/>
          <w:strike w:val="0"/>
          <w:sz w:val="22"/>
          <w:u w:val="single"/>
        </w:rPr>
        <w:t xml:space="preserve"> </w:t>
      </w:r>
      <w:r>
        <w:rPr>
          <w:b/>
          <w:i w:val="0"/>
          <w:smallCaps w:val="0"/>
          <w:strike w:val="0"/>
          <w:sz w:val="22"/>
          <w:highlight w:val="cyan"/>
          <w:u w:val="single"/>
        </w:rPr>
        <w:t>has been robust</w:t>
      </w:r>
      <w:r>
        <w:rPr>
          <w:b/>
          <w:i w:val="0"/>
          <w:smallCaps w:val="0"/>
          <w:strike w:val="0"/>
          <w:sz w:val="22"/>
          <w:u w:val="single"/>
        </w:rPr>
        <w:t>,</w:t>
      </w:r>
      <w:r>
        <w:rPr>
          <w:b w:val="0"/>
          <w:i w:val="0"/>
          <w:smallCaps w:val="0"/>
          <w:strike w:val="0"/>
          <w:sz w:val="22"/>
          <w:u w:val="single"/>
        </w:rPr>
        <w:t xml:space="preserve"> and the </w:t>
      </w:r>
      <w:r>
        <w:rPr>
          <w:b/>
          <w:i w:val="0"/>
          <w:smallCaps w:val="0"/>
          <w:strike w:val="0"/>
          <w:sz w:val="22"/>
          <w:highlight w:val="cyan"/>
          <w:u w:val="single"/>
        </w:rPr>
        <w:t>housing sector</w:t>
      </w:r>
      <w:r>
        <w:rPr>
          <w:b/>
          <w:i w:val="0"/>
          <w:smallCaps w:val="0"/>
          <w:strike w:val="0"/>
          <w:sz w:val="22"/>
          <w:u w:val="single"/>
        </w:rPr>
        <w:t xml:space="preserve"> </w:t>
      </w:r>
      <w:r>
        <w:rPr>
          <w:b w:val="0"/>
          <w:i w:val="0"/>
          <w:smallCaps w:val="0"/>
          <w:strike w:val="0"/>
          <w:sz w:val="22"/>
          <w:u w:val="single"/>
        </w:rPr>
        <w:t xml:space="preserve">appears to be </w:t>
      </w:r>
      <w:r>
        <w:rPr>
          <w:b w:val="0"/>
          <w:i w:val="0"/>
          <w:smallCaps w:val="0"/>
          <w:strike w:val="0"/>
          <w:sz w:val="22"/>
          <w:highlight w:val="cyan"/>
          <w:u w:val="single"/>
        </w:rPr>
        <w:t xml:space="preserve">continuing to </w:t>
      </w:r>
      <w:r>
        <w:rPr>
          <w:b/>
          <w:i w:val="0"/>
          <w:smallCaps w:val="0"/>
          <w:strike w:val="0"/>
          <w:sz w:val="22"/>
          <w:highlight w:val="cyan"/>
          <w:u w:val="single"/>
        </w:rPr>
        <w:t>rebound,</w:t>
      </w:r>
      <w:r>
        <w:rPr>
          <w:b w:val="0"/>
          <w:i w:val="0"/>
          <w:smallCaps w:val="0"/>
          <w:strike w:val="0"/>
          <w:sz w:val="22"/>
          <w:highlight w:val="cyan"/>
          <w:u w:val="single"/>
        </w:rPr>
        <w:t>”</w:t>
      </w:r>
      <w:r>
        <w:rPr>
          <w:b w:val="0"/>
          <w:i w:val="0"/>
          <w:smallCaps w:val="0"/>
          <w:strike w:val="0"/>
          <w:sz w:val="22"/>
          <w:u w:val="single"/>
        </w:rPr>
        <w:t xml:space="preserve"> she said. “The most </w:t>
      </w:r>
      <w:r>
        <w:rPr>
          <w:b w:val="0"/>
          <w:i w:val="0"/>
          <w:smallCaps w:val="0"/>
          <w:strike w:val="0"/>
          <w:sz w:val="22"/>
          <w:highlight w:val="cyan"/>
          <w:u w:val="single"/>
        </w:rPr>
        <w:t>recent</w:t>
      </w:r>
      <w:r>
        <w:rPr>
          <w:b w:val="0"/>
          <w:i w:val="0"/>
          <w:smallCaps w:val="0"/>
          <w:strike w:val="0"/>
          <w:sz w:val="22"/>
          <w:u w:val="single"/>
        </w:rPr>
        <w:t xml:space="preserve"> employment </w:t>
      </w:r>
      <w:r>
        <w:rPr>
          <w:b w:val="0"/>
          <w:i w:val="0"/>
          <w:smallCaps w:val="0"/>
          <w:strike w:val="0"/>
          <w:sz w:val="22"/>
          <w:highlight w:val="cyan"/>
          <w:u w:val="single"/>
        </w:rPr>
        <w:t>report showed</w:t>
      </w:r>
      <w:r>
        <w:rPr>
          <w:b w:val="0"/>
          <w:i w:val="0"/>
          <w:smallCaps w:val="0"/>
          <w:strike w:val="0"/>
          <w:sz w:val="22"/>
          <w:u w:val="single"/>
        </w:rPr>
        <w:t xml:space="preserve"> a </w:t>
      </w:r>
      <w:r>
        <w:rPr>
          <w:b/>
          <w:i w:val="0"/>
          <w:smallCaps w:val="0"/>
          <w:strike w:val="0"/>
          <w:sz w:val="22"/>
          <w:highlight w:val="cyan"/>
          <w:u w:val="single"/>
        </w:rPr>
        <w:t>labor market with solid job gains</w:t>
      </w:r>
      <w:r>
        <w:rPr>
          <w:b w:val="0"/>
          <w:i w:val="0"/>
          <w:smallCaps w:val="0"/>
          <w:strike w:val="0"/>
          <w:sz w:val="22"/>
          <w:u w:val="single"/>
        </w:rPr>
        <w:t xml:space="preserve">.” </w:t>
      </w:r>
      <w:r>
        <w:rPr>
          <w:b w:val="0"/>
          <w:i w:val="0"/>
          <w:smallCaps w:val="0"/>
          <w:strike w:val="0"/>
          <w:sz w:val="14"/>
          <w:u w:val="none"/>
        </w:rPr>
        <w:t xml:space="preserve">The Fed, </w:t>
      </w:r>
      <w:r>
        <w:rPr>
          <w:b w:val="0"/>
          <w:i w:val="0"/>
          <w:smallCaps w:val="0"/>
          <w:strike w:val="0"/>
          <w:sz w:val="14"/>
          <w:u w:val="none"/>
        </w:rPr>
        <w:t>in order to</w:t>
      </w:r>
      <w:r>
        <w:rPr>
          <w:b w:val="0"/>
          <w:i w:val="0"/>
          <w:smallCaps w:val="0"/>
          <w:strike w:val="0"/>
          <w:sz w:val="14"/>
          <w:u w:val="none"/>
        </w:rPr>
        <w:t xml:space="preserve"> curb inflation to its 2% goal, will probably need to push up the federal funds rate from its current range of 5.25% to 5.5%, Bowman said. “Further policy tightening will be needed to bring inflation down in a sustainable and timely manner,” she predicted.</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