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Internal link - Business confidence key to economic growth – empirics from 41 countries</w:t>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Guo and He 20</w:t>
      </w:r>
      <w:r>
        <w:rPr>
          <w:b w:val="0"/>
          <w:i w:val="0"/>
          <w:smallCaps w:val="0"/>
          <w:strike w:val="0"/>
          <w:u w:val="none"/>
        </w:rPr>
        <w:t xml:space="preserve"> </w:t>
      </w:r>
      <w:r>
        <w:rPr>
          <w:b w:val="0"/>
          <w:i w:val="0"/>
          <w:smallCaps w:val="0"/>
          <w:strike w:val="0"/>
          <w:sz w:val="22"/>
          <w:u w:val="none"/>
        </w:rPr>
        <w:t xml:space="preserve">(Yumei Guo, School of Finance, Central University of Finance and Economics, China, Shan He, School of Finance, Central University of Finance and Economics, China, “Does confidence matter for economic growth? An analysis from the perspective of policy effectiveness,” ScienceDirect (University of Michigan Access), September 2020, https://www.sciencedirect.com/science/article/pii/S1059056 020300812#abs0015//Accessed June 29, 2024) </w:t>
      </w:r>
      <w:r>
        <w:rPr>
          <w:b w:val="0"/>
          <w:i w:val="0"/>
          <w:smallCaps w:val="0"/>
          <w:strike w:val="0"/>
          <w:sz w:val="22"/>
          <w:u w:val="none"/>
        </w:rPr>
        <w:t>cpsw-sns</w:t>
      </w:r>
    </w:p>
    <w:p>
      <w:pPr>
        <w:spacing w:after="60"/>
      </w:pPr>
      <w:r>
        <w:rPr>
          <w:b w:val="0"/>
          <w:i w:val="0"/>
          <w:smallCaps w:val="0"/>
          <w:strike w:val="0"/>
          <w:sz w:val="12"/>
          <w:u w:val="none"/>
        </w:rPr>
        <w:t xml:space="preserve">The term “confidence” is often used in relation to economic </w:t>
      </w:r>
      <w:r>
        <w:rPr>
          <w:b w:val="0"/>
          <w:i w:val="0"/>
          <w:smallCaps w:val="0"/>
          <w:strike w:val="0"/>
          <w:sz w:val="12"/>
          <w:u w:val="none"/>
        </w:rPr>
        <w:t>issues, and</w:t>
      </w:r>
      <w:r>
        <w:rPr>
          <w:b w:val="0"/>
          <w:i w:val="0"/>
          <w:smallCaps w:val="0"/>
          <w:strike w:val="0"/>
          <w:sz w:val="12"/>
          <w:u w:val="none"/>
        </w:rPr>
        <w:t xml:space="preserve"> has been increasingly discussed in the media and by policy makers since the 2008 global financial crisis. However, the question remains of whether confidence </w:t>
      </w:r>
      <w:r>
        <w:rPr>
          <w:b w:val="0"/>
          <w:i w:val="0"/>
          <w:smallCaps w:val="0"/>
          <w:strike w:val="0"/>
          <w:sz w:val="12"/>
          <w:u w:val="none"/>
        </w:rPr>
        <w:t>actually affects</w:t>
      </w:r>
      <w:r>
        <w:rPr>
          <w:b w:val="0"/>
          <w:i w:val="0"/>
          <w:smallCaps w:val="0"/>
          <w:strike w:val="0"/>
          <w:sz w:val="12"/>
          <w:u w:val="none"/>
        </w:rPr>
        <w:t xml:space="preserve"> economic growth. </w:t>
      </w:r>
      <w:r>
        <w:rPr>
          <w:b w:val="0"/>
          <w:i w:val="0"/>
          <w:smallCaps w:val="0"/>
          <w:strike w:val="0"/>
          <w:highlight w:val="cyan"/>
          <w:u w:val="single"/>
        </w:rPr>
        <w:t>Using panel data on 41 countries from 1991 to 2017</w:t>
      </w:r>
      <w:r>
        <w:rPr>
          <w:b w:val="0"/>
          <w:i w:val="0"/>
          <w:smallCaps w:val="0"/>
          <w:strike w:val="0"/>
          <w:sz w:val="12"/>
          <w:u w:val="none"/>
        </w:rPr>
        <w:t xml:space="preserve">, </w:t>
      </w:r>
      <w:r>
        <w:rPr>
          <w:b w:val="0"/>
          <w:i w:val="0"/>
          <w:smallCaps w:val="0"/>
          <w:strike w:val="0"/>
          <w:sz w:val="22"/>
          <w:u w:val="single"/>
        </w:rPr>
        <w:t xml:space="preserve">we study how consumer and business confidence affect economic growth. </w:t>
      </w:r>
      <w:r>
        <w:rPr>
          <w:b w:val="0"/>
          <w:i w:val="0"/>
          <w:smallCaps w:val="0"/>
          <w:strike w:val="0"/>
          <w:sz w:val="22"/>
          <w:highlight w:val="cyan"/>
          <w:u w:val="single"/>
        </w:rPr>
        <w:t>We find that</w:t>
      </w:r>
      <w:r>
        <w:rPr>
          <w:b w:val="0"/>
          <w:i w:val="0"/>
          <w:smallCaps w:val="0"/>
          <w:strike w:val="0"/>
          <w:sz w:val="22"/>
          <w:u w:val="single"/>
        </w:rPr>
        <w:t xml:space="preserve"> </w:t>
      </w:r>
      <w:r>
        <w:rPr>
          <w:b w:val="0"/>
          <w:i w:val="0"/>
          <w:smallCaps w:val="0"/>
          <w:strike w:val="0"/>
          <w:sz w:val="22"/>
          <w:highlight w:val="cyan"/>
          <w:u w:val="single"/>
        </w:rPr>
        <w:t>confidence positively affects economic growth</w:t>
      </w:r>
      <w:r>
        <w:rPr>
          <w:b w:val="0"/>
          <w:i w:val="0"/>
          <w:smallCaps w:val="0"/>
          <w:strike w:val="0"/>
          <w:sz w:val="22"/>
          <w:u w:val="single"/>
        </w:rPr>
        <w:t xml:space="preserve">, and that </w:t>
      </w:r>
      <w:r>
        <w:rPr>
          <w:b w:val="0"/>
          <w:i w:val="0"/>
          <w:smallCaps w:val="0"/>
          <w:strike w:val="0"/>
          <w:sz w:val="22"/>
          <w:highlight w:val="cyan"/>
          <w:u w:val="single"/>
        </w:rPr>
        <w:t>this effect is amplified during recessions</w:t>
      </w:r>
      <w:r>
        <w:rPr>
          <w:b w:val="0"/>
          <w:i w:val="0"/>
          <w:smallCaps w:val="0"/>
          <w:strike w:val="0"/>
          <w:sz w:val="22"/>
          <w:u w:val="single"/>
        </w:rPr>
        <w:t xml:space="preserve"> and in low-confidence </w:t>
      </w:r>
      <w:r>
        <w:rPr>
          <w:b w:val="0"/>
          <w:i w:val="0"/>
          <w:smallCaps w:val="0"/>
          <w:strike w:val="0"/>
          <w:sz w:val="22"/>
          <w:u w:val="single"/>
        </w:rPr>
        <w:t xml:space="preserve">situations. </w:t>
      </w:r>
      <w:r>
        <w:rPr>
          <w:b w:val="0"/>
          <w:i w:val="0"/>
          <w:smallCaps w:val="0"/>
          <w:strike w:val="0"/>
          <w:sz w:val="12"/>
          <w:u w:val="none"/>
        </w:rPr>
        <w:t xml:space="preserve">Further analysis shows that </w:t>
      </w:r>
      <w:r>
        <w:rPr>
          <w:b w:val="0"/>
          <w:i w:val="0"/>
          <w:smallCaps w:val="0"/>
          <w:strike w:val="0"/>
          <w:sz w:val="22"/>
          <w:highlight w:val="cyan"/>
          <w:u w:val="single"/>
        </w:rPr>
        <w:t>confidence</w:t>
      </w:r>
      <w:r>
        <w:rPr>
          <w:b w:val="0"/>
          <w:i w:val="0"/>
          <w:smallCaps w:val="0"/>
          <w:strike w:val="0"/>
          <w:sz w:val="22"/>
          <w:u w:val="single"/>
        </w:rPr>
        <w:t xml:space="preserve"> has a greater effect during recessions by </w:t>
      </w:r>
      <w:r>
        <w:rPr>
          <w:b w:val="0"/>
          <w:i w:val="0"/>
          <w:smallCaps w:val="0"/>
          <w:strike w:val="0"/>
          <w:sz w:val="22"/>
          <w:highlight w:val="cyan"/>
          <w:u w:val="single"/>
        </w:rPr>
        <w:t>amplifying the effect of monetary</w:t>
      </w:r>
      <w:r>
        <w:rPr>
          <w:b w:val="0"/>
          <w:i w:val="0"/>
          <w:smallCaps w:val="0"/>
          <w:strike w:val="0"/>
          <w:sz w:val="22"/>
          <w:u w:val="single"/>
        </w:rPr>
        <w:t xml:space="preserve"> and fiscal </w:t>
      </w:r>
      <w:r>
        <w:rPr>
          <w:b w:val="0"/>
          <w:i w:val="0"/>
          <w:smallCaps w:val="0"/>
          <w:strike w:val="0"/>
          <w:sz w:val="22"/>
          <w:highlight w:val="cyan"/>
          <w:u w:val="single"/>
        </w:rPr>
        <w:t>policies</w:t>
      </w:r>
      <w:r>
        <w:rPr>
          <w:b w:val="0"/>
          <w:i w:val="0"/>
          <w:smallCaps w:val="0"/>
          <w:strike w:val="0"/>
          <w:sz w:val="22"/>
          <w:u w:val="single"/>
        </w:rPr>
        <w:t xml:space="preserve">. </w:t>
      </w:r>
      <w:r>
        <w:rPr>
          <w:b w:val="0"/>
          <w:i w:val="0"/>
          <w:smallCaps w:val="0"/>
          <w:strike w:val="0"/>
          <w:sz w:val="12"/>
          <w:u w:val="none"/>
        </w:rPr>
        <w:t xml:space="preserve">The results of generalized method of moments analysis prove the robustness of the main findings. In general, our study reveals that </w:t>
      </w:r>
      <w:r>
        <w:rPr>
          <w:b w:val="0"/>
          <w:i w:val="0"/>
          <w:smallCaps w:val="0"/>
          <w:strike w:val="0"/>
          <w:sz w:val="22"/>
          <w:u w:val="single"/>
        </w:rPr>
        <w:t xml:space="preserve">confidence </w:t>
      </w:r>
      <w:r>
        <w:rPr>
          <w:b w:val="0"/>
          <w:i w:val="0"/>
          <w:smallCaps w:val="0"/>
          <w:strike w:val="0"/>
          <w:sz w:val="22"/>
          <w:highlight w:val="cyan"/>
          <w:u w:val="single"/>
        </w:rPr>
        <w:t>plays a significant role in the economy</w:t>
      </w:r>
      <w:r>
        <w:rPr>
          <w:b w:val="0"/>
          <w:i w:val="0"/>
          <w:smallCaps w:val="0"/>
          <w:strike w:val="0"/>
          <w:sz w:val="22"/>
          <w:u w:val="single"/>
        </w:rPr>
        <w:t xml:space="preserve">, thus </w:t>
      </w:r>
      <w:r>
        <w:rPr>
          <w:b w:val="0"/>
          <w:i w:val="0"/>
          <w:smallCaps w:val="0"/>
          <w:strike w:val="0"/>
          <w:sz w:val="22"/>
          <w:highlight w:val="cyan"/>
          <w:u w:val="single"/>
        </w:rPr>
        <w:t>supporting</w:t>
      </w:r>
      <w:r>
        <w:rPr>
          <w:b w:val="0"/>
          <w:i w:val="0"/>
          <w:smallCaps w:val="0"/>
          <w:strike w:val="0"/>
          <w:sz w:val="22"/>
          <w:u w:val="single"/>
        </w:rPr>
        <w:t xml:space="preserve"> the notion </w:t>
      </w:r>
      <w:r>
        <w:rPr>
          <w:b w:val="0"/>
          <w:i w:val="0"/>
          <w:smallCaps w:val="0"/>
          <w:strike w:val="0"/>
          <w:sz w:val="22"/>
          <w:highlight w:val="cyan"/>
          <w:u w:val="single"/>
        </w:rPr>
        <w:t>that</w:t>
      </w:r>
      <w:r>
        <w:rPr>
          <w:b w:val="0"/>
          <w:i w:val="0"/>
          <w:smallCaps w:val="0"/>
          <w:strike w:val="0"/>
          <w:sz w:val="22"/>
          <w:u w:val="single"/>
        </w:rPr>
        <w:t xml:space="preserve"> </w:t>
      </w:r>
      <w:r>
        <w:rPr>
          <w:b w:val="0"/>
          <w:i w:val="0"/>
          <w:smallCaps w:val="0"/>
          <w:strike w:val="0"/>
          <w:sz w:val="22"/>
          <w:highlight w:val="cyan"/>
          <w:u w:val="single"/>
        </w:rPr>
        <w:t>governments should</w:t>
      </w:r>
      <w:r>
        <w:rPr>
          <w:b w:val="0"/>
          <w:i w:val="0"/>
          <w:smallCaps w:val="0"/>
          <w:strike w:val="0"/>
          <w:sz w:val="22"/>
          <w:u w:val="single"/>
        </w:rPr>
        <w:t xml:space="preserve"> give more </w:t>
      </w:r>
      <w:r>
        <w:rPr>
          <w:b w:val="0"/>
          <w:i w:val="0"/>
          <w:smallCaps w:val="0"/>
          <w:strike w:val="0"/>
          <w:sz w:val="22"/>
          <w:highlight w:val="cyan"/>
          <w:u w:val="single"/>
        </w:rPr>
        <w:t>consider</w:t>
      </w:r>
      <w:r>
        <w:rPr>
          <w:b w:val="0"/>
          <w:i w:val="0"/>
          <w:smallCaps w:val="0"/>
          <w:strike w:val="0"/>
          <w:sz w:val="22"/>
          <w:u w:val="single"/>
        </w:rPr>
        <w:t xml:space="preserve">ation to </w:t>
      </w:r>
      <w:r>
        <w:rPr>
          <w:b w:val="0"/>
          <w:i w:val="0"/>
          <w:smallCaps w:val="0"/>
          <w:strike w:val="0"/>
          <w:sz w:val="22"/>
          <w:highlight w:val="cyan"/>
          <w:u w:val="single"/>
        </w:rPr>
        <w:t>confidence</w:t>
      </w:r>
      <w:r>
        <w:rPr>
          <w:b w:val="0"/>
          <w:i w:val="0"/>
          <w:smallCaps w:val="0"/>
          <w:strike w:val="0"/>
          <w:sz w:val="22"/>
          <w:u w:val="single"/>
        </w:rPr>
        <w:t xml:space="preserve"> when trying </w:t>
      </w:r>
      <w:r>
        <w:rPr>
          <w:b w:val="0"/>
          <w:i w:val="0"/>
          <w:smallCaps w:val="0"/>
          <w:strike w:val="0"/>
          <w:sz w:val="22"/>
          <w:highlight w:val="cyan"/>
          <w:u w:val="single"/>
        </w:rPr>
        <w:t>to stimulate the economy.</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