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IPR is key to investor confidence---tons of warrants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Eurocrowd</w:t>
      </w:r>
      <w:r>
        <w:rPr>
          <w:b/>
          <w:i w:val="0"/>
          <w:smallCaps w:val="0"/>
          <w:strike w:val="0"/>
          <w:sz w:val="26"/>
          <w:u w:val="none"/>
        </w:rPr>
        <w:t xml:space="preserve"> 3/1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Eurocrowd</w:t>
      </w:r>
      <w:r>
        <w:rPr>
          <w:b w:val="0"/>
          <w:i w:val="0"/>
          <w:smallCaps w:val="0"/>
          <w:strike w:val="0"/>
          <w:u w:val="none"/>
        </w:rPr>
        <w:t xml:space="preserve">; Europe’s leading business network for professional crowdfunding platforms and stakeholders; 3/1/2024; “Benefits of protecting IP: investor perspective”; </w:t>
      </w:r>
      <w:r>
        <w:rPr>
          <w:b w:val="0"/>
          <w:i w:val="0"/>
          <w:smallCaps w:val="0"/>
          <w:strike w:val="0"/>
          <w:u w:val="none"/>
        </w:rPr>
        <w:t>https://www.eurocrowd.org/blog/2024/01/03/benefits-of-protecting-ip-investor-perspective/#:~:text=Investors%20seek%20businesses%20with%20a,to%20protect%20its%20intellectual%20property</w:t>
      </w:r>
      <w:r>
        <w:rPr>
          <w:b w:val="0"/>
          <w:i w:val="0"/>
          <w:smallCaps w:val="0"/>
          <w:strike w:val="0"/>
          <w:u w:val="none"/>
        </w:rPr>
        <w:t>.; accessed 7/6/2024; Lowell-DB]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Many entrepreneurs know that patents can be used to increase the value of the company with investors. But many do not </w:t>
      </w:r>
      <w:r>
        <w:rPr>
          <w:b w:val="0"/>
          <w:i w:val="0"/>
          <w:smallCaps w:val="0"/>
          <w:strike w:val="0"/>
          <w:sz w:val="14"/>
          <w:u w:val="none"/>
        </w:rPr>
        <w:t>realise</w:t>
      </w:r>
      <w:r>
        <w:rPr>
          <w:b w:val="0"/>
          <w:i w:val="0"/>
          <w:smallCaps w:val="0"/>
          <w:strike w:val="0"/>
          <w:sz w:val="14"/>
          <w:u w:val="non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this does not only apply to patents. When raising capital via professional crowdfunding service providers or other investors, entrepreneurs need to understand that </w:t>
      </w:r>
      <w:r>
        <w:rPr>
          <w:b w:val="0"/>
          <w:i w:val="0"/>
          <w:smallCaps w:val="0"/>
          <w:strike w:val="0"/>
          <w:highlight w:val="cyan"/>
          <w:u w:val="single"/>
        </w:rPr>
        <w:t>investors</w:t>
      </w:r>
      <w:r>
        <w:rPr>
          <w:b w:val="0"/>
          <w:i w:val="0"/>
          <w:smallCaps w:val="0"/>
          <w:strike w:val="0"/>
          <w:u w:val="single"/>
        </w:rPr>
        <w:t xml:space="preserve"> typically </w:t>
      </w:r>
      <w:r>
        <w:rPr>
          <w:b w:val="0"/>
          <w:i w:val="0"/>
          <w:smallCaps w:val="0"/>
          <w:strike w:val="0"/>
          <w:highlight w:val="cyan"/>
          <w:u w:val="single"/>
        </w:rPr>
        <w:t>view</w:t>
      </w:r>
      <w:r>
        <w:rPr>
          <w:b w:val="0"/>
          <w:i w:val="0"/>
          <w:smallCaps w:val="0"/>
          <w:strike w:val="0"/>
          <w:u w:val="single"/>
        </w:rPr>
        <w:t xml:space="preserve"> the protection of intellectual property </w:t>
      </w:r>
      <w:r>
        <w:rPr>
          <w:b w:val="0"/>
          <w:i w:val="0"/>
          <w:smallCaps w:val="0"/>
          <w:strike w:val="0"/>
          <w:highlight w:val="cyan"/>
          <w:u w:val="single"/>
        </w:rPr>
        <w:t>(IP) as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critical</w:t>
      </w:r>
      <w:r>
        <w:rPr>
          <w:b w:val="0"/>
          <w:i w:val="0"/>
          <w:smallCaps w:val="0"/>
          <w:strike w:val="0"/>
          <w:u w:val="single"/>
        </w:rPr>
        <w:t xml:space="preserve"> aspect </w:t>
      </w:r>
      <w:r>
        <w:rPr>
          <w:b w:val="0"/>
          <w:i w:val="0"/>
          <w:smallCaps w:val="0"/>
          <w:strike w:val="0"/>
          <w:highlight w:val="cyan"/>
          <w:u w:val="single"/>
        </w:rPr>
        <w:t>when evaluating</w:t>
      </w:r>
      <w:r>
        <w:rPr>
          <w:b w:val="0"/>
          <w:i w:val="0"/>
          <w:smallCaps w:val="0"/>
          <w:strike w:val="0"/>
          <w:u w:val="single"/>
        </w:rPr>
        <w:t xml:space="preserve"> potential </w:t>
      </w:r>
      <w:r>
        <w:rPr>
          <w:b w:val="0"/>
          <w:i w:val="0"/>
          <w:smallCaps w:val="0"/>
          <w:strike w:val="0"/>
          <w:highlight w:val="cyan"/>
          <w:u w:val="single"/>
        </w:rPr>
        <w:t>investment opportunities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 IP holds significant importance from an investor's perspective. Here's a broader look at IP from the investors' viewpoint: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>Asset Value and Valuation</w:t>
      </w:r>
      <w:r>
        <w:rPr>
          <w:b/>
          <w:i w:val="0"/>
          <w:smallCaps w:val="0"/>
          <w:strike w:val="0"/>
          <w:color w:val="191919"/>
          <w:sz w:val="14"/>
          <w:u w:val="none"/>
        </w:rPr>
        <w:t xml:space="preserve">: </w:t>
      </w:r>
      <w:r>
        <w:rPr>
          <w:b w:val="0"/>
          <w:i w:val="0"/>
          <w:smallCaps w:val="0"/>
          <w:strike w:val="0"/>
          <w:sz w:val="14"/>
          <w:u w:val="none"/>
        </w:rPr>
        <w:t xml:space="preserve">Intellectual property, such as patents, trademarks, and copyrights, </w:t>
      </w:r>
      <w:r>
        <w:rPr>
          <w:b w:val="0"/>
          <w:i w:val="0"/>
          <w:smallCaps w:val="0"/>
          <w:strike w:val="0"/>
          <w:highlight w:val="cyan"/>
          <w:u w:val="single"/>
        </w:rPr>
        <w:t>represents valuable assets for a business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Properly protected IP can significantly enhance the overall value of a company, influencing its valuation during investment rounds.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 xml:space="preserve">Competitive Advantage: </w:t>
      </w:r>
      <w:r>
        <w:rPr>
          <w:b w:val="0"/>
          <w:i w:val="0"/>
          <w:smallCaps w:val="0"/>
          <w:strike w:val="0"/>
          <w:u w:val="single"/>
        </w:rPr>
        <w:t xml:space="preserve">Strong </w:t>
      </w:r>
      <w:r>
        <w:rPr>
          <w:b w:val="0"/>
          <w:i w:val="0"/>
          <w:smallCaps w:val="0"/>
          <w:strike w:val="0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u w:val="single"/>
        </w:rPr>
        <w:t xml:space="preserve"> protection </w:t>
      </w:r>
      <w:r>
        <w:rPr>
          <w:b w:val="0"/>
          <w:i w:val="0"/>
          <w:smallCaps w:val="0"/>
          <w:strike w:val="0"/>
          <w:highlight w:val="cyan"/>
          <w:u w:val="single"/>
        </w:rPr>
        <w:t>helps businesses stand out</w:t>
      </w:r>
      <w:r>
        <w:rPr>
          <w:b w:val="0"/>
          <w:i w:val="0"/>
          <w:smallCaps w:val="0"/>
          <w:strike w:val="0"/>
          <w:u w:val="single"/>
        </w:rPr>
        <w:t xml:space="preserve"> in the market by differentiating their products or services from competitors. Investors appreciate companies with a unique value proposition and a competitive edge. </w:t>
      </w:r>
      <w:r>
        <w:rPr>
          <w:b w:val="0"/>
          <w:i w:val="0"/>
          <w:smallCaps w:val="0"/>
          <w:strike w:val="0"/>
          <w:sz w:val="14"/>
          <w:u w:val="none"/>
        </w:rPr>
        <w:t>IP protection facilitates market expansion, especially in international markets. Investors may be more interested in companies that have secured their IP rights on a European or even global level, as it indicates a commitment to long-term growth and market reach.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 xml:space="preserve">Long-Term Sustainability: </w:t>
      </w:r>
      <w:r>
        <w:rPr>
          <w:b w:val="0"/>
          <w:i w:val="0"/>
          <w:smallCaps w:val="0"/>
          <w:strike w:val="0"/>
          <w:u w:val="single"/>
        </w:rPr>
        <w:t xml:space="preserve">IP </w:t>
      </w:r>
      <w:r>
        <w:rPr>
          <w:b w:val="0"/>
          <w:i w:val="0"/>
          <w:smallCaps w:val="0"/>
          <w:strike w:val="0"/>
          <w:highlight w:val="cyan"/>
          <w:u w:val="single"/>
        </w:rPr>
        <w:t>is integral to a company's sustainab</w:t>
      </w:r>
      <w:r>
        <w:rPr>
          <w:b w:val="0"/>
          <w:i w:val="0"/>
          <w:smallCaps w:val="0"/>
          <w:strike w:val="0"/>
          <w:u w:val="single"/>
        </w:rPr>
        <w:t>ility. Investors seek businesses with a well-protected and sustainable business model, where IP plays a role in securing the company's future.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Even without investors, a business’s competitive positioning often hinges on its ability to protect its intellectual property.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>Barriers to Entry:</w:t>
      </w:r>
      <w:r>
        <w:rPr>
          <w:b/>
          <w:i w:val="0"/>
          <w:smallCaps w:val="0"/>
          <w:strike w:val="0"/>
          <w:color w:val="191919"/>
          <w:sz w:val="14"/>
          <w:u w:val="none"/>
        </w:rPr>
        <w:t xml:space="preserve"> </w:t>
      </w:r>
      <w:r>
        <w:rPr>
          <w:b w:val="0"/>
          <w:i w:val="0"/>
          <w:smallCaps w:val="0"/>
          <w:strike w:val="0"/>
          <w:u w:val="single"/>
        </w:rPr>
        <w:t>Investors recognize that a robust IP portfolio creates barriers to entry for potential competitors</w:t>
      </w:r>
      <w:r>
        <w:rPr>
          <w:b w:val="0"/>
          <w:i w:val="0"/>
          <w:smallCaps w:val="0"/>
          <w:strike w:val="0"/>
          <w:sz w:val="14"/>
          <w:u w:val="none"/>
        </w:rPr>
        <w:t>. This is particularly crucial in industries where innovation is a key driver, as it helps protect the invested company's market share.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 xml:space="preserve">Risk Mitigation: </w:t>
      </w:r>
      <w:r>
        <w:rPr>
          <w:b w:val="0"/>
          <w:i w:val="0"/>
          <w:smallCaps w:val="0"/>
          <w:strike w:val="0"/>
          <w:u w:val="single"/>
        </w:rPr>
        <w:t xml:space="preserve">Well-protected IP </w:t>
      </w:r>
      <w:r>
        <w:rPr>
          <w:b w:val="0"/>
          <w:i w:val="0"/>
          <w:smallCaps w:val="0"/>
          <w:strike w:val="0"/>
          <w:highlight w:val="cyan"/>
          <w:u w:val="single"/>
        </w:rPr>
        <w:t>reduces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risk of legal challenges</w:t>
      </w:r>
      <w:r>
        <w:rPr>
          <w:b w:val="0"/>
          <w:i w:val="0"/>
          <w:smallCaps w:val="0"/>
          <w:strike w:val="0"/>
          <w:u w:val="single"/>
        </w:rPr>
        <w:t xml:space="preserve"> from competitors</w:t>
      </w:r>
      <w:r>
        <w:rPr>
          <w:b w:val="0"/>
          <w:i w:val="0"/>
          <w:smallCaps w:val="0"/>
          <w:strike w:val="0"/>
          <w:sz w:val="14"/>
          <w:u w:val="none"/>
        </w:rPr>
        <w:t>, which could disrupt business operations or incur legal expenses. Investors prefer companies with a clear and strong IP position, minimizing the potential for costly disputes. This also includes intangible assets as any form of IP counts toward the value of a business.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 xml:space="preserve">IP Enforcement and </w:t>
      </w:r>
      <w:r>
        <w:rPr>
          <w:b/>
          <w:i w:val="0"/>
          <w:smallCaps w:val="0"/>
          <w:strike w:val="0"/>
          <w:color w:val="191919"/>
          <w:u w:val="single"/>
        </w:rPr>
        <w:t>Defence</w:t>
      </w:r>
      <w:r>
        <w:rPr>
          <w:b/>
          <w:i w:val="0"/>
          <w:smallCaps w:val="0"/>
          <w:strike w:val="0"/>
          <w:color w:val="191919"/>
          <w:u w:val="single"/>
        </w:rPr>
        <w:t xml:space="preserve">: </w:t>
      </w:r>
      <w:r>
        <w:rPr>
          <w:b w:val="0"/>
          <w:i w:val="0"/>
          <w:smallCaps w:val="0"/>
          <w:strike w:val="0"/>
          <w:u w:val="single"/>
        </w:rPr>
        <w:t>Investors assess a company’s capability to enforce its IP rights and defend against potential infringements.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 proactive approach to IP enforcement demonstrates the company's commitment to protecting its interests.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>Innovation and Research &amp; Development (R&amp;D):</w:t>
      </w:r>
      <w:r>
        <w:rPr>
          <w:b/>
          <w:i w:val="0"/>
          <w:smallCaps w:val="0"/>
          <w:strike w:val="0"/>
          <w:color w:val="191919"/>
          <w:sz w:val="14"/>
          <w:u w:val="none"/>
        </w:rPr>
        <w:t xml:space="preserve"> </w:t>
      </w:r>
      <w:r>
        <w:rPr>
          <w:b w:val="0"/>
          <w:i w:val="0"/>
          <w:smallCaps w:val="0"/>
          <w:strike w:val="0"/>
          <w:u w:val="single"/>
        </w:rPr>
        <w:t xml:space="preserve">IP protection </w:t>
      </w:r>
      <w:r>
        <w:rPr>
          <w:b w:val="0"/>
          <w:i w:val="0"/>
          <w:smallCaps w:val="0"/>
          <w:strike w:val="0"/>
          <w:highlight w:val="cyan"/>
          <w:u w:val="single"/>
        </w:rPr>
        <w:t>encourages businesses to invest in r</w:t>
      </w:r>
      <w:r>
        <w:rPr>
          <w:b w:val="0"/>
          <w:i w:val="0"/>
          <w:smallCaps w:val="0"/>
          <w:strike w:val="0"/>
          <w:u w:val="single"/>
        </w:rPr>
        <w:t xml:space="preserve">esearch </w:t>
      </w:r>
      <w:r>
        <w:rPr>
          <w:b w:val="0"/>
          <w:i w:val="0"/>
          <w:smallCaps w:val="0"/>
          <w:strike w:val="0"/>
          <w:highlight w:val="cyan"/>
          <w:u w:val="single"/>
        </w:rPr>
        <w:t>and d</w:t>
      </w:r>
      <w:r>
        <w:rPr>
          <w:b w:val="0"/>
          <w:i w:val="0"/>
          <w:smallCaps w:val="0"/>
          <w:strike w:val="0"/>
          <w:u w:val="single"/>
        </w:rPr>
        <w:t>evelopment, knowing that their innovations will be safeguarded. Investors are more inclined to support companies that demonstrate a commitment to continuous innovation.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 xml:space="preserve">Brand Reputation: </w:t>
      </w:r>
      <w:r>
        <w:rPr>
          <w:b w:val="0"/>
          <w:i w:val="0"/>
          <w:smallCaps w:val="0"/>
          <w:strike w:val="0"/>
          <w:highlight w:val="cyan"/>
          <w:u w:val="single"/>
        </w:rPr>
        <w:t>Trademarks and copyrights contribute to brand protection</w:t>
      </w:r>
      <w:r>
        <w:rPr>
          <w:b w:val="0"/>
          <w:i w:val="0"/>
          <w:smallCaps w:val="0"/>
          <w:strike w:val="0"/>
          <w:sz w:val="14"/>
          <w:u w:val="none"/>
        </w:rPr>
        <w:t>. A positive and protected brand reputation enhances consumer trust and loyalty, influencing investor confidence in the company's long-term viability.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 xml:space="preserve">Revenue Generation: </w:t>
      </w:r>
      <w:r>
        <w:rPr>
          <w:b w:val="0"/>
          <w:i w:val="0"/>
          <w:smallCaps w:val="0"/>
          <w:strike w:val="0"/>
          <w:highlight w:val="cyan"/>
          <w:u w:val="single"/>
        </w:rPr>
        <w:t>IP rights provide opportunities for licensing agreements</w:t>
      </w:r>
      <w:r>
        <w:rPr>
          <w:b w:val="0"/>
          <w:i w:val="0"/>
          <w:smallCaps w:val="0"/>
          <w:strike w:val="0"/>
          <w:u w:val="single"/>
        </w:rPr>
        <w:t>, allowing businesses to generate additional revenue by permitting others to use their protected assets. This revenue stream can be attractive to investors seeking diverse income sources.</w:t>
      </w:r>
    </w:p>
    <w:p>
      <w:pPr>
        <w:spacing w:after="60"/>
      </w:pPr>
      <w:r>
        <w:rPr>
          <w:b/>
          <w:i w:val="0"/>
          <w:smallCaps w:val="0"/>
          <w:strike w:val="0"/>
          <w:color w:val="191919"/>
          <w:u w:val="single"/>
        </w:rPr>
        <w:t xml:space="preserve">Exit Strategies: </w:t>
      </w:r>
      <w:r>
        <w:rPr>
          <w:b w:val="0"/>
          <w:i w:val="0"/>
          <w:smallCaps w:val="0"/>
          <w:strike w:val="0"/>
          <w:u w:val="single"/>
        </w:rPr>
        <w:t>For investors looking for profitable exit strategies, a strong IP portfolio can be a key factor. Acquiring companies or investors seeking partnerships may find businesses with robust IP portfolios more appealing and strategically valuable.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 well-managed and strategically leveraged IP portfolio signals to investors that the company is proactive in protecting its assets. This boosts overall investor confidence in the business. </w:t>
      </w:r>
      <w:r>
        <w:rPr>
          <w:b w:val="0"/>
          <w:i w:val="0"/>
          <w:smallCaps w:val="0"/>
          <w:strike w:val="0"/>
          <w:u w:val="single"/>
        </w:rPr>
        <w:t>Robust IP protection signals a commitment to innovation, risk management, and long-term success, making the investment proposition more compelling for potential backers</w:t>
      </w:r>
      <w:r>
        <w:rPr>
          <w:b w:val="0"/>
          <w:i w:val="0"/>
          <w:smallCaps w:val="0"/>
          <w:strike w:val="0"/>
          <w:sz w:val="14"/>
          <w:u w:val="none"/>
        </w:rPr>
        <w:t>. Investors recognize that intellectual property is not just a legal consideration but a strategic asset that can significantly impact the success and growth trajectory of a company. Therefore, a comprehensive understanding of a company's IP landscape is a crucial aspect of the investment decision-making process.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