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w:t>
      </w:r>
      <w:r>
        <w:rPr>
          <w:b/>
          <w:i w:val="0"/>
          <w:smallCaps w:val="0"/>
          <w:strike w:val="0"/>
          <w:sz w:val="26"/>
          <w:u w:val="none"/>
        </w:rPr>
        <w:t>mall businesses benefit</w:t>
      </w:r>
      <w:r>
        <w:rPr>
          <w:b/>
          <w:i w:val="0"/>
          <w:smallCaps w:val="0"/>
          <w:strike w:val="0"/>
          <w:sz w:val="26"/>
          <w:u w:val="none"/>
        </w:rPr>
        <w:t xml:space="preserve"> enormously</w:t>
      </w:r>
      <w:r>
        <w:rPr>
          <w:b/>
          <w:i w:val="0"/>
          <w:smallCaps w:val="0"/>
          <w:strike w:val="0"/>
          <w:sz w:val="26"/>
          <w:u w:val="none"/>
        </w:rPr>
        <w:t xml:space="preserve"> from stronger IP protection</w:t>
      </w:r>
      <w:r>
        <w:rPr>
          <w:b/>
          <w:i w:val="0"/>
          <w:smallCaps w:val="0"/>
          <w:strike w:val="0"/>
          <w:sz w:val="26"/>
          <w:u w:val="none"/>
        </w:rPr>
        <w:t xml:space="preserve"> – assets, revenue</w:t>
      </w:r>
    </w:p>
    <w:p>
      <w:pPr>
        <w:spacing w:after="80"/>
      </w:pPr>
      <w:r>
        <w:rPr>
          <w:b/>
          <w:i w:val="0"/>
          <w:smallCaps w:val="0"/>
          <w:strike w:val="0"/>
          <w:sz w:val="26"/>
          <w:u w:val="none"/>
        </w:rPr>
        <w:t>Tan 23</w:t>
      </w:r>
      <w:r>
        <w:rPr>
          <w:b w:val="0"/>
          <w:i w:val="0"/>
          <w:smallCaps w:val="0"/>
          <w:strike w:val="0"/>
          <w:u w:val="none"/>
        </w:rPr>
        <w:t xml:space="preserve"> (Lawrence Tan, Registered Trademark, Patent and Design Agent, “Why Small Businesses Need IP Protection More Than the Big Boys?” IP Gennesis, Apr 18, 2023, </w:t>
      </w:r>
      <w:r>
        <w:rPr>
          <w:b w:val="0"/>
          <w:i w:val="0"/>
          <w:smallCaps w:val="0"/>
          <w:strike w:val="0"/>
          <w:u w:val="none"/>
        </w:rPr>
        <w:t>https://www.ipgennesis.com/post/small-businesses-need-ip-protection</w:t>
      </w:r>
      <w:r>
        <w:rPr>
          <w:b w:val="0"/>
          <w:i w:val="0"/>
          <w:smallCaps w:val="0"/>
          <w:strike w:val="0"/>
          <w:u w:val="none"/>
        </w:rPr>
        <w:t>, Accessed: 7/6/24)</w:t>
      </w:r>
    </w:p>
    <w:p>
      <w:pPr>
        <w:spacing w:after="60"/>
      </w:pPr>
      <w:r>
        <w:rPr>
          <w:b w:val="0"/>
          <w:i w:val="0"/>
          <w:smallCaps w:val="0"/>
          <w:strike w:val="0"/>
          <w:sz w:val="16"/>
          <w:u w:val="none"/>
        </w:rPr>
        <w:t xml:space="preserve">“My business </w:t>
      </w:r>
      <w:r>
        <w:rPr>
          <w:b w:val="0"/>
          <w:i w:val="0"/>
          <w:smallCaps w:val="0"/>
          <w:strike w:val="0"/>
          <w:sz w:val="16"/>
          <w:u w:val="none"/>
        </w:rPr>
        <w:t>too</w:t>
      </w:r>
      <w:r>
        <w:rPr>
          <w:b w:val="0"/>
          <w:i w:val="0"/>
          <w:smallCaps w:val="0"/>
          <w:strike w:val="0"/>
          <w:sz w:val="16"/>
          <w:u w:val="none"/>
        </w:rPr>
        <w:t xml:space="preserve"> small, nobody would copy my IP”</w:t>
      </w:r>
      <w:r>
        <w:rPr>
          <w:b w:val="0"/>
          <w:i w:val="0"/>
          <w:smallCaps w:val="0"/>
          <w:strike w:val="0"/>
          <w:sz w:val="16"/>
          <w:u w:val="none"/>
        </w:rPr>
        <w:t xml:space="preserve"> </w:t>
      </w:r>
      <w:r>
        <w:rPr>
          <w:b w:val="0"/>
          <w:i w:val="0"/>
          <w:smallCaps w:val="0"/>
          <w:strike w:val="0"/>
          <w:sz w:val="16"/>
          <w:u w:val="none"/>
        </w:rPr>
        <w:t>“IP is for big boys”</w:t>
      </w:r>
      <w:r>
        <w:rPr>
          <w:b w:val="0"/>
          <w:i w:val="0"/>
          <w:smallCaps w:val="0"/>
          <w:strike w:val="0"/>
          <w:sz w:val="16"/>
          <w:u w:val="none"/>
        </w:rPr>
        <w:t xml:space="preserve"> </w:t>
      </w:r>
      <w:r>
        <w:rPr>
          <w:b w:val="0"/>
          <w:i w:val="0"/>
          <w:smallCaps w:val="0"/>
          <w:strike w:val="0"/>
          <w:sz w:val="16"/>
          <w:u w:val="none"/>
        </w:rPr>
        <w:t>As a small or medium business owner, you may believe that your intellectual property (IP) isn't worth registering. You might also think that your company is too small to attract infringers, or that registering your IP is only necessary for big corporations with larger budgets.</w:t>
      </w:r>
      <w:r>
        <w:rPr>
          <w:b w:val="0"/>
          <w:i w:val="0"/>
          <w:smallCaps w:val="0"/>
          <w:strike w:val="0"/>
          <w:sz w:val="16"/>
          <w:u w:val="none"/>
        </w:rPr>
        <w:t xml:space="preserve"> </w:t>
      </w:r>
      <w:r>
        <w:rPr>
          <w:b w:val="0"/>
          <w:i w:val="0"/>
          <w:smallCaps w:val="0"/>
          <w:strike w:val="0"/>
          <w:sz w:val="16"/>
          <w:u w:val="none"/>
        </w:rPr>
        <w:t xml:space="preserve">However, this is far from the truth. </w:t>
      </w:r>
      <w:r>
        <w:rPr>
          <w:b w:val="0"/>
          <w:i w:val="0"/>
          <w:smallCaps w:val="0"/>
          <w:strike w:val="0"/>
          <w:u w:val="single"/>
        </w:rPr>
        <w:t xml:space="preserve">In fact, </w:t>
      </w:r>
      <w:r>
        <w:rPr>
          <w:b w:val="0"/>
          <w:i w:val="0"/>
          <w:smallCaps w:val="0"/>
          <w:strike w:val="0"/>
          <w:highlight w:val="cyan"/>
          <w:u w:val="single"/>
        </w:rPr>
        <w:t>Small Medium Enterprises</w:t>
      </w:r>
      <w:r>
        <w:rPr>
          <w:b w:val="0"/>
          <w:i w:val="0"/>
          <w:smallCaps w:val="0"/>
          <w:strike w:val="0"/>
          <w:u w:val="single"/>
        </w:rPr>
        <w:t xml:space="preserve"> (</w:t>
      </w:r>
      <w:r>
        <w:rPr>
          <w:b w:val="0"/>
          <w:i w:val="0"/>
          <w:smallCaps w:val="0"/>
          <w:strike w:val="0"/>
          <w:highlight w:val="cyan"/>
          <w:u w:val="single"/>
        </w:rPr>
        <w:t>SME</w:t>
      </w:r>
      <w:r>
        <w:rPr>
          <w:b w:val="0"/>
          <w:i w:val="0"/>
          <w:smallCaps w:val="0"/>
          <w:strike w:val="0"/>
          <w:u w:val="single"/>
        </w:rPr>
        <w:t xml:space="preserve">) </w:t>
      </w:r>
      <w:r>
        <w:rPr>
          <w:b w:val="0"/>
          <w:i w:val="0"/>
          <w:smallCaps w:val="0"/>
          <w:strike w:val="0"/>
          <w:highlight w:val="cyan"/>
          <w:u w:val="single"/>
        </w:rPr>
        <w:t xml:space="preserve">need IP Registration more than big </w:t>
      </w:r>
      <w:r>
        <w:rPr>
          <w:b w:val="0"/>
          <w:i w:val="0"/>
          <w:smallCaps w:val="0"/>
          <w:strike w:val="0"/>
          <w:highlight w:val="cyan"/>
          <w:u w:val="single"/>
        </w:rPr>
        <w:t>corporation</w:t>
      </w:r>
      <w:r>
        <w:rPr>
          <w:b w:val="0"/>
          <w:i w:val="0"/>
          <w:smallCaps w:val="0"/>
          <w:strike w:val="0"/>
          <w:u w:val="single"/>
        </w:rPr>
        <w:t xml:space="preserve">. </w:t>
      </w:r>
      <w:r>
        <w:rPr>
          <w:b w:val="0"/>
          <w:i w:val="0"/>
          <w:smallCaps w:val="0"/>
          <w:strike w:val="0"/>
          <w:highlight w:val="cyan"/>
          <w:u w:val="single"/>
        </w:rPr>
        <w:t>They are</w:t>
      </w:r>
      <w:r>
        <w:rPr>
          <w:b w:val="0"/>
          <w:i w:val="0"/>
          <w:smallCaps w:val="0"/>
          <w:strike w:val="0"/>
          <w:u w:val="single"/>
        </w:rPr>
        <w:t xml:space="preserve"> often </w:t>
      </w:r>
      <w:r>
        <w:rPr>
          <w:b w:val="0"/>
          <w:i w:val="0"/>
          <w:smallCaps w:val="0"/>
          <w:strike w:val="0"/>
          <w:highlight w:val="cyan"/>
          <w:u w:val="single"/>
        </w:rPr>
        <w:t>more vulnerable to</w:t>
      </w:r>
      <w:r>
        <w:rPr>
          <w:b w:val="0"/>
          <w:i w:val="0"/>
          <w:smallCaps w:val="0"/>
          <w:strike w:val="0"/>
          <w:u w:val="single"/>
        </w:rPr>
        <w:t xml:space="preserve"> IP i</w:t>
      </w:r>
      <w:r>
        <w:rPr>
          <w:b w:val="0"/>
          <w:i w:val="0"/>
          <w:smallCaps w:val="0"/>
          <w:strike w:val="0"/>
          <w:highlight w:val="cyan"/>
          <w:u w:val="single"/>
        </w:rPr>
        <w:t>nfringement</w:t>
      </w:r>
      <w:r>
        <w:rPr>
          <w:b w:val="0"/>
          <w:i w:val="0"/>
          <w:smallCaps w:val="0"/>
          <w:strike w:val="0"/>
          <w:u w:val="single"/>
        </w:rPr>
        <w:t xml:space="preserve"> than larger companies. Without proper IP protection, your business is </w:t>
      </w:r>
      <w:r>
        <w:rPr>
          <w:b w:val="0"/>
          <w:i w:val="0"/>
          <w:smallCaps w:val="0"/>
          <w:strike w:val="0"/>
          <w:highlight w:val="cyan"/>
          <w:u w:val="single"/>
        </w:rPr>
        <w:t>at risk of losing valuable assets and revenue</w:t>
      </w:r>
      <w:r>
        <w:rPr>
          <w:b w:val="0"/>
          <w:i w:val="0"/>
          <w:smallCaps w:val="0"/>
          <w:strike w:val="0"/>
          <w:u w:val="single"/>
        </w:rPr>
        <w:t>.</w:t>
      </w:r>
      <w:r>
        <w:rPr>
          <w:b w:val="0"/>
          <w:i w:val="0"/>
          <w:smallCaps w:val="0"/>
          <w:strike w:val="0"/>
          <w:sz w:val="16"/>
          <w:u w:val="none"/>
        </w:rPr>
        <w:t xml:space="preserve"> </w:t>
      </w:r>
      <w:r>
        <w:rPr>
          <w:b w:val="0"/>
          <w:i w:val="0"/>
          <w:smallCaps w:val="0"/>
          <w:strike w:val="0"/>
          <w:sz w:val="16"/>
          <w:u w:val="none"/>
        </w:rPr>
        <w:t>In this article, we'll explore why SMEs should prioritize IP protection and how registering your IP can be a smart investment for your business's future.</w:t>
      </w:r>
      <w:r>
        <w:rPr>
          <w:b w:val="0"/>
          <w:i w:val="0"/>
          <w:smallCaps w:val="0"/>
          <w:strike w:val="0"/>
          <w:sz w:val="16"/>
          <w:u w:val="none"/>
        </w:rPr>
        <w:t xml:space="preserve"> </w:t>
      </w:r>
      <w:r>
        <w:rPr>
          <w:b w:val="0"/>
          <w:i w:val="0"/>
          <w:smallCaps w:val="0"/>
          <w:strike w:val="0"/>
          <w:sz w:val="16"/>
          <w:u w:val="none"/>
        </w:rPr>
        <w:t>WHAT IS IP?</w:t>
      </w:r>
      <w:r>
        <w:rPr>
          <w:b w:val="0"/>
          <w:i w:val="0"/>
          <w:smallCaps w:val="0"/>
          <w:strike w:val="0"/>
          <w:sz w:val="16"/>
          <w:u w:val="none"/>
        </w:rPr>
        <w:t xml:space="preserve"> </w:t>
      </w:r>
      <w:r>
        <w:rPr>
          <w:b w:val="0"/>
          <w:i w:val="0"/>
          <w:smallCaps w:val="0"/>
          <w:strike w:val="0"/>
          <w:sz w:val="16"/>
          <w:u w:val="none"/>
        </w:rPr>
        <w:t>First, let's define what we mean by "intellectual property."</w:t>
      </w:r>
      <w:r>
        <w:rPr>
          <w:b w:val="0"/>
          <w:i w:val="0"/>
          <w:smallCaps w:val="0"/>
          <w:strike w:val="0"/>
          <w:sz w:val="16"/>
          <w:u w:val="none"/>
        </w:rPr>
        <w:t xml:space="preserve"> </w:t>
      </w:r>
      <w:r>
        <w:rPr>
          <w:b w:val="0"/>
          <w:i w:val="0"/>
          <w:smallCaps w:val="0"/>
          <w:strike w:val="0"/>
          <w:sz w:val="16"/>
          <w:u w:val="none"/>
        </w:rPr>
        <w:t xml:space="preserve">Intellectual property (IP) refers to creations of the mind such as inventions, literary and artistic works, designs, symbols, and names used in commerce. IP is an intangible asset that gives exclusive rights to the creator or owner to use their creation for a certain </w:t>
      </w:r>
      <w:r>
        <w:rPr>
          <w:b w:val="0"/>
          <w:i w:val="0"/>
          <w:smallCaps w:val="0"/>
          <w:strike w:val="0"/>
          <w:sz w:val="16"/>
          <w:u w:val="none"/>
        </w:rPr>
        <w:t>period of time</w:t>
      </w:r>
      <w:r>
        <w:rPr>
          <w:b w:val="0"/>
          <w:i w:val="0"/>
          <w:smallCaps w:val="0"/>
          <w:strike w:val="0"/>
          <w:sz w:val="16"/>
          <w:u w:val="none"/>
        </w:rPr>
        <w:t>. There are four types of IP that SME owners should be aware of - trademark, patent, copyright, and industrial design.</w:t>
      </w:r>
      <w:r>
        <w:rPr>
          <w:b w:val="0"/>
          <w:i w:val="0"/>
          <w:smallCaps w:val="0"/>
          <w:strike w:val="0"/>
          <w:sz w:val="16"/>
          <w:u w:val="none"/>
        </w:rPr>
        <w:t xml:space="preserve"> </w:t>
      </w:r>
      <w:r>
        <w:rPr>
          <w:b/>
          <w:i w:val="0"/>
          <w:smallCaps w:val="0"/>
          <w:strike w:val="0"/>
          <w:sz w:val="16"/>
          <w:u w:val="none"/>
        </w:rPr>
        <w:t>Trademark</w:t>
      </w:r>
      <w:r>
        <w:rPr>
          <w:b w:val="0"/>
          <w:i w:val="0"/>
          <w:smallCaps w:val="0"/>
          <w:strike w:val="0"/>
          <w:sz w:val="16"/>
          <w:u w:val="none"/>
        </w:rPr>
        <w:t xml:space="preserve"> is a symbol, word, phrase, or design that identifies and distinguishes the source of a product or service from others. Upon registration, the protection is forever, subject to </w:t>
      </w:r>
      <w:r>
        <w:rPr>
          <w:b w:val="0"/>
          <w:i w:val="0"/>
          <w:smallCaps w:val="0"/>
          <w:strike w:val="0"/>
          <w:sz w:val="16"/>
          <w:u w:val="none"/>
        </w:rPr>
        <w:t>renewal of</w:t>
      </w:r>
      <w:r>
        <w:rPr>
          <w:b w:val="0"/>
          <w:i w:val="0"/>
          <w:smallCaps w:val="0"/>
          <w:strike w:val="0"/>
          <w:sz w:val="16"/>
          <w:u w:val="none"/>
        </w:rPr>
        <w:t xml:space="preserve"> every 10 years.</w:t>
      </w:r>
      <w:r>
        <w:rPr>
          <w:b w:val="0"/>
          <w:i w:val="0"/>
          <w:smallCaps w:val="0"/>
          <w:strike w:val="0"/>
          <w:sz w:val="16"/>
          <w:u w:val="none"/>
        </w:rPr>
        <w:t xml:space="preserve"> </w:t>
      </w:r>
      <w:r>
        <w:rPr>
          <w:b/>
          <w:i w:val="0"/>
          <w:smallCaps w:val="0"/>
          <w:strike w:val="0"/>
          <w:sz w:val="16"/>
          <w:u w:val="none"/>
        </w:rPr>
        <w:t xml:space="preserve">Patent </w:t>
      </w:r>
      <w:r>
        <w:rPr>
          <w:b w:val="0"/>
          <w:i w:val="0"/>
          <w:smallCaps w:val="0"/>
          <w:strike w:val="0"/>
          <w:sz w:val="16"/>
          <w:u w:val="none"/>
        </w:rPr>
        <w:t>protects</w:t>
      </w:r>
      <w:r>
        <w:rPr>
          <w:b w:val="0"/>
          <w:i w:val="0"/>
          <w:smallCaps w:val="0"/>
          <w:strike w:val="0"/>
          <w:sz w:val="16"/>
          <w:u w:val="none"/>
        </w:rPr>
        <w:t xml:space="preserve"> an invention and gives the inventor exclusive rights to make, use, and sell their invention for 20 years.</w:t>
      </w:r>
      <w:r>
        <w:rPr>
          <w:b w:val="0"/>
          <w:i w:val="0"/>
          <w:smallCaps w:val="0"/>
          <w:strike w:val="0"/>
          <w:sz w:val="16"/>
          <w:u w:val="none"/>
        </w:rPr>
        <w:t xml:space="preserve"> </w:t>
      </w:r>
      <w:r>
        <w:rPr>
          <w:b/>
          <w:i w:val="0"/>
          <w:smallCaps w:val="0"/>
          <w:strike w:val="0"/>
          <w:sz w:val="16"/>
          <w:u w:val="none"/>
        </w:rPr>
        <w:t xml:space="preserve">Copyright </w:t>
      </w:r>
      <w:r>
        <w:rPr>
          <w:b w:val="0"/>
          <w:i w:val="0"/>
          <w:smallCaps w:val="0"/>
          <w:strike w:val="0"/>
          <w:sz w:val="16"/>
          <w:u w:val="none"/>
        </w:rPr>
        <w:t>protects original works of authorship, such as books, music, and artwork.</w:t>
      </w:r>
      <w:r>
        <w:rPr>
          <w:b w:val="0"/>
          <w:i w:val="0"/>
          <w:smallCaps w:val="0"/>
          <w:strike w:val="0"/>
          <w:sz w:val="16"/>
          <w:u w:val="none"/>
        </w:rPr>
        <w:t xml:space="preserve"> </w:t>
      </w:r>
      <w:r>
        <w:rPr>
          <w:b/>
          <w:i w:val="0"/>
          <w:smallCaps w:val="0"/>
          <w:strike w:val="0"/>
          <w:sz w:val="16"/>
          <w:u w:val="none"/>
        </w:rPr>
        <w:t>Industrial design</w:t>
      </w:r>
      <w:r>
        <w:rPr>
          <w:b w:val="0"/>
          <w:i w:val="0"/>
          <w:smallCaps w:val="0"/>
          <w:strike w:val="0"/>
          <w:sz w:val="16"/>
          <w:u w:val="none"/>
        </w:rPr>
        <w:t xml:space="preserve"> protects the visual appearance of a product. Upon grant, it </w:t>
      </w:r>
      <w:r>
        <w:rPr>
          <w:b w:val="0"/>
          <w:i w:val="0"/>
          <w:smallCaps w:val="0"/>
          <w:strike w:val="0"/>
          <w:sz w:val="16"/>
          <w:u w:val="none"/>
        </w:rPr>
        <w:t>confer</w:t>
      </w:r>
      <w:r>
        <w:rPr>
          <w:b w:val="0"/>
          <w:i w:val="0"/>
          <w:smallCaps w:val="0"/>
          <w:strike w:val="0"/>
          <w:sz w:val="16"/>
          <w:u w:val="none"/>
        </w:rPr>
        <w:t xml:space="preserve"> protection of 25 years.</w:t>
      </w:r>
      <w:r>
        <w:rPr>
          <w:b w:val="0"/>
          <w:i w:val="0"/>
          <w:smallCaps w:val="0"/>
          <w:strike w:val="0"/>
          <w:sz w:val="16"/>
          <w:u w:val="none"/>
        </w:rPr>
        <w:t xml:space="preserve"> </w:t>
      </w:r>
      <w:r>
        <w:rPr>
          <w:b w:val="0"/>
          <w:i w:val="0"/>
          <w:smallCaps w:val="0"/>
          <w:strike w:val="0"/>
          <w:sz w:val="16"/>
          <w:u w:val="none"/>
        </w:rPr>
        <w:t xml:space="preserve">WHY </w:t>
      </w:r>
      <w:r>
        <w:rPr>
          <w:b w:val="0"/>
          <w:i w:val="0"/>
          <w:smallCaps w:val="0"/>
          <w:strike w:val="0"/>
          <w:sz w:val="16"/>
          <w:u w:val="none"/>
        </w:rPr>
        <w:t>SMEs</w:t>
      </w:r>
      <w:r>
        <w:rPr>
          <w:b w:val="0"/>
          <w:i w:val="0"/>
          <w:smallCaps w:val="0"/>
          <w:strike w:val="0"/>
          <w:sz w:val="16"/>
          <w:u w:val="none"/>
        </w:rPr>
        <w:t xml:space="preserve"> NEED IP PROTECTION?</w:t>
      </w:r>
      <w:r>
        <w:rPr>
          <w:b w:val="0"/>
          <w:i w:val="0"/>
          <w:smallCaps w:val="0"/>
          <w:strike w:val="0"/>
          <w:sz w:val="16"/>
          <w:u w:val="none"/>
        </w:rPr>
        <w:t xml:space="preserve"> </w:t>
      </w:r>
      <w:r>
        <w:rPr>
          <w:b/>
          <w:i w:val="0"/>
          <w:smallCaps w:val="0"/>
          <w:strike w:val="0"/>
          <w:sz w:val="16"/>
          <w:u w:val="none"/>
        </w:rPr>
        <w:t>1. Low-Cost Investment That Can Save You Money in the Long Run</w:t>
      </w:r>
      <w:r>
        <w:rPr>
          <w:b w:val="0"/>
          <w:i w:val="0"/>
          <w:smallCaps w:val="0"/>
          <w:strike w:val="0"/>
          <w:sz w:val="16"/>
          <w:u w:val="none"/>
        </w:rPr>
        <w:t xml:space="preserve"> </w:t>
      </w:r>
      <w:r>
        <w:rPr>
          <w:b w:val="0"/>
          <w:i w:val="0"/>
          <w:smallCaps w:val="0"/>
          <w:strike w:val="0"/>
          <w:sz w:val="16"/>
          <w:u w:val="none"/>
        </w:rPr>
        <w:t xml:space="preserve">Registering your IP may seem like an unnecessary expense, but it can </w:t>
      </w:r>
      <w:r>
        <w:rPr>
          <w:b w:val="0"/>
          <w:i w:val="0"/>
          <w:smallCaps w:val="0"/>
          <w:strike w:val="0"/>
          <w:sz w:val="16"/>
          <w:u w:val="none"/>
        </w:rPr>
        <w:t>actually save</w:t>
      </w:r>
      <w:r>
        <w:rPr>
          <w:b w:val="0"/>
          <w:i w:val="0"/>
          <w:smallCaps w:val="0"/>
          <w:strike w:val="0"/>
          <w:sz w:val="16"/>
          <w:u w:val="none"/>
        </w:rPr>
        <w:t xml:space="preserve"> you money in the long run. If your IP is infringed upon, the legal fees and damages could be much higher than the cost of registration. By investing a small amount upfront to secure ownership of your IP, you can avoid costly legal battles down the road.</w:t>
      </w:r>
      <w:r>
        <w:rPr>
          <w:b w:val="0"/>
          <w:i w:val="0"/>
          <w:smallCaps w:val="0"/>
          <w:strike w:val="0"/>
          <w:sz w:val="16"/>
          <w:u w:val="none"/>
        </w:rPr>
        <w:t xml:space="preserve"> </w:t>
      </w:r>
      <w:r>
        <w:rPr>
          <w:b/>
          <w:i w:val="0"/>
          <w:smallCaps w:val="0"/>
          <w:strike w:val="0"/>
          <w:sz w:val="16"/>
          <w:u w:val="none"/>
        </w:rPr>
        <w:t>2. Registration of Intellectual Property Establishes Your Ownership and Builds Your Reputation</w:t>
      </w:r>
      <w:r>
        <w:rPr>
          <w:b w:val="0"/>
          <w:i w:val="0"/>
          <w:smallCaps w:val="0"/>
          <w:strike w:val="0"/>
          <w:sz w:val="16"/>
          <w:u w:val="none"/>
        </w:rPr>
        <w:t xml:space="preserve"> </w:t>
      </w:r>
      <w:r>
        <w:rPr>
          <w:b w:val="0"/>
          <w:i w:val="0"/>
          <w:smallCaps w:val="0"/>
          <w:strike w:val="0"/>
          <w:sz w:val="16"/>
          <w:u w:val="none"/>
        </w:rPr>
        <w:t xml:space="preserve">As a small business, you may be just starting to build your brand and reputation. Registering your IP is the only way to prove your ownership. </w:t>
      </w:r>
      <w:r>
        <w:rPr>
          <w:b w:val="0"/>
          <w:i w:val="0"/>
          <w:smallCaps w:val="0"/>
          <w:strike w:val="0"/>
          <w:u w:val="single"/>
        </w:rPr>
        <w:t>Without registration, your brand and reputation are at risk, and you may lose your brand, customers or market share. On the other hand, it also adds credibility to your business and can help build trust with customers and investors.</w:t>
      </w:r>
      <w:r>
        <w:rPr>
          <w:b w:val="0"/>
          <w:i w:val="0"/>
          <w:smallCaps w:val="0"/>
          <w:strike w:val="0"/>
          <w:sz w:val="16"/>
          <w:u w:val="none"/>
        </w:rPr>
        <w:t xml:space="preserve"> </w:t>
      </w:r>
      <w:r>
        <w:rPr>
          <w:b/>
          <w:i w:val="0"/>
          <w:smallCaps w:val="0"/>
          <w:strike w:val="0"/>
          <w:sz w:val="16"/>
          <w:u w:val="none"/>
        </w:rPr>
        <w:t>3. Your Intellectual Properties Are Valuable, Regardless of Your Company's Size</w:t>
      </w:r>
      <w:r>
        <w:rPr>
          <w:b w:val="0"/>
          <w:i w:val="0"/>
          <w:smallCaps w:val="0"/>
          <w:strike w:val="0"/>
          <w:sz w:val="16"/>
          <w:u w:val="none"/>
        </w:rPr>
        <w:t xml:space="preserve"> </w:t>
      </w:r>
      <w:r>
        <w:rPr>
          <w:b w:val="0"/>
          <w:i w:val="0"/>
          <w:smallCaps w:val="0"/>
          <w:strike w:val="0"/>
          <w:sz w:val="16"/>
          <w:u w:val="none"/>
        </w:rPr>
        <w:t xml:space="preserve">You may believe that your business is too small to attract the attention of infringers. However, this is not always the case. Your IPs are valuable, regardless of your company's size. </w:t>
      </w:r>
      <w:r>
        <w:rPr>
          <w:b w:val="0"/>
          <w:i w:val="0"/>
          <w:smallCaps w:val="0"/>
          <w:strike w:val="0"/>
          <w:u w:val="single"/>
        </w:rPr>
        <w:t>By registering your IP, you can protect your business from competitors who may try to steal your ideas.</w:t>
      </w:r>
      <w:r>
        <w:rPr>
          <w:b w:val="0"/>
          <w:i w:val="0"/>
          <w:smallCaps w:val="0"/>
          <w:strike w:val="0"/>
          <w:sz w:val="16"/>
          <w:u w:val="none"/>
        </w:rPr>
        <w:t xml:space="preserve"> On the other hand, how do you know no other people would come </w:t>
      </w:r>
      <w:r>
        <w:rPr>
          <w:b w:val="0"/>
          <w:i w:val="0"/>
          <w:smallCaps w:val="0"/>
          <w:strike w:val="0"/>
          <w:sz w:val="16"/>
          <w:u w:val="none"/>
        </w:rPr>
        <w:t>out</w:t>
      </w:r>
      <w:r>
        <w:rPr>
          <w:b w:val="0"/>
          <w:i w:val="0"/>
          <w:smallCaps w:val="0"/>
          <w:strike w:val="0"/>
          <w:sz w:val="16"/>
          <w:u w:val="none"/>
        </w:rPr>
        <w:t xml:space="preserve"> with the same creation as you do?</w:t>
      </w:r>
      <w:r>
        <w:rPr>
          <w:b w:val="0"/>
          <w:i w:val="0"/>
          <w:smallCaps w:val="0"/>
          <w:strike w:val="0"/>
          <w:sz w:val="16"/>
          <w:u w:val="none"/>
        </w:rPr>
        <w:t xml:space="preserve"> </w:t>
      </w:r>
      <w:r>
        <w:rPr>
          <w:b/>
          <w:i w:val="0"/>
          <w:smallCaps w:val="0"/>
          <w:strike w:val="0"/>
          <w:sz w:val="16"/>
          <w:u w:val="none"/>
        </w:rPr>
        <w:t xml:space="preserve">4. Registered Intellectual Property Can Help You Secure Funding </w:t>
      </w:r>
      <w:r>
        <w:rPr>
          <w:b w:val="0"/>
          <w:i w:val="0"/>
          <w:smallCaps w:val="0"/>
          <w:strike w:val="0"/>
          <w:sz w:val="16"/>
          <w:u w:val="none"/>
        </w:rPr>
        <w:t xml:space="preserve">If you're looking to grow your business, securing funding and partnerships is essential. At this point, investors will want to see that you have protected your IP, and their investment is safe. </w:t>
      </w:r>
      <w:r>
        <w:rPr>
          <w:b w:val="0"/>
          <w:i w:val="0"/>
          <w:smallCaps w:val="0"/>
          <w:strike w:val="0"/>
          <w:highlight w:val="cyan"/>
          <w:u w:val="single"/>
        </w:rPr>
        <w:t xml:space="preserve">Registered IP is </w:t>
      </w:r>
      <w:r>
        <w:rPr>
          <w:b w:val="0"/>
          <w:i w:val="0"/>
          <w:smallCaps w:val="0"/>
          <w:strike w:val="0"/>
          <w:highlight w:val="cyan"/>
          <w:u w:val="single"/>
        </w:rPr>
        <w:t>a valuable asset</w:t>
      </w:r>
      <w:r>
        <w:rPr>
          <w:b w:val="0"/>
          <w:i w:val="0"/>
          <w:smallCaps w:val="0"/>
          <w:strike w:val="0"/>
          <w:u w:val="single"/>
        </w:rPr>
        <w:t xml:space="preserve"> that can </w:t>
      </w:r>
      <w:r>
        <w:rPr>
          <w:b w:val="0"/>
          <w:i w:val="0"/>
          <w:smallCaps w:val="0"/>
          <w:strike w:val="0"/>
          <w:highlight w:val="cyan"/>
          <w:u w:val="single"/>
        </w:rPr>
        <w:t>increase the value of</w:t>
      </w:r>
      <w:r>
        <w:rPr>
          <w:b w:val="0"/>
          <w:i w:val="0"/>
          <w:smallCaps w:val="0"/>
          <w:strike w:val="0"/>
          <w:u w:val="single"/>
        </w:rPr>
        <w:t xml:space="preserve"> your </w:t>
      </w:r>
      <w:r>
        <w:rPr>
          <w:b w:val="0"/>
          <w:i w:val="0"/>
          <w:smallCaps w:val="0"/>
          <w:strike w:val="0"/>
          <w:highlight w:val="cyan"/>
          <w:u w:val="single"/>
        </w:rPr>
        <w:t>business</w:t>
      </w:r>
      <w:r>
        <w:rPr>
          <w:b w:val="0"/>
          <w:i w:val="0"/>
          <w:smallCaps w:val="0"/>
          <w:strike w:val="0"/>
          <w:u w:val="single"/>
        </w:rPr>
        <w:t xml:space="preserve"> and make it more attractive to investors.</w:t>
      </w:r>
      <w:r>
        <w:rPr>
          <w:b w:val="0"/>
          <w:i w:val="0"/>
          <w:smallCaps w:val="0"/>
          <w:strike w:val="0"/>
          <w:sz w:val="16"/>
          <w:u w:val="none"/>
        </w:rPr>
        <w:t xml:space="preserve"> It shows that you have taken the necessary steps to protect your assets and intellectual property.</w:t>
      </w:r>
      <w:r>
        <w:rPr>
          <w:b w:val="0"/>
          <w:i w:val="0"/>
          <w:smallCaps w:val="0"/>
          <w:strike w:val="0"/>
          <w:sz w:val="16"/>
          <w:u w:val="none"/>
        </w:rPr>
        <w:t xml:space="preserve"> </w:t>
      </w:r>
      <w:r>
        <w:rPr>
          <w:b/>
          <w:i w:val="0"/>
          <w:smallCaps w:val="0"/>
          <w:strike w:val="0"/>
          <w:sz w:val="16"/>
          <w:u w:val="none"/>
        </w:rPr>
        <w:t xml:space="preserve">5. Use Intellectual Property </w:t>
      </w:r>
      <w:r>
        <w:rPr>
          <w:b/>
          <w:i w:val="0"/>
          <w:smallCaps w:val="0"/>
          <w:strike w:val="0"/>
          <w:sz w:val="16"/>
          <w:u w:val="none"/>
        </w:rPr>
        <w:t>As</w:t>
      </w:r>
      <w:r>
        <w:rPr>
          <w:b/>
          <w:i w:val="0"/>
          <w:smallCaps w:val="0"/>
          <w:strike w:val="0"/>
          <w:sz w:val="16"/>
          <w:u w:val="none"/>
        </w:rPr>
        <w:t xml:space="preserve"> A Leverage To Scale Your Business</w:t>
      </w:r>
      <w:r>
        <w:rPr>
          <w:b w:val="0"/>
          <w:i w:val="0"/>
          <w:smallCaps w:val="0"/>
          <w:strike w:val="0"/>
          <w:sz w:val="16"/>
          <w:u w:val="none"/>
        </w:rPr>
        <w:t xml:space="preserve"> </w:t>
      </w:r>
      <w:r>
        <w:rPr>
          <w:b w:val="0"/>
          <w:i w:val="0"/>
          <w:smallCaps w:val="0"/>
          <w:strike w:val="0"/>
          <w:sz w:val="16"/>
          <w:u w:val="none"/>
        </w:rPr>
        <w:t xml:space="preserve">As a SME owner, you can leverage your registered Intellectual Property to scale up your business by recruiting licensees. </w:t>
      </w:r>
      <w:r>
        <w:rPr>
          <w:b w:val="0"/>
          <w:i w:val="0"/>
          <w:smallCaps w:val="0"/>
          <w:strike w:val="0"/>
          <w:u w:val="single"/>
        </w:rPr>
        <w:t xml:space="preserve">You may </w:t>
      </w:r>
      <w:r>
        <w:rPr>
          <w:b w:val="0"/>
          <w:i w:val="0"/>
          <w:smallCaps w:val="0"/>
          <w:strike w:val="0"/>
          <w:highlight w:val="cyan"/>
          <w:u w:val="single"/>
        </w:rPr>
        <w:t>grant</w:t>
      </w:r>
      <w:r>
        <w:rPr>
          <w:b w:val="0"/>
          <w:i w:val="0"/>
          <w:smallCaps w:val="0"/>
          <w:strike w:val="0"/>
          <w:u w:val="single"/>
        </w:rPr>
        <w:t xml:space="preserve"> the rights to use your IP to </w:t>
      </w:r>
      <w:r>
        <w:rPr>
          <w:b w:val="0"/>
          <w:i w:val="0"/>
          <w:smallCaps w:val="0"/>
          <w:strike w:val="0"/>
          <w:highlight w:val="cyan"/>
          <w:u w:val="single"/>
        </w:rPr>
        <w:t>licensees</w:t>
      </w:r>
      <w:r>
        <w:rPr>
          <w:b w:val="0"/>
          <w:i w:val="0"/>
          <w:smallCaps w:val="0"/>
          <w:strike w:val="0"/>
          <w:u w:val="single"/>
        </w:rPr>
        <w:t xml:space="preserve"> in exchange for a fee or royalty payment. </w:t>
      </w:r>
      <w:r>
        <w:rPr>
          <w:b w:val="0"/>
          <w:i w:val="0"/>
          <w:smallCaps w:val="0"/>
          <w:strike w:val="0"/>
          <w:highlight w:val="cyan"/>
          <w:u w:val="single"/>
        </w:rPr>
        <w:t>These</w:t>
      </w:r>
      <w:r>
        <w:rPr>
          <w:b w:val="0"/>
          <w:i w:val="0"/>
          <w:smallCaps w:val="0"/>
          <w:strike w:val="0"/>
          <w:u w:val="single"/>
        </w:rPr>
        <w:t xml:space="preserve"> </w:t>
      </w:r>
      <w:r>
        <w:rPr>
          <w:b w:val="0"/>
          <w:i w:val="0"/>
          <w:smallCaps w:val="0"/>
          <w:strike w:val="0"/>
          <w:u w:val="single"/>
        </w:rPr>
        <w:t xml:space="preserve">licensees can </w:t>
      </w:r>
      <w:r>
        <w:rPr>
          <w:b w:val="0"/>
          <w:i w:val="0"/>
          <w:smallCaps w:val="0"/>
          <w:strike w:val="0"/>
          <w:highlight w:val="cyan"/>
          <w:u w:val="single"/>
        </w:rPr>
        <w:t>help</w:t>
      </w:r>
      <w:r>
        <w:rPr>
          <w:b w:val="0"/>
          <w:i w:val="0"/>
          <w:smallCaps w:val="0"/>
          <w:strike w:val="0"/>
          <w:u w:val="single"/>
        </w:rPr>
        <w:t xml:space="preserve"> you </w:t>
      </w:r>
      <w:r>
        <w:rPr>
          <w:b w:val="0"/>
          <w:i w:val="0"/>
          <w:smallCaps w:val="0"/>
          <w:strike w:val="0"/>
          <w:highlight w:val="cyan"/>
          <w:u w:val="single"/>
        </w:rPr>
        <w:t>generate revenue without</w:t>
      </w:r>
      <w:r>
        <w:rPr>
          <w:b w:val="0"/>
          <w:i w:val="0"/>
          <w:smallCaps w:val="0"/>
          <w:strike w:val="0"/>
          <w:u w:val="single"/>
        </w:rPr>
        <w:t xml:space="preserve"> the need </w:t>
      </w:r>
      <w:r>
        <w:rPr>
          <w:b w:val="0"/>
          <w:i w:val="0"/>
          <w:smallCaps w:val="0"/>
          <w:strike w:val="0"/>
          <w:u w:val="single"/>
        </w:rPr>
        <w:t>of</w:t>
      </w:r>
      <w:r>
        <w:rPr>
          <w:b w:val="0"/>
          <w:i w:val="0"/>
          <w:smallCaps w:val="0"/>
          <w:strike w:val="0"/>
          <w:u w:val="single"/>
        </w:rPr>
        <w:t xml:space="preserve"> you </w:t>
      </w:r>
      <w:r>
        <w:rPr>
          <w:b w:val="0"/>
          <w:i w:val="0"/>
          <w:smallCaps w:val="0"/>
          <w:strike w:val="0"/>
          <w:highlight w:val="cyan"/>
          <w:u w:val="single"/>
        </w:rPr>
        <w:t>investing significant resources</w:t>
      </w:r>
      <w:r>
        <w:rPr>
          <w:b w:val="0"/>
          <w:i w:val="0"/>
          <w:smallCaps w:val="0"/>
          <w:strike w:val="0"/>
          <w:u w:val="single"/>
        </w:rPr>
        <w:t xml:space="preserve"> into manufacturing and distribution. This </w:t>
      </w:r>
      <w:r>
        <w:rPr>
          <w:b w:val="0"/>
          <w:i w:val="0"/>
          <w:smallCaps w:val="0"/>
          <w:strike w:val="0"/>
          <w:highlight w:val="cyan"/>
          <w:u w:val="single"/>
        </w:rPr>
        <w:t>can expand</w:t>
      </w:r>
      <w:r>
        <w:rPr>
          <w:b w:val="0"/>
          <w:i w:val="0"/>
          <w:smallCaps w:val="0"/>
          <w:strike w:val="0"/>
          <w:u w:val="single"/>
        </w:rPr>
        <w:t xml:space="preserve"> your </w:t>
      </w:r>
      <w:r>
        <w:rPr>
          <w:b w:val="0"/>
          <w:i w:val="0"/>
          <w:smallCaps w:val="0"/>
          <w:strike w:val="0"/>
          <w:highlight w:val="cyan"/>
          <w:u w:val="single"/>
        </w:rPr>
        <w:t>market reach and increase</w:t>
      </w:r>
      <w:r>
        <w:rPr>
          <w:b w:val="0"/>
          <w:i w:val="0"/>
          <w:smallCaps w:val="0"/>
          <w:strike w:val="0"/>
          <w:u w:val="single"/>
        </w:rPr>
        <w:t xml:space="preserve"> your </w:t>
      </w:r>
      <w:r>
        <w:rPr>
          <w:b w:val="0"/>
          <w:i w:val="0"/>
          <w:smallCaps w:val="0"/>
          <w:strike w:val="0"/>
          <w:highlight w:val="cyan"/>
          <w:u w:val="single"/>
        </w:rPr>
        <w:t>profitability</w:t>
      </w:r>
      <w:r>
        <w:rPr>
          <w:b w:val="0"/>
          <w:i w:val="0"/>
          <w:smallCaps w:val="0"/>
          <w:strike w:val="0"/>
          <w:u w:val="single"/>
        </w:rPr>
        <w:t>.</w:t>
      </w:r>
      <w:r>
        <w:rPr>
          <w:b w:val="0"/>
          <w:i w:val="0"/>
          <w:smallCaps w:val="0"/>
          <w:strike w:val="0"/>
          <w:sz w:val="16"/>
          <w:u w:val="none"/>
        </w:rPr>
        <w:t xml:space="preserve"> To attract potential licensees, you should have a strong IP portfolio that demonstrates the value of your creations, which can make you an attractive partner</w:t>
      </w:r>
      <w:r>
        <w:rPr>
          <w:b w:val="0"/>
          <w:i w:val="0"/>
          <w:smallCaps w:val="0"/>
          <w:strike w:val="0"/>
          <w:u w:val="single"/>
        </w:rPr>
        <w:t>.</w:t>
      </w:r>
      <w:r>
        <w:rPr>
          <w:b w:val="0"/>
          <w:i w:val="0"/>
          <w:smallCaps w:val="0"/>
          <w:strike w:val="0"/>
          <w:u w:val="single"/>
        </w:rPr>
        <w:t xml:space="preserve"> </w:t>
      </w:r>
      <w:r>
        <w:rPr>
          <w:b w:val="0"/>
          <w:i w:val="0"/>
          <w:smallCaps w:val="0"/>
          <w:strike w:val="0"/>
          <w:u w:val="single"/>
        </w:rPr>
        <w:t xml:space="preserve">Therefore, </w:t>
      </w:r>
      <w:r>
        <w:rPr>
          <w:b w:val="0"/>
          <w:i w:val="0"/>
          <w:smallCaps w:val="0"/>
          <w:strike w:val="0"/>
          <w:highlight w:val="cyan"/>
          <w:u w:val="single"/>
        </w:rPr>
        <w:t>licensing</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is</w:t>
      </w:r>
      <w:r>
        <w:rPr>
          <w:b w:val="0"/>
          <w:i w:val="0"/>
          <w:smallCaps w:val="0"/>
          <w:strike w:val="0"/>
          <w:u w:val="single"/>
        </w:rPr>
        <w:t xml:space="preserve"> a </w:t>
      </w:r>
      <w:r>
        <w:rPr>
          <w:b w:val="0"/>
          <w:i w:val="0"/>
          <w:smallCaps w:val="0"/>
          <w:strike w:val="0"/>
          <w:highlight w:val="cyan"/>
          <w:u w:val="single"/>
        </w:rPr>
        <w:t>valuabl</w:t>
      </w:r>
      <w:r>
        <w:rPr>
          <w:b w:val="0"/>
          <w:i w:val="0"/>
          <w:smallCaps w:val="0"/>
          <w:strike w:val="0"/>
          <w:u w:val="single"/>
        </w:rPr>
        <w:t xml:space="preserve">e strategy </w:t>
      </w:r>
      <w:r>
        <w:rPr>
          <w:b w:val="0"/>
          <w:i w:val="0"/>
          <w:smallCaps w:val="0"/>
          <w:strike w:val="0"/>
          <w:highlight w:val="cyan"/>
          <w:u w:val="single"/>
        </w:rPr>
        <w:t>for small businesses</w:t>
      </w:r>
      <w:r>
        <w:rPr>
          <w:b w:val="0"/>
          <w:i w:val="0"/>
          <w:smallCaps w:val="0"/>
          <w:strike w:val="0"/>
          <w:u w:val="single"/>
        </w:rPr>
        <w:t xml:space="preserve"> looking </w:t>
      </w:r>
      <w:r>
        <w:rPr>
          <w:b w:val="0"/>
          <w:i w:val="0"/>
          <w:smallCaps w:val="0"/>
          <w:strike w:val="0"/>
          <w:highlight w:val="cyan"/>
          <w:u w:val="single"/>
        </w:rPr>
        <w:t>to scale up their business</w:t>
      </w:r>
      <w:r>
        <w:rPr>
          <w:b w:val="0"/>
          <w:i w:val="0"/>
          <w:smallCaps w:val="0"/>
          <w:strike w:val="0"/>
          <w:sz w:val="16"/>
          <w:u w:val="none"/>
        </w:rPr>
        <w:t>.</w:t>
      </w:r>
      <w:r>
        <w:rPr>
          <w:b w:val="0"/>
          <w:i w:val="0"/>
          <w:smallCaps w:val="0"/>
          <w:strike w:val="0"/>
          <w:sz w:val="16"/>
          <w:u w:val="none"/>
        </w:rPr>
        <w:t xml:space="preserve"> </w:t>
      </w:r>
      <w:r>
        <w:rPr>
          <w:b/>
          <w:i w:val="0"/>
          <w:smallCaps w:val="0"/>
          <w:strike w:val="0"/>
          <w:sz w:val="16"/>
          <w:u w:val="none"/>
        </w:rPr>
        <w:t>6. Prevent Infringement</w:t>
      </w:r>
      <w:r>
        <w:rPr>
          <w:b w:val="0"/>
          <w:i w:val="0"/>
          <w:smallCaps w:val="0"/>
          <w:strike w:val="0"/>
          <w:sz w:val="16"/>
          <w:u w:val="none"/>
        </w:rPr>
        <w:t xml:space="preserve"> </w:t>
      </w:r>
      <w:r>
        <w:rPr>
          <w:b w:val="0"/>
          <w:i w:val="0"/>
          <w:smallCaps w:val="0"/>
          <w:strike w:val="0"/>
          <w:sz w:val="16"/>
          <w:u w:val="none"/>
        </w:rPr>
        <w:t xml:space="preserve">Just because you are a small business, it doesn't mean that others won't copy your ideas or products. </w:t>
      </w:r>
      <w:r>
        <w:rPr>
          <w:b w:val="0"/>
          <w:i w:val="0"/>
          <w:smallCaps w:val="0"/>
          <w:strike w:val="0"/>
          <w:u w:val="single"/>
        </w:rPr>
        <w:t>In fact, SMEs are often more vulnerable to IP infringement because they have limited resources to fight against it.</w:t>
      </w:r>
      <w:r>
        <w:rPr>
          <w:b w:val="0"/>
          <w:i w:val="0"/>
          <w:smallCaps w:val="0"/>
          <w:strike w:val="0"/>
          <w:sz w:val="16"/>
          <w:u w:val="none"/>
        </w:rPr>
        <w:t xml:space="preserve"> By registering your IP, you can prevent others from using or copying your ideas or products and protect your business from unfair competition.</w:t>
      </w:r>
      <w:r>
        <w:rPr>
          <w:b w:val="0"/>
          <w:i w:val="0"/>
          <w:smallCaps w:val="0"/>
          <w:strike w:val="0"/>
          <w:sz w:val="16"/>
          <w:u w:val="none"/>
        </w:rPr>
        <w:t xml:space="preserve"> </w:t>
      </w:r>
      <w:r>
        <w:rPr>
          <w:b w:val="0"/>
          <w:i w:val="0"/>
          <w:smallCaps w:val="0"/>
          <w:strike w:val="0"/>
          <w:u w:val="single"/>
        </w:rPr>
        <w:t xml:space="preserve">In summary, </w:t>
      </w:r>
      <w:r>
        <w:rPr>
          <w:b w:val="0"/>
          <w:i w:val="0"/>
          <w:smallCaps w:val="0"/>
          <w:strike w:val="0"/>
          <w:highlight w:val="cyan"/>
          <w:u w:val="single"/>
        </w:rPr>
        <w:t>SMEs cannot afford to overlook the importance of IP protection</w:t>
      </w:r>
      <w:r>
        <w:rPr>
          <w:b w:val="0"/>
          <w:i w:val="0"/>
          <w:smallCaps w:val="0"/>
          <w:strike w:val="0"/>
          <w:u w:val="single"/>
        </w:rPr>
        <w:t>.</w:t>
      </w:r>
      <w:r>
        <w:rPr>
          <w:b w:val="0"/>
          <w:i w:val="0"/>
          <w:smallCaps w:val="0"/>
          <w:strike w:val="0"/>
          <w:sz w:val="16"/>
          <w:u w:val="none"/>
        </w:rPr>
        <w:t xml:space="preserve"> By registering your IP, you can protect your assets, establish your ownership, and build your reputation. It's a low-cost investment that can save you money in the long run and help you secure funding and partnerships. Don't let your company fall victim to IP infringement – prioritize IP protection today.</w:t>
      </w:r>
      <w:r>
        <w:rPr>
          <w:b w:val="0"/>
          <w:i w:val="0"/>
          <w:smallCaps w:val="0"/>
          <w:strike w:val="0"/>
          <w:sz w:val="16"/>
          <w:u w:val="none"/>
        </w:rPr>
        <w:t xml:space="preserv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