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Plan improves investor confidence – selling data to train AI is extremely profitable</w:t>
      </w:r>
    </w:p>
    <w:p>
      <w:pPr>
        <w:spacing w:after="80"/>
      </w:pPr>
      <w:r>
        <w:rPr>
          <w:b/>
          <w:i w:val="0"/>
          <w:smallCaps w:val="0"/>
          <w:strike w:val="0"/>
          <w:sz w:val="26"/>
          <w:u w:val="none"/>
        </w:rPr>
        <w:t>Ludlow 24,</w:t>
      </w:r>
      <w:r>
        <w:rPr>
          <w:b w:val="0"/>
          <w:i w:val="0"/>
          <w:smallCaps w:val="0"/>
          <w:strike w:val="0"/>
          <w:u w:val="none"/>
        </w:rPr>
        <w:t xml:space="preserve"> Edward Ludlow is the San Francisco-based co-host of Bloomberg Technology, “Reddit’s Move to License Data for AI Finds Favor </w:t>
      </w:r>
      <w:r>
        <w:rPr>
          <w:b w:val="0"/>
          <w:i w:val="0"/>
          <w:smallCaps w:val="0"/>
          <w:strike w:val="0"/>
          <w:u w:val="none"/>
        </w:rPr>
        <w:t>With</w:t>
      </w:r>
      <w:r>
        <w:rPr>
          <w:b w:val="0"/>
          <w:i w:val="0"/>
          <w:smallCaps w:val="0"/>
          <w:strike w:val="0"/>
          <w:u w:val="none"/>
        </w:rPr>
        <w:t xml:space="preserve"> Investors,” 3/22/2024, https://www.bloomberg.com/news/newsletters/2024-03-22/reddit-s-decision-to-license-data-for-ai-backed-by-investors //CPSW MC</w:t>
      </w:r>
    </w:p>
    <w:p>
      <w:pPr>
        <w:spacing w:after="60"/>
      </w:pPr>
      <w:r>
        <w:rPr>
          <w:b w:val="0"/>
          <w:i w:val="0"/>
          <w:smallCaps w:val="0"/>
          <w:strike w:val="0"/>
          <w:sz w:val="22"/>
          <w:u w:val="single"/>
        </w:rPr>
        <w:t>Reddit</w:t>
      </w:r>
      <w:r>
        <w:rPr>
          <w:b w:val="0"/>
          <w:i w:val="0"/>
          <w:smallCaps w:val="0"/>
          <w:strike w:val="0"/>
          <w:sz w:val="16"/>
          <w:u w:val="none"/>
        </w:rPr>
        <w:t xml:space="preserve"> Inc. </w:t>
      </w:r>
      <w:r>
        <w:rPr>
          <w:b w:val="0"/>
          <w:i w:val="0"/>
          <w:smallCaps w:val="0"/>
          <w:strike w:val="0"/>
          <w:sz w:val="22"/>
          <w:u w:val="single"/>
        </w:rPr>
        <w:t>getting its a</w:t>
      </w:r>
      <w:r>
        <w:rPr>
          <w:b w:val="0"/>
          <w:i w:val="0"/>
          <w:smallCaps w:val="0"/>
          <w:strike w:val="0"/>
          <w:sz w:val="16"/>
          <w:u w:val="none"/>
        </w:rPr>
        <w:t xml:space="preserve">rtificial </w:t>
      </w:r>
      <w:r>
        <w:rPr>
          <w:b w:val="0"/>
          <w:i w:val="0"/>
          <w:smallCaps w:val="0"/>
          <w:strike w:val="0"/>
          <w:sz w:val="22"/>
          <w:u w:val="single"/>
        </w:rPr>
        <w:t>i</w:t>
      </w:r>
      <w:r>
        <w:rPr>
          <w:b w:val="0"/>
          <w:i w:val="0"/>
          <w:smallCaps w:val="0"/>
          <w:strike w:val="0"/>
          <w:sz w:val="16"/>
          <w:u w:val="none"/>
        </w:rPr>
        <w:t xml:space="preserve">ntelligence </w:t>
      </w:r>
      <w:r>
        <w:rPr>
          <w:b w:val="0"/>
          <w:i w:val="0"/>
          <w:smallCaps w:val="0"/>
          <w:strike w:val="0"/>
          <w:sz w:val="22"/>
          <w:u w:val="single"/>
        </w:rPr>
        <w:t>story right was a big part of a successful listing day on Thursday. Shares gained 48%</w:t>
      </w:r>
      <w:r>
        <w:rPr>
          <w:b w:val="0"/>
          <w:i w:val="0"/>
          <w:smallCaps w:val="0"/>
          <w:strike w:val="0"/>
          <w:sz w:val="16"/>
          <w:u w:val="none"/>
        </w:rPr>
        <w:t xml:space="preserve"> on the social platform's trading debut from its $34 initial public offering price. Now the communities, forum-based platform </w:t>
      </w:r>
      <w:r>
        <w:rPr>
          <w:b w:val="0"/>
          <w:i w:val="0"/>
          <w:smallCaps w:val="0"/>
          <w:strike w:val="0"/>
          <w:sz w:val="16"/>
          <w:u w:val="none"/>
        </w:rPr>
        <w:t>has to</w:t>
      </w:r>
      <w:r>
        <w:rPr>
          <w:b w:val="0"/>
          <w:i w:val="0"/>
          <w:smallCaps w:val="0"/>
          <w:strike w:val="0"/>
          <w:sz w:val="16"/>
          <w:u w:val="none"/>
        </w:rPr>
        <w:t xml:space="preserve"> go out and prove that selling user data to AI companies is a viable business. The basic pitch is that </w:t>
      </w:r>
      <w:r>
        <w:rPr>
          <w:b w:val="0"/>
          <w:i w:val="0"/>
          <w:smallCaps w:val="0"/>
          <w:strike w:val="0"/>
          <w:sz w:val="22"/>
          <w:highlight w:val="cyan"/>
          <w:u w:val="single"/>
        </w:rPr>
        <w:t>Reddit's going to grow 20% a year, in part by licensing</w:t>
      </w:r>
      <w:r>
        <w:rPr>
          <w:b w:val="0"/>
          <w:i w:val="0"/>
          <w:smallCaps w:val="0"/>
          <w:strike w:val="0"/>
          <w:sz w:val="22"/>
          <w:u w:val="single"/>
        </w:rPr>
        <w:t xml:space="preserve"> its users’ </w:t>
      </w:r>
      <w:r>
        <w:rPr>
          <w:b w:val="0"/>
          <w:i w:val="0"/>
          <w:smallCaps w:val="0"/>
          <w:strike w:val="0"/>
          <w:sz w:val="22"/>
          <w:highlight w:val="cyan"/>
          <w:u w:val="single"/>
        </w:rPr>
        <w:t>data to</w:t>
      </w:r>
      <w:r>
        <w:rPr>
          <w:b w:val="0"/>
          <w:i w:val="0"/>
          <w:smallCaps w:val="0"/>
          <w:strike w:val="0"/>
          <w:sz w:val="22"/>
          <w:u w:val="single"/>
        </w:rPr>
        <w:t xml:space="preserve"> builders of </w:t>
      </w:r>
      <w:r>
        <w:rPr>
          <w:b w:val="0"/>
          <w:i w:val="0"/>
          <w:smallCaps w:val="0"/>
          <w:strike w:val="0"/>
          <w:sz w:val="22"/>
          <w:highlight w:val="cyan"/>
          <w:u w:val="single"/>
        </w:rPr>
        <w:t>l</w:t>
      </w:r>
      <w:r>
        <w:rPr>
          <w:b w:val="0"/>
          <w:i w:val="0"/>
          <w:smallCaps w:val="0"/>
          <w:strike w:val="0"/>
          <w:sz w:val="22"/>
          <w:u w:val="single"/>
        </w:rPr>
        <w:t xml:space="preserve">arge </w:t>
      </w:r>
      <w:r>
        <w:rPr>
          <w:b w:val="0"/>
          <w:i w:val="0"/>
          <w:smallCaps w:val="0"/>
          <w:strike w:val="0"/>
          <w:sz w:val="22"/>
          <w:highlight w:val="cyan"/>
          <w:u w:val="single"/>
        </w:rPr>
        <w:t>l</w:t>
      </w:r>
      <w:r>
        <w:rPr>
          <w:b w:val="0"/>
          <w:i w:val="0"/>
          <w:smallCaps w:val="0"/>
          <w:strike w:val="0"/>
          <w:sz w:val="22"/>
          <w:u w:val="single"/>
        </w:rPr>
        <w:t xml:space="preserve">anguage </w:t>
      </w:r>
      <w:r>
        <w:rPr>
          <w:b w:val="0"/>
          <w:i w:val="0"/>
          <w:smallCaps w:val="0"/>
          <w:strike w:val="0"/>
          <w:sz w:val="22"/>
          <w:highlight w:val="cyan"/>
          <w:u w:val="single"/>
        </w:rPr>
        <w:t>m</w:t>
      </w:r>
      <w:r>
        <w:rPr>
          <w:b w:val="0"/>
          <w:i w:val="0"/>
          <w:smallCaps w:val="0"/>
          <w:strike w:val="0"/>
          <w:sz w:val="22"/>
          <w:u w:val="single"/>
        </w:rPr>
        <w:t>odel</w:t>
      </w:r>
      <w:r>
        <w:rPr>
          <w:b w:val="0"/>
          <w:i w:val="0"/>
          <w:smallCaps w:val="0"/>
          <w:strike w:val="0"/>
          <w:sz w:val="22"/>
          <w:highlight w:val="cyan"/>
          <w:u w:val="single"/>
        </w:rPr>
        <w:t>s</w:t>
      </w:r>
      <w:r>
        <w:rPr>
          <w:b w:val="0"/>
          <w:i w:val="0"/>
          <w:smallCaps w:val="0"/>
          <w:strike w:val="0"/>
          <w:sz w:val="22"/>
          <w:u w:val="single"/>
        </w:rPr>
        <w:t xml:space="preserve">. Those </w:t>
      </w:r>
      <w:r>
        <w:rPr>
          <w:b w:val="0"/>
          <w:i w:val="0"/>
          <w:smallCaps w:val="0"/>
          <w:strike w:val="0"/>
          <w:sz w:val="22"/>
          <w:highlight w:val="cyan"/>
          <w:u w:val="single"/>
        </w:rPr>
        <w:t>LLMs</w:t>
      </w:r>
      <w:r>
        <w:rPr>
          <w:b w:val="0"/>
          <w:i w:val="0"/>
          <w:smallCaps w:val="0"/>
          <w:strike w:val="0"/>
          <w:sz w:val="22"/>
          <w:u w:val="single"/>
        </w:rPr>
        <w:t xml:space="preserve"> are the very large neural networks that </w:t>
      </w:r>
      <w:r>
        <w:rPr>
          <w:b w:val="0"/>
          <w:i w:val="0"/>
          <w:smallCaps w:val="0"/>
          <w:strike w:val="0"/>
          <w:sz w:val="22"/>
          <w:highlight w:val="cyan"/>
          <w:u w:val="single"/>
        </w:rPr>
        <w:t>are trained using massive amounts of</w:t>
      </w:r>
      <w:r>
        <w:rPr>
          <w:b w:val="0"/>
          <w:i w:val="0"/>
          <w:smallCaps w:val="0"/>
          <w:strike w:val="0"/>
          <w:sz w:val="22"/>
          <w:u w:val="single"/>
        </w:rPr>
        <w:t xml:space="preserve"> text and </w:t>
      </w:r>
      <w:r>
        <w:rPr>
          <w:b w:val="0"/>
          <w:i w:val="0"/>
          <w:smallCaps w:val="0"/>
          <w:strike w:val="0"/>
          <w:sz w:val="22"/>
          <w:highlight w:val="cyan"/>
          <w:u w:val="single"/>
        </w:rPr>
        <w:t>data</w:t>
      </w:r>
      <w:r>
        <w:rPr>
          <w:b w:val="0"/>
          <w:i w:val="0"/>
          <w:smallCaps w:val="0"/>
          <w:strike w:val="0"/>
          <w:sz w:val="16"/>
          <w:u w:val="none"/>
        </w:rPr>
        <w:t xml:space="preserve">, including e-books, news articles and websites like Wikipedia. </w:t>
      </w:r>
      <w:r>
        <w:rPr>
          <w:b w:val="0"/>
          <w:i w:val="0"/>
          <w:smallCaps w:val="0"/>
          <w:strike w:val="0"/>
          <w:sz w:val="22"/>
          <w:highlight w:val="cyan"/>
          <w:u w:val="single"/>
        </w:rPr>
        <w:t>That plan could work because Reddit has</w:t>
      </w:r>
      <w:r>
        <w:rPr>
          <w:b w:val="0"/>
          <w:i w:val="0"/>
          <w:smallCaps w:val="0"/>
          <w:strike w:val="0"/>
          <w:sz w:val="16"/>
          <w:u w:val="none"/>
        </w:rPr>
        <w:t xml:space="preserve"> exactly that — </w:t>
      </w:r>
      <w:r>
        <w:rPr>
          <w:b w:val="0"/>
          <w:i w:val="0"/>
          <w:smallCaps w:val="0"/>
          <w:strike w:val="0"/>
          <w:sz w:val="22"/>
          <w:highlight w:val="cyan"/>
          <w:u w:val="single"/>
        </w:rPr>
        <w:t>lots of text</w:t>
      </w:r>
      <w:r>
        <w:rPr>
          <w:b w:val="0"/>
          <w:i w:val="0"/>
          <w:smallCaps w:val="0"/>
          <w:strike w:val="0"/>
          <w:sz w:val="22"/>
          <w:u w:val="single"/>
        </w:rPr>
        <w:t xml:space="preserve">. And </w:t>
      </w:r>
      <w:r>
        <w:rPr>
          <w:b/>
          <w:i w:val="0"/>
          <w:smallCaps w:val="0"/>
          <w:strike w:val="0"/>
          <w:sz w:val="22"/>
          <w:highlight w:val="cyan"/>
          <w:u w:val="single"/>
        </w:rPr>
        <w:t>investors like the idea</w:t>
      </w:r>
      <w:r>
        <w:rPr>
          <w:b w:val="0"/>
          <w:i w:val="0"/>
          <w:smallCaps w:val="0"/>
          <w:strike w:val="0"/>
          <w:sz w:val="22"/>
          <w:highlight w:val="cyan"/>
          <w:u w:val="single"/>
        </w:rPr>
        <w:t xml:space="preserve"> of </w:t>
      </w:r>
      <w:r>
        <w:rPr>
          <w:b/>
          <w:i w:val="0"/>
          <w:smallCaps w:val="0"/>
          <w:strike w:val="0"/>
          <w:sz w:val="22"/>
          <w:highlight w:val="cyan"/>
          <w:u w:val="single"/>
        </w:rPr>
        <w:t>selling</w:t>
      </w:r>
      <w:r>
        <w:rPr>
          <w:b/>
          <w:i w:val="0"/>
          <w:smallCaps w:val="0"/>
          <w:strike w:val="0"/>
          <w:sz w:val="22"/>
          <w:u w:val="single"/>
        </w:rPr>
        <w:t xml:space="preserve"> that </w:t>
      </w:r>
      <w:r>
        <w:rPr>
          <w:b/>
          <w:i w:val="0"/>
          <w:smallCaps w:val="0"/>
          <w:strike w:val="0"/>
          <w:sz w:val="22"/>
          <w:highlight w:val="cyan"/>
          <w:u w:val="single"/>
        </w:rPr>
        <w:t>data</w:t>
      </w:r>
      <w:r>
        <w:rPr>
          <w:b w:val="0"/>
          <w:i w:val="0"/>
          <w:smallCaps w:val="0"/>
          <w:strike w:val="0"/>
          <w:sz w:val="22"/>
          <w:highlight w:val="cyan"/>
          <w:u w:val="single"/>
        </w:rPr>
        <w:t xml:space="preserve"> because it will supplement a</w:t>
      </w:r>
      <w:r>
        <w:rPr>
          <w:b w:val="0"/>
          <w:i w:val="0"/>
          <w:smallCaps w:val="0"/>
          <w:strike w:val="0"/>
          <w:sz w:val="16"/>
          <w:u w:val="none"/>
        </w:rPr>
        <w:t xml:space="preserve"> </w:t>
      </w:r>
      <w:r>
        <w:rPr>
          <w:b w:val="0"/>
          <w:i w:val="0"/>
          <w:smallCaps w:val="0"/>
          <w:strike w:val="0"/>
          <w:sz w:val="16"/>
          <w:u w:val="none"/>
        </w:rPr>
        <w:t>longer-standing</w:t>
      </w:r>
      <w:r>
        <w:rPr>
          <w:b w:val="0"/>
          <w:i w:val="0"/>
          <w:smallCaps w:val="0"/>
          <w:strike w:val="0"/>
          <w:sz w:val="16"/>
          <w:u w:val="none"/>
        </w:rPr>
        <w:t xml:space="preserve">, but still young advertising </w:t>
      </w:r>
      <w:r>
        <w:rPr>
          <w:b w:val="0"/>
          <w:i w:val="0"/>
          <w:smallCaps w:val="0"/>
          <w:strike w:val="0"/>
          <w:sz w:val="22"/>
          <w:highlight w:val="cyan"/>
          <w:u w:val="single"/>
        </w:rPr>
        <w:t>business</w:t>
      </w:r>
      <w:r>
        <w:rPr>
          <w:b w:val="0"/>
          <w:i w:val="0"/>
          <w:smallCaps w:val="0"/>
          <w:strike w:val="0"/>
          <w:sz w:val="16"/>
          <w:u w:val="none"/>
        </w:rPr>
        <w:t xml:space="preserve"> that helped Reddit post $800 million in sales last year, although the company reported a net loss of $91 million. “</w:t>
      </w:r>
      <w:r>
        <w:rPr>
          <w:b w:val="0"/>
          <w:i w:val="0"/>
          <w:smallCaps w:val="0"/>
          <w:strike w:val="0"/>
          <w:sz w:val="22"/>
          <w:u w:val="single"/>
        </w:rPr>
        <w:t xml:space="preserve">There's the </w:t>
      </w:r>
      <w:r>
        <w:rPr>
          <w:b w:val="0"/>
          <w:i w:val="0"/>
          <w:smallCaps w:val="0"/>
          <w:strike w:val="0"/>
          <w:sz w:val="22"/>
          <w:u w:val="single"/>
        </w:rPr>
        <w:t>new emerging market of AI, where large language models need data to train on</w:t>
      </w:r>
      <w:r>
        <w:rPr>
          <w:b w:val="0"/>
          <w:i w:val="0"/>
          <w:smallCaps w:val="0"/>
          <w:strike w:val="0"/>
          <w:sz w:val="16"/>
          <w:u w:val="none"/>
        </w:rPr>
        <w:t>,” Reddit's Chief Operating Officer Jen Wong told me on Bloomberg Technology. “And when you look at Reddit's corpus, 19 years of human experience organized by topic with moderation and relevance, that's incredibly important to building both the chat capability and the freshness of information.”</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