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Democratic erosion spurs </w:t>
      </w:r>
      <w:r>
        <w:rPr>
          <w:b/>
          <w:i w:val="0"/>
          <w:smallCaps w:val="0"/>
          <w:strike w:val="0"/>
          <w:sz w:val="26"/>
          <w:u w:val="single"/>
        </w:rPr>
        <w:t>world war</w:t>
      </w:r>
      <w:r>
        <w:rPr>
          <w:b/>
          <w:i w:val="0"/>
          <w:smallCaps w:val="0"/>
          <w:strike w:val="0"/>
          <w:sz w:val="26"/>
          <w:u w:val="none"/>
        </w:rPr>
        <w:t xml:space="preserve">----stability ensures </w:t>
      </w:r>
      <w:r>
        <w:rPr>
          <w:b/>
          <w:i w:val="0"/>
          <w:smallCaps w:val="0"/>
          <w:strike w:val="0"/>
          <w:sz w:val="26"/>
          <w:u w:val="single"/>
        </w:rPr>
        <w:t>global peace</w:t>
      </w:r>
    </w:p>
    <w:p>
      <w:pPr>
        <w:spacing w:after="80"/>
      </w:pPr>
      <w:r>
        <w:rPr>
          <w:b/>
          <w:i w:val="0"/>
          <w:smallCaps w:val="0"/>
          <w:strike w:val="0"/>
          <w:sz w:val="26"/>
          <w:u w:val="none"/>
        </w:rPr>
        <w:t>Diamond 19</w:t>
      </w:r>
      <w:r>
        <w:rPr>
          <w:b w:val="0"/>
          <w:i w:val="0"/>
          <w:smallCaps w:val="0"/>
          <w:strike w:val="0"/>
          <w:u w:val="none"/>
        </w:rPr>
        <w:t xml:space="preserve">, Stanford University's Freeman </w:t>
      </w:r>
      <w:r>
        <w:rPr>
          <w:b w:val="0"/>
          <w:i w:val="0"/>
          <w:smallCaps w:val="0"/>
          <w:strike w:val="0"/>
          <w:u w:val="none"/>
        </w:rPr>
        <w:t>Spogli</w:t>
      </w:r>
      <w:r>
        <w:rPr>
          <w:b w:val="0"/>
          <w:i w:val="0"/>
          <w:smallCaps w:val="0"/>
          <w:strike w:val="0"/>
          <w:u w:val="none"/>
        </w:rPr>
        <w:t xml:space="preserve"> Institute for International Studies senior fellow (Larry, </w:t>
      </w:r>
      <w:r>
        <w:rPr>
          <w:b w:val="0"/>
          <w:i w:val="0"/>
          <w:smallCaps w:val="0"/>
          <w:strike w:val="0"/>
          <w:u w:val="single"/>
        </w:rPr>
        <w:t>Ill Winds: Saving Democracy from Russian Rage, Chinese Ambition, and American Complacency</w:t>
      </w:r>
      <w:r>
        <w:rPr>
          <w:b w:val="0"/>
          <w:i w:val="0"/>
          <w:smallCaps w:val="0"/>
          <w:strike w:val="0"/>
          <w:u w:val="none"/>
        </w:rPr>
        <w:t>, Ch 14)</w:t>
      </w:r>
    </w:p>
    <w:p>
      <w:pPr>
        <w:spacing w:after="60"/>
      </w:pPr>
      <w:r>
        <w:rPr>
          <w:b w:val="0"/>
          <w:i w:val="0"/>
          <w:smallCaps w:val="0"/>
          <w:strike w:val="0"/>
          <w:sz w:val="14"/>
          <w:u w:val="none"/>
        </w:rPr>
        <w:t xml:space="preserve">The lengthening shadow of </w:t>
      </w:r>
      <w:r>
        <w:rPr>
          <w:b w:val="0"/>
          <w:i w:val="0"/>
          <w:smallCaps w:val="0"/>
          <w:strike w:val="0"/>
          <w:sz w:val="22"/>
          <w:highlight w:val="cyan"/>
          <w:u w:val="single"/>
        </w:rPr>
        <w:t>authoritarianism would</w:t>
      </w:r>
      <w:r>
        <w:rPr>
          <w:b w:val="0"/>
          <w:i w:val="0"/>
          <w:smallCaps w:val="0"/>
          <w:strike w:val="0"/>
          <w:sz w:val="14"/>
          <w:highlight w:val="cyan"/>
          <w:u w:val="none"/>
        </w:rPr>
        <w:t xml:space="preserve"> </w:t>
      </w:r>
      <w:r>
        <w:rPr>
          <w:b w:val="0"/>
          <w:i w:val="0"/>
          <w:smallCaps w:val="0"/>
          <w:strike w:val="0"/>
          <w:sz w:val="14"/>
          <w:u w:val="none"/>
        </w:rPr>
        <w:t xml:space="preserve">also </w:t>
      </w:r>
      <w:r>
        <w:rPr>
          <w:b w:val="0"/>
          <w:i w:val="0"/>
          <w:smallCaps w:val="0"/>
          <w:strike w:val="0"/>
          <w:sz w:val="22"/>
          <w:highlight w:val="cyan"/>
          <w:u w:val="single"/>
        </w:rPr>
        <w:t>reach out from Beijing. An increasingly assertive</w:t>
      </w:r>
      <w:r>
        <w:rPr>
          <w:b w:val="0"/>
          <w:i w:val="0"/>
          <w:smallCaps w:val="0"/>
          <w:strike w:val="0"/>
          <w:sz w:val="14"/>
          <w:highlight w:val="cyan"/>
          <w:u w:val="none"/>
        </w:rPr>
        <w:t xml:space="preserve"> </w:t>
      </w:r>
      <w:r>
        <w:rPr>
          <w:b w:val="0"/>
          <w:i w:val="0"/>
          <w:smallCaps w:val="0"/>
          <w:strike w:val="0"/>
          <w:sz w:val="14"/>
          <w:u w:val="none"/>
        </w:rPr>
        <w:t xml:space="preserve">and nationalist </w:t>
      </w:r>
      <w:r>
        <w:rPr>
          <w:b w:val="0"/>
          <w:i w:val="0"/>
          <w:smallCaps w:val="0"/>
          <w:strike w:val="0"/>
          <w:sz w:val="22"/>
          <w:highlight w:val="cyan"/>
          <w:u w:val="single"/>
        </w:rPr>
        <w:t>China</w:t>
      </w:r>
      <w:r>
        <w:rPr>
          <w:b w:val="0"/>
          <w:i w:val="0"/>
          <w:smallCaps w:val="0"/>
          <w:strike w:val="0"/>
          <w:sz w:val="14"/>
          <w:highlight w:val="cyan"/>
          <w:u w:val="none"/>
        </w:rPr>
        <w:t xml:space="preserve"> </w:t>
      </w:r>
      <w:r>
        <w:rPr>
          <w:b w:val="0"/>
          <w:i w:val="0"/>
          <w:smallCaps w:val="0"/>
          <w:strike w:val="0"/>
          <w:sz w:val="14"/>
          <w:u w:val="none"/>
        </w:rPr>
        <w:t xml:space="preserve">would </w:t>
      </w:r>
      <w:r>
        <w:rPr>
          <w:b w:val="0"/>
          <w:i w:val="0"/>
          <w:smallCaps w:val="0"/>
          <w:strike w:val="0"/>
          <w:sz w:val="22"/>
          <w:highlight w:val="cyan"/>
          <w:u w:val="single"/>
        </w:rPr>
        <w:t>demand</w:t>
      </w:r>
      <w:r>
        <w:rPr>
          <w:b w:val="0"/>
          <w:i w:val="0"/>
          <w:smallCaps w:val="0"/>
          <w:strike w:val="0"/>
          <w:sz w:val="14"/>
          <w:highlight w:val="cyan"/>
          <w:u w:val="none"/>
        </w:rPr>
        <w:t xml:space="preserve"> </w:t>
      </w:r>
      <w:r>
        <w:rPr>
          <w:b w:val="0"/>
          <w:i w:val="0"/>
          <w:smallCaps w:val="0"/>
          <w:strike w:val="0"/>
          <w:sz w:val="14"/>
          <w:u w:val="none"/>
        </w:rPr>
        <w:t xml:space="preserve">and compel </w:t>
      </w:r>
      <w:r>
        <w:rPr>
          <w:b w:val="0"/>
          <w:i w:val="0"/>
          <w:smallCaps w:val="0"/>
          <w:strike w:val="0"/>
          <w:sz w:val="22"/>
          <w:highlight w:val="cyan"/>
          <w:u w:val="single"/>
        </w:rPr>
        <w:t>submission</w:t>
      </w:r>
      <w:r>
        <w:rPr>
          <w:b w:val="0"/>
          <w:i w:val="0"/>
          <w:smallCaps w:val="0"/>
          <w:strike w:val="0"/>
          <w:sz w:val="14"/>
          <w:highlight w:val="cyan"/>
          <w:u w:val="none"/>
        </w:rPr>
        <w:t xml:space="preserve"> </w:t>
      </w:r>
      <w:r>
        <w:rPr>
          <w:b w:val="0"/>
          <w:i w:val="0"/>
          <w:smallCaps w:val="0"/>
          <w:strike w:val="0"/>
          <w:sz w:val="14"/>
          <w:u w:val="none"/>
        </w:rPr>
        <w:t xml:space="preserve">to its growing strategic ambitions—not just </w:t>
      </w:r>
      <w:r>
        <w:rPr>
          <w:b w:val="0"/>
          <w:i w:val="0"/>
          <w:smallCaps w:val="0"/>
          <w:strike w:val="0"/>
          <w:sz w:val="22"/>
          <w:highlight w:val="cyan"/>
          <w:u w:val="single"/>
        </w:rPr>
        <w:t>in</w:t>
      </w:r>
      <w:r>
        <w:rPr>
          <w:b w:val="0"/>
          <w:i w:val="0"/>
          <w:smallCaps w:val="0"/>
          <w:strike w:val="0"/>
          <w:sz w:val="14"/>
          <w:highlight w:val="cyan"/>
          <w:u w:val="none"/>
        </w:rPr>
        <w:t xml:space="preserve"> </w:t>
      </w:r>
      <w:r>
        <w:rPr>
          <w:b w:val="0"/>
          <w:i w:val="0"/>
          <w:smallCaps w:val="0"/>
          <w:strike w:val="0"/>
          <w:sz w:val="14"/>
          <w:u w:val="none"/>
        </w:rPr>
        <w:t xml:space="preserve">southeast Asia and </w:t>
      </w:r>
      <w:r>
        <w:rPr>
          <w:b w:val="0"/>
          <w:i w:val="0"/>
          <w:smallCaps w:val="0"/>
          <w:strike w:val="0"/>
          <w:sz w:val="22"/>
          <w:highlight w:val="cyan"/>
          <w:u w:val="single"/>
        </w:rPr>
        <w:t>the</w:t>
      </w:r>
      <w:r>
        <w:rPr>
          <w:b w:val="0"/>
          <w:i w:val="0"/>
          <w:smallCaps w:val="0"/>
          <w:strike w:val="0"/>
          <w:sz w:val="14"/>
          <w:highlight w:val="cyan"/>
          <w:u w:val="none"/>
        </w:rPr>
        <w:t xml:space="preserve"> </w:t>
      </w:r>
      <w:r>
        <w:rPr>
          <w:b w:val="0"/>
          <w:i w:val="0"/>
          <w:smallCaps w:val="0"/>
          <w:strike w:val="0"/>
          <w:sz w:val="22"/>
          <w:highlight w:val="cyan"/>
          <w:u w:val="single"/>
        </w:rPr>
        <w:t>S</w:t>
      </w:r>
      <w:r>
        <w:rPr>
          <w:b w:val="0"/>
          <w:i w:val="0"/>
          <w:smallCaps w:val="0"/>
          <w:strike w:val="0"/>
          <w:sz w:val="14"/>
          <w:u w:val="none"/>
        </w:rPr>
        <w:t xml:space="preserve">outh </w:t>
      </w:r>
      <w:r>
        <w:rPr>
          <w:b w:val="0"/>
          <w:i w:val="0"/>
          <w:smallCaps w:val="0"/>
          <w:strike w:val="0"/>
          <w:sz w:val="22"/>
          <w:highlight w:val="cyan"/>
          <w:u w:val="single"/>
        </w:rPr>
        <w:t>C</w:t>
      </w:r>
      <w:r>
        <w:rPr>
          <w:b w:val="0"/>
          <w:i w:val="0"/>
          <w:smallCaps w:val="0"/>
          <w:strike w:val="0"/>
          <w:sz w:val="14"/>
          <w:u w:val="none"/>
        </w:rPr>
        <w:t xml:space="preserve">hina </w:t>
      </w:r>
      <w:r>
        <w:rPr>
          <w:b w:val="0"/>
          <w:i w:val="0"/>
          <w:smallCaps w:val="0"/>
          <w:strike w:val="0"/>
          <w:sz w:val="22"/>
          <w:highlight w:val="cyan"/>
          <w:u w:val="single"/>
        </w:rPr>
        <w:t>S</w:t>
      </w:r>
      <w:r>
        <w:rPr>
          <w:b w:val="0"/>
          <w:i w:val="0"/>
          <w:smallCaps w:val="0"/>
          <w:strike w:val="0"/>
          <w:sz w:val="14"/>
          <w:u w:val="none"/>
        </w:rPr>
        <w:t xml:space="preserve">ea but in </w:t>
      </w:r>
      <w:r>
        <w:rPr>
          <w:b w:val="0"/>
          <w:i w:val="0"/>
          <w:smallCaps w:val="0"/>
          <w:strike w:val="0"/>
          <w:sz w:val="22"/>
          <w:u w:val="single"/>
        </w:rPr>
        <w:t xml:space="preserve">the </w:t>
      </w:r>
      <w:r>
        <w:rPr>
          <w:b w:val="0"/>
          <w:i w:val="0"/>
          <w:smallCaps w:val="0"/>
          <w:strike w:val="0"/>
          <w:sz w:val="22"/>
          <w:highlight w:val="cyan"/>
          <w:u w:val="single"/>
        </w:rPr>
        <w:t>Indian Ocean</w:t>
      </w:r>
      <w:r>
        <w:rPr>
          <w:b w:val="0"/>
          <w:i w:val="0"/>
          <w:smallCaps w:val="0"/>
          <w:strike w:val="0"/>
          <w:sz w:val="14"/>
          <w:u w:val="none"/>
        </w:rPr>
        <w:t xml:space="preserve">, all the way to </w:t>
      </w:r>
      <w:r>
        <w:rPr>
          <w:b w:val="0"/>
          <w:i w:val="0"/>
          <w:smallCaps w:val="0"/>
          <w:strike w:val="0"/>
          <w:sz w:val="22"/>
          <w:highlight w:val="cyan"/>
          <w:u w:val="single"/>
        </w:rPr>
        <w:t xml:space="preserve">the </w:t>
      </w:r>
      <w:r>
        <w:rPr>
          <w:b w:val="0"/>
          <w:i w:val="0"/>
          <w:smallCaps w:val="0"/>
          <w:strike w:val="0"/>
          <w:sz w:val="22"/>
          <w:highlight w:val="cyan"/>
          <w:u w:val="single"/>
        </w:rPr>
        <w:t>Mid</w:t>
      </w:r>
      <w:r>
        <w:rPr>
          <w:b w:val="0"/>
          <w:i w:val="0"/>
          <w:smallCaps w:val="0"/>
          <w:strike w:val="0"/>
          <w:sz w:val="14"/>
          <w:u w:val="none"/>
        </w:rPr>
        <w:t xml:space="preserve">dle </w:t>
      </w:r>
      <w:r>
        <w:rPr>
          <w:b w:val="0"/>
          <w:i w:val="0"/>
          <w:smallCaps w:val="0"/>
          <w:strike w:val="0"/>
          <w:sz w:val="22"/>
          <w:highlight w:val="cyan"/>
          <w:u w:val="single"/>
        </w:rPr>
        <w:t>East</w:t>
      </w:r>
      <w:r>
        <w:rPr>
          <w:b w:val="0"/>
          <w:i w:val="0"/>
          <w:smallCaps w:val="0"/>
          <w:strike w:val="0"/>
          <w:sz w:val="14"/>
          <w:highlight w:val="cyan"/>
          <w:u w:val="none"/>
        </w:rPr>
        <w:t xml:space="preserve"> </w:t>
      </w:r>
      <w:r>
        <w:rPr>
          <w:b w:val="0"/>
          <w:i w:val="0"/>
          <w:smallCaps w:val="0"/>
          <w:strike w:val="0"/>
          <w:sz w:val="14"/>
          <w:u w:val="none"/>
        </w:rPr>
        <w:t xml:space="preserve">at one end and deep into the Pacific Ocean at the other. As China continued its march to technological supremacy and global leadership, a declining, demoralized, and discredited United States would have to decide whether to go to war to defend democratic Taiwan from being forcibly absorbed into China’s Communist dictatorship. Surging Chinese despotism would threaten the freedom of much of the rest of democratic Asia, even if Japan, South Korea, and other U.S. allies—at best exposed, at worst forsaken—were able to resist Beijing's growing efforts to penetrate and compromise their democratic political systems. It would be a hinge in history. How would democracy in Latin America fare in the face of this massive shift in global power and momentum, with the corrupting influence of Chinese money eroding democratic forces in party politics, the media, and government? How would the brave dissidents and demonstrators who cherish the values of self-government and human rights argue for the moral force of democracy as an idea with China on the march and America in retreat? How many wreak and tentative democracies would survive in Africa as its elites saw ever more clearly which way the winds of global power were blowing? How many multinational companies would conclude that their interests compelled them to ride the dictators' bandwagon? How many global broadcasters and social media companies would resist the autocrats' demands for censorship and complicity? In such a near future, my fellow experts would no longer talk of “democratic erosion.” We would be spiraling downward into a time of democratic despair, recalling Daniel Patrick Moynihan’s grim observation from the 1970s that liberal democracy “is where the world was, not where it is going.”5 The world pulled out of that downward spiral—but it took new, more purposeful American leadership. The planet was not so lucky </w:t>
      </w:r>
      <w:r>
        <w:rPr>
          <w:b w:val="0"/>
          <w:i w:val="0"/>
          <w:smallCaps w:val="0"/>
          <w:strike w:val="0"/>
          <w:sz w:val="22"/>
          <w:highlight w:val="cyan"/>
          <w:u w:val="single"/>
        </w:rPr>
        <w:t>in the</w:t>
      </w:r>
      <w:r>
        <w:rPr>
          <w:b w:val="0"/>
          <w:i w:val="0"/>
          <w:smallCaps w:val="0"/>
          <w:strike w:val="0"/>
          <w:sz w:val="14"/>
          <w:u w:val="none"/>
        </w:rPr>
        <w:t xml:space="preserve"> 19</w:t>
      </w:r>
      <w:r>
        <w:rPr>
          <w:b w:val="0"/>
          <w:i w:val="0"/>
          <w:smallCaps w:val="0"/>
          <w:strike w:val="0"/>
          <w:sz w:val="22"/>
          <w:highlight w:val="cyan"/>
          <w:u w:val="single"/>
        </w:rPr>
        <w:t>30s</w:t>
      </w:r>
      <w:r>
        <w:rPr>
          <w:b w:val="0"/>
          <w:i w:val="0"/>
          <w:smallCaps w:val="0"/>
          <w:strike w:val="0"/>
          <w:sz w:val="14"/>
          <w:u w:val="none"/>
        </w:rPr>
        <w:t xml:space="preserve">, when the </w:t>
      </w:r>
      <w:r>
        <w:rPr>
          <w:b w:val="0"/>
          <w:i w:val="0"/>
          <w:smallCaps w:val="0"/>
          <w:strike w:val="0"/>
          <w:sz w:val="22"/>
          <w:highlight w:val="cyan"/>
          <w:u w:val="single"/>
        </w:rPr>
        <w:t>global implosion of democracy led to</w:t>
      </w:r>
      <w:r>
        <w:rPr>
          <w:b w:val="0"/>
          <w:i w:val="0"/>
          <w:smallCaps w:val="0"/>
          <w:strike w:val="0"/>
          <w:sz w:val="14"/>
          <w:highlight w:val="cyan"/>
          <w:u w:val="none"/>
        </w:rPr>
        <w:t xml:space="preserve"> </w:t>
      </w:r>
      <w:r>
        <w:rPr>
          <w:b w:val="0"/>
          <w:i w:val="0"/>
          <w:smallCaps w:val="0"/>
          <w:strike w:val="0"/>
          <w:sz w:val="14"/>
          <w:u w:val="none"/>
        </w:rPr>
        <w:t xml:space="preserve">a </w:t>
      </w:r>
      <w:r>
        <w:rPr>
          <w:b w:val="0"/>
          <w:i w:val="0"/>
          <w:smallCaps w:val="0"/>
          <w:strike w:val="0"/>
          <w:sz w:val="22"/>
          <w:u w:val="single"/>
        </w:rPr>
        <w:t xml:space="preserve">catastrophic </w:t>
      </w:r>
      <w:r>
        <w:rPr>
          <w:b/>
          <w:i w:val="0"/>
          <w:smallCaps w:val="0"/>
          <w:strike w:val="0"/>
          <w:sz w:val="22"/>
          <w:highlight w:val="cyan"/>
          <w:u w:val="single"/>
        </w:rPr>
        <w:t>world war</w:t>
      </w:r>
      <w:r>
        <w:rPr>
          <w:b w:val="0"/>
          <w:i w:val="0"/>
          <w:smallCaps w:val="0"/>
          <w:strike w:val="0"/>
          <w:sz w:val="14"/>
          <w:highlight w:val="cyan"/>
          <w:u w:val="none"/>
        </w:rPr>
        <w:t xml:space="preserve">, </w:t>
      </w:r>
      <w:r>
        <w:rPr>
          <w:b w:val="0"/>
          <w:i w:val="0"/>
          <w:smallCaps w:val="0"/>
          <w:strike w:val="0"/>
          <w:sz w:val="22"/>
          <w:highlight w:val="cyan"/>
          <w:u w:val="single"/>
        </w:rPr>
        <w:t>between</w:t>
      </w:r>
      <w:r>
        <w:rPr>
          <w:b w:val="0"/>
          <w:i w:val="0"/>
          <w:smallCaps w:val="0"/>
          <w:strike w:val="0"/>
          <w:sz w:val="14"/>
          <w:highlight w:val="cyan"/>
          <w:u w:val="none"/>
        </w:rPr>
        <w:t xml:space="preserve"> </w:t>
      </w:r>
      <w:r>
        <w:rPr>
          <w:b w:val="0"/>
          <w:i w:val="0"/>
          <w:smallCaps w:val="0"/>
          <w:strike w:val="0"/>
          <w:sz w:val="14"/>
          <w:u w:val="none"/>
        </w:rPr>
        <w:t xml:space="preserve">a rising axis of </w:t>
      </w:r>
      <w:r>
        <w:rPr>
          <w:b w:val="0"/>
          <w:i w:val="0"/>
          <w:smallCaps w:val="0"/>
          <w:strike w:val="0"/>
          <w:sz w:val="22"/>
          <w:highlight w:val="cyan"/>
          <w:u w:val="single"/>
        </w:rPr>
        <w:t>emboldened dictators</w:t>
      </w:r>
      <w:r>
        <w:rPr>
          <w:b w:val="0"/>
          <w:i w:val="0"/>
          <w:smallCaps w:val="0"/>
          <w:strike w:val="0"/>
          <w:sz w:val="14"/>
          <w:u w:val="none"/>
        </w:rPr>
        <w:t xml:space="preserve">hips </w:t>
      </w:r>
      <w:r>
        <w:rPr>
          <w:b w:val="0"/>
          <w:i w:val="0"/>
          <w:smallCaps w:val="0"/>
          <w:strike w:val="0"/>
          <w:sz w:val="14"/>
          <w:u w:val="none"/>
        </w:rPr>
        <w:t xml:space="preserve">and a shaken </w:t>
      </w:r>
      <w:r>
        <w:rPr>
          <w:b w:val="0"/>
          <w:i w:val="0"/>
          <w:smallCaps w:val="0"/>
          <w:strike w:val="0"/>
          <w:sz w:val="22"/>
          <w:highlight w:val="cyan"/>
          <w:u w:val="single"/>
        </w:rPr>
        <w:t>and</w:t>
      </w:r>
      <w:r>
        <w:rPr>
          <w:b w:val="0"/>
          <w:i w:val="0"/>
          <w:smallCaps w:val="0"/>
          <w:strike w:val="0"/>
          <w:sz w:val="14"/>
          <w:highlight w:val="cyan"/>
          <w:u w:val="none"/>
        </w:rPr>
        <w:t xml:space="preserve"> </w:t>
      </w:r>
      <w:r>
        <w:rPr>
          <w:b w:val="0"/>
          <w:i w:val="0"/>
          <w:smallCaps w:val="0"/>
          <w:strike w:val="0"/>
          <w:sz w:val="14"/>
          <w:u w:val="none"/>
        </w:rPr>
        <w:t xml:space="preserve">economically depressed collection of </w:t>
      </w:r>
      <w:r>
        <w:rPr>
          <w:b w:val="0"/>
          <w:i w:val="0"/>
          <w:smallCaps w:val="0"/>
          <w:strike w:val="0"/>
          <w:sz w:val="22"/>
          <w:highlight w:val="cyan"/>
          <w:u w:val="single"/>
        </w:rPr>
        <w:t>self-doubting democracies</w:t>
      </w:r>
      <w:r>
        <w:rPr>
          <w:b w:val="0"/>
          <w:i w:val="0"/>
          <w:smallCaps w:val="0"/>
          <w:strike w:val="0"/>
          <w:sz w:val="14"/>
          <w:u w:val="none"/>
        </w:rPr>
        <w:t xml:space="preserve">. These are the stakes. </w:t>
      </w:r>
      <w:r>
        <w:rPr>
          <w:b w:val="0"/>
          <w:i w:val="0"/>
          <w:smallCaps w:val="0"/>
          <w:strike w:val="0"/>
          <w:sz w:val="22"/>
          <w:highlight w:val="cyan"/>
          <w:u w:val="single"/>
        </w:rPr>
        <w:t>Expanding democracy—</w:t>
      </w:r>
      <w:r>
        <w:rPr>
          <w:b w:val="0"/>
          <w:i w:val="0"/>
          <w:smallCaps w:val="0"/>
          <w:strike w:val="0"/>
          <w:sz w:val="22"/>
          <w:u w:val="single"/>
        </w:rPr>
        <w:t xml:space="preserve">with its </w:t>
      </w:r>
      <w:r>
        <w:rPr>
          <w:b w:val="0"/>
          <w:i w:val="0"/>
          <w:smallCaps w:val="0"/>
          <w:strike w:val="0"/>
          <w:sz w:val="22"/>
          <w:u w:val="single"/>
        </w:rPr>
        <w:t>liberal norms</w:t>
      </w:r>
      <w:r>
        <w:rPr>
          <w:b w:val="0"/>
          <w:i w:val="0"/>
          <w:smallCaps w:val="0"/>
          <w:strike w:val="0"/>
          <w:sz w:val="22"/>
          <w:u w:val="single"/>
        </w:rPr>
        <w:t xml:space="preserve"> and </w:t>
      </w:r>
      <w:r>
        <w:rPr>
          <w:b w:val="0"/>
          <w:i w:val="0"/>
          <w:smallCaps w:val="0"/>
          <w:strike w:val="0"/>
          <w:sz w:val="22"/>
          <w:u w:val="single"/>
        </w:rPr>
        <w:t>constitutional commitments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 xml:space="preserve">is </w:t>
      </w:r>
      <w:r>
        <w:rPr>
          <w:b w:val="0"/>
          <w:i w:val="0"/>
          <w:smallCaps w:val="0"/>
          <w:strike w:val="0"/>
          <w:sz w:val="22"/>
          <w:u w:val="single"/>
        </w:rPr>
        <w:t xml:space="preserve">a </w:t>
      </w:r>
      <w:r>
        <w:rPr>
          <w:b/>
          <w:i w:val="0"/>
          <w:smallCaps w:val="0"/>
          <w:strike w:val="0"/>
          <w:sz w:val="22"/>
          <w:highlight w:val="cyan"/>
          <w:u w:val="single"/>
        </w:rPr>
        <w:t>crucial</w:t>
      </w:r>
      <w:r>
        <w:rPr>
          <w:b w:val="0"/>
          <w:i w:val="0"/>
          <w:smallCaps w:val="0"/>
          <w:strike w:val="0"/>
          <w:sz w:val="22"/>
          <w:highlight w:val="cyan"/>
          <w:u w:val="single"/>
        </w:rPr>
        <w:t xml:space="preserve"> </w:t>
      </w:r>
      <w:r>
        <w:rPr>
          <w:b w:val="0"/>
          <w:i w:val="0"/>
          <w:smallCaps w:val="0"/>
          <w:strike w:val="0"/>
          <w:sz w:val="22"/>
          <w:u w:val="single"/>
        </w:rPr>
        <w:t xml:space="preserve">foundation </w:t>
      </w:r>
      <w:r>
        <w:rPr>
          <w:b/>
          <w:i w:val="0"/>
          <w:smallCaps w:val="0"/>
          <w:strike w:val="0"/>
          <w:sz w:val="22"/>
          <w:highlight w:val="cyan"/>
          <w:u w:val="single"/>
        </w:rPr>
        <w:t>for world peace</w:t>
      </w:r>
      <w:r>
        <w:rPr>
          <w:b w:val="0"/>
          <w:i w:val="0"/>
          <w:smallCaps w:val="0"/>
          <w:strike w:val="0"/>
          <w:sz w:val="14"/>
          <w:highlight w:val="cyan"/>
          <w:u w:val="none"/>
        </w:rPr>
        <w:t xml:space="preserve"> </w:t>
      </w:r>
      <w:r>
        <w:rPr>
          <w:b w:val="0"/>
          <w:i w:val="0"/>
          <w:smallCaps w:val="0"/>
          <w:strike w:val="0"/>
          <w:sz w:val="14"/>
          <w:u w:val="none"/>
        </w:rPr>
        <w:t xml:space="preserve">and security. Knock that away, and our most basic hopes and assumptions will be imperiled. The problem is not just that the ground is slipping. It is that we </w:t>
      </w:r>
      <w:r>
        <w:rPr>
          <w:b w:val="0"/>
          <w:i w:val="0"/>
          <w:smallCaps w:val="0"/>
          <w:strike w:val="0"/>
          <w:sz w:val="22"/>
          <w:u w:val="single"/>
        </w:rPr>
        <w:t>are perched on a global precipice</w:t>
      </w:r>
      <w:r>
        <w:rPr>
          <w:b w:val="0"/>
          <w:i w:val="0"/>
          <w:smallCaps w:val="0"/>
          <w:strike w:val="0"/>
          <w:sz w:val="14"/>
          <w:u w:val="none"/>
        </w:rPr>
        <w:t xml:space="preserve">. That ledge has been gradually giving way for a decade. </w:t>
      </w:r>
      <w:r>
        <w:rPr>
          <w:b w:val="0"/>
          <w:i w:val="0"/>
          <w:smallCaps w:val="0"/>
          <w:strike w:val="0"/>
          <w:sz w:val="22"/>
          <w:highlight w:val="cyan"/>
          <w:u w:val="single"/>
        </w:rPr>
        <w:t>If</w:t>
      </w:r>
      <w:r>
        <w:rPr>
          <w:b w:val="0"/>
          <w:i w:val="0"/>
          <w:smallCaps w:val="0"/>
          <w:strike w:val="0"/>
          <w:sz w:val="14"/>
          <w:highlight w:val="cyan"/>
          <w:u w:val="none"/>
        </w:rPr>
        <w:t xml:space="preserve"> </w:t>
      </w:r>
      <w:r>
        <w:rPr>
          <w:b w:val="0"/>
          <w:i w:val="0"/>
          <w:smallCaps w:val="0"/>
          <w:strike w:val="0"/>
          <w:sz w:val="14"/>
          <w:u w:val="none"/>
        </w:rPr>
        <w:t xml:space="preserve">the </w:t>
      </w:r>
      <w:r>
        <w:rPr>
          <w:b w:val="0"/>
          <w:i w:val="0"/>
          <w:smallCaps w:val="0"/>
          <w:strike w:val="0"/>
          <w:sz w:val="22"/>
          <w:highlight w:val="cyan"/>
          <w:u w:val="single"/>
        </w:rPr>
        <w:t>erosion continues, we may</w:t>
      </w:r>
      <w:r>
        <w:rPr>
          <w:b w:val="0"/>
          <w:i w:val="0"/>
          <w:smallCaps w:val="0"/>
          <w:strike w:val="0"/>
          <w:sz w:val="14"/>
          <w:highlight w:val="cyan"/>
          <w:u w:val="none"/>
        </w:rPr>
        <w:t xml:space="preserve"> </w:t>
      </w:r>
      <w:r>
        <w:rPr>
          <w:b w:val="0"/>
          <w:i w:val="0"/>
          <w:smallCaps w:val="0"/>
          <w:strike w:val="0"/>
          <w:sz w:val="14"/>
          <w:u w:val="none"/>
        </w:rPr>
        <w:t xml:space="preserve">well </w:t>
      </w:r>
      <w:r>
        <w:rPr>
          <w:b w:val="0"/>
          <w:i w:val="0"/>
          <w:smallCaps w:val="0"/>
          <w:strike w:val="0"/>
          <w:sz w:val="22"/>
          <w:highlight w:val="cyan"/>
          <w:u w:val="single"/>
        </w:rPr>
        <w:t xml:space="preserve">reach a </w:t>
      </w:r>
      <w:r>
        <w:rPr>
          <w:b/>
          <w:i w:val="0"/>
          <w:smallCaps w:val="0"/>
          <w:strike w:val="0"/>
          <w:sz w:val="22"/>
          <w:highlight w:val="cyan"/>
          <w:u w:val="single"/>
        </w:rPr>
        <w:t>tipping point</w:t>
      </w:r>
      <w:r>
        <w:rPr>
          <w:b w:val="0"/>
          <w:i w:val="0"/>
          <w:smallCaps w:val="0"/>
          <w:strike w:val="0"/>
          <w:sz w:val="22"/>
          <w:highlight w:val="cyan"/>
          <w:u w:val="single"/>
        </w:rPr>
        <w:t xml:space="preserve"> where democracy goes bankrupt </w:t>
      </w:r>
      <w:r>
        <w:rPr>
          <w:b w:val="0"/>
          <w:i w:val="0"/>
          <w:smallCaps w:val="0"/>
          <w:strike w:val="0"/>
          <w:sz w:val="22"/>
          <w:highlight w:val="cyan"/>
          <w:u w:val="single"/>
        </w:rPr>
        <w:t>suddenly</w:t>
      </w:r>
      <w:r>
        <w:rPr>
          <w:b w:val="0"/>
          <w:i w:val="0"/>
          <w:smallCaps w:val="0"/>
          <w:strike w:val="0"/>
          <w:sz w:val="22"/>
          <w:u w:val="single"/>
        </w:rPr>
        <w:t>—</w:t>
      </w:r>
      <w:r>
        <w:rPr>
          <w:b w:val="0"/>
          <w:i w:val="0"/>
          <w:smallCaps w:val="0"/>
          <w:strike w:val="0"/>
          <w:sz w:val="22"/>
          <w:highlight w:val="cyan"/>
          <w:u w:val="single"/>
        </w:rPr>
        <w:t>plunging</w:t>
      </w:r>
      <w:r>
        <w:rPr>
          <w:b w:val="0"/>
          <w:i w:val="0"/>
          <w:smallCaps w:val="0"/>
          <w:strike w:val="0"/>
          <w:sz w:val="22"/>
          <w:highlight w:val="cyan"/>
          <w:u w:val="single"/>
        </w:rPr>
        <w:t xml:space="preserve"> the world into </w:t>
      </w:r>
      <w:r>
        <w:rPr>
          <w:b w:val="0"/>
          <w:i w:val="0"/>
          <w:smallCaps w:val="0"/>
          <w:strike w:val="0"/>
          <w:sz w:val="22"/>
          <w:u w:val="single"/>
        </w:rPr>
        <w:t>depths of oppression</w:t>
      </w:r>
      <w:r>
        <w:rPr>
          <w:b w:val="0"/>
          <w:i w:val="0"/>
          <w:smallCaps w:val="0"/>
          <w:strike w:val="0"/>
          <w:sz w:val="14"/>
          <w:u w:val="none"/>
        </w:rPr>
        <w:t xml:space="preserve"> and </w:t>
      </w:r>
      <w:r>
        <w:rPr>
          <w:b w:val="0"/>
          <w:i w:val="0"/>
          <w:smallCaps w:val="0"/>
          <w:strike w:val="0"/>
          <w:sz w:val="22"/>
          <w:u w:val="single"/>
        </w:rPr>
        <w:t>aggression</w:t>
      </w:r>
      <w:r>
        <w:rPr>
          <w:b w:val="0"/>
          <w:i w:val="0"/>
          <w:smallCaps w:val="0"/>
          <w:strike w:val="0"/>
          <w:sz w:val="14"/>
          <w:u w:val="none"/>
        </w:rPr>
        <w:t xml:space="preserve"> that we have </w:t>
      </w:r>
      <w:r>
        <w:rPr>
          <w:b w:val="0"/>
          <w:i w:val="0"/>
          <w:smallCaps w:val="0"/>
          <w:strike w:val="0"/>
          <w:sz w:val="22"/>
          <w:u w:val="single"/>
        </w:rPr>
        <w:t>not seen since</w:t>
      </w:r>
      <w:r>
        <w:rPr>
          <w:b w:val="0"/>
          <w:i w:val="0"/>
          <w:smallCaps w:val="0"/>
          <w:strike w:val="0"/>
          <w:sz w:val="14"/>
          <w:u w:val="none"/>
        </w:rPr>
        <w:t xml:space="preserve"> the end of </w:t>
      </w:r>
      <w:r>
        <w:rPr>
          <w:b w:val="0"/>
          <w:i w:val="0"/>
          <w:smallCaps w:val="0"/>
          <w:strike w:val="0"/>
          <w:sz w:val="22"/>
          <w:highlight w:val="cyan"/>
          <w:u w:val="single"/>
        </w:rPr>
        <w:t>World War</w:t>
      </w:r>
      <w:r>
        <w:rPr>
          <w:b w:val="0"/>
          <w:i w:val="0"/>
          <w:smallCaps w:val="0"/>
          <w:strike w:val="0"/>
          <w:sz w:val="22"/>
          <w:u w:val="single"/>
        </w:rPr>
        <w:t xml:space="preserve"> II</w:t>
      </w:r>
      <w:r>
        <w:rPr>
          <w:b w:val="0"/>
          <w:i w:val="0"/>
          <w:smallCaps w:val="0"/>
          <w:strike w:val="0"/>
          <w:sz w:val="14"/>
          <w:u w:val="none"/>
        </w:rPr>
        <w:t>. As a political scientist, I know that our theories and tools are not nearly good enough to tell us just how close we are getting to that point—until it happens.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