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Populists on the left and right want to crack down on Big Tech</w:t>
      </w:r>
    </w:p>
    <w:p>
      <w:pPr>
        <w:spacing w:after="80"/>
      </w:pPr>
      <w:r>
        <w:rPr>
          <w:b w:val="0"/>
          <w:i w:val="0"/>
          <w:smallCaps w:val="0"/>
          <w:strike w:val="0"/>
          <w:u w:val="none"/>
        </w:rPr>
        <w:t xml:space="preserve">Eric </w:t>
      </w:r>
      <w:r>
        <w:rPr>
          <w:b/>
          <w:i w:val="0"/>
          <w:smallCaps w:val="0"/>
          <w:strike w:val="0"/>
          <w:sz w:val="26"/>
          <w:u w:val="none"/>
        </w:rPr>
        <w:t>Cortellessa 21</w:t>
      </w:r>
      <w:r>
        <w:rPr>
          <w:b w:val="0"/>
          <w:i w:val="0"/>
          <w:smallCaps w:val="0"/>
          <w:strike w:val="0"/>
          <w:u w:val="none"/>
        </w:rPr>
        <w:t xml:space="preserve">, </w:t>
      </w:r>
      <w:r>
        <w:rPr>
          <w:b w:val="0"/>
          <w:i w:val="0"/>
          <w:smallCaps w:val="0"/>
          <w:strike w:val="0"/>
          <w:u w:val="none"/>
        </w:rPr>
        <w:t xml:space="preserve">staff writer at TIME, covering Congress and national politics, formerly the Washington Monthly’s investigative editor, graduate of Northwestern University’s Medill School of Journalism, </w:t>
      </w:r>
      <w:r>
        <w:rPr>
          <w:b w:val="0"/>
          <w:i w:val="0"/>
          <w:smallCaps w:val="0"/>
          <w:strike w:val="0"/>
          <w:u w:val="none"/>
        </w:rPr>
        <w:t>5-25-2021, "The Conservatives Out to Stop the New Bipartisan Antitrust Movement," Washington Monthly, https://washingtonmonthly.com/2021/05/25/the-conservatives-out-to-stop-the-new-bipartisan-antitrust-movement/</w:t>
      </w:r>
      <w:r>
        <w:rPr>
          <w:b w:val="0"/>
          <w:i w:val="0"/>
          <w:smallCaps w:val="0"/>
          <w:strike w:val="0"/>
          <w:u w:val="none"/>
        </w:rPr>
        <w:t xml:space="preserve"> //MRK</w:t>
      </w:r>
    </w:p>
    <w:p>
      <w:pPr>
        <w:spacing w:after="60"/>
      </w:pPr>
      <w:r>
        <w:rPr>
          <w:b w:val="0"/>
          <w:i w:val="0"/>
          <w:smallCaps w:val="0"/>
          <w:strike w:val="0"/>
          <w:sz w:val="16"/>
          <w:u w:val="none"/>
        </w:rPr>
        <w:t xml:space="preserve">Last spring, as the pandemic was taking hold, Ashley Baker, a 32-year-old conservative policy advocate, noticed a trend that alarmed her: </w:t>
      </w:r>
      <w:r>
        <w:rPr>
          <w:b w:val="0"/>
          <w:i w:val="0"/>
          <w:smallCaps w:val="0"/>
          <w:strike w:val="0"/>
          <w:sz w:val="22"/>
          <w:u w:val="single"/>
        </w:rPr>
        <w:t>A</w:t>
      </w:r>
      <w:r>
        <w:rPr>
          <w:b w:val="0"/>
          <w:i w:val="0"/>
          <w:smallCaps w:val="0"/>
          <w:strike w:val="0"/>
          <w:sz w:val="16"/>
          <w:u w:val="none"/>
        </w:rPr>
        <w:t xml:space="preserve"> </w:t>
      </w:r>
      <w:r>
        <w:rPr>
          <w:b w:val="0"/>
          <w:i w:val="0"/>
          <w:smallCaps w:val="0"/>
          <w:strike w:val="0"/>
          <w:sz w:val="22"/>
          <w:highlight w:val="cyan"/>
          <w:u w:val="single"/>
        </w:rPr>
        <w:t>growing number of</w:t>
      </w:r>
      <w:r>
        <w:rPr>
          <w:b w:val="0"/>
          <w:i w:val="0"/>
          <w:smallCaps w:val="0"/>
          <w:strike w:val="0"/>
          <w:sz w:val="22"/>
          <w:u w:val="single"/>
        </w:rPr>
        <w:t xml:space="preserve"> </w:t>
      </w:r>
      <w:r>
        <w:rPr>
          <w:b w:val="0"/>
          <w:i w:val="0"/>
          <w:smallCaps w:val="0"/>
          <w:strike w:val="0"/>
          <w:sz w:val="22"/>
          <w:highlight w:val="cyan"/>
          <w:u w:val="single"/>
        </w:rPr>
        <w:t>Republican</w:t>
      </w:r>
      <w:r>
        <w:rPr>
          <w:b w:val="0"/>
          <w:i w:val="0"/>
          <w:smallCaps w:val="0"/>
          <w:strike w:val="0"/>
          <w:sz w:val="22"/>
          <w:u w:val="single"/>
        </w:rPr>
        <w:t xml:space="preserve"> elected official</w:t>
      </w:r>
      <w:r>
        <w:rPr>
          <w:b w:val="0"/>
          <w:i w:val="0"/>
          <w:smallCaps w:val="0"/>
          <w:strike w:val="0"/>
          <w:sz w:val="22"/>
          <w:highlight w:val="cyan"/>
          <w:u w:val="single"/>
        </w:rPr>
        <w:t>s</w:t>
      </w:r>
      <w:r>
        <w:rPr>
          <w:b w:val="0"/>
          <w:i w:val="0"/>
          <w:smallCaps w:val="0"/>
          <w:strike w:val="0"/>
          <w:sz w:val="16"/>
          <w:u w:val="none"/>
        </w:rPr>
        <w:t xml:space="preserve"> were </w:t>
      </w:r>
      <w:r>
        <w:rPr>
          <w:b w:val="0"/>
          <w:i w:val="0"/>
          <w:smallCaps w:val="0"/>
          <w:strike w:val="0"/>
          <w:sz w:val="22"/>
          <w:highlight w:val="cyan"/>
          <w:u w:val="single"/>
        </w:rPr>
        <w:t>starting to join</w:t>
      </w:r>
      <w:r>
        <w:rPr>
          <w:b w:val="0"/>
          <w:i w:val="0"/>
          <w:smallCaps w:val="0"/>
          <w:strike w:val="0"/>
          <w:sz w:val="22"/>
          <w:u w:val="single"/>
        </w:rPr>
        <w:t xml:space="preserve"> </w:t>
      </w:r>
      <w:r>
        <w:rPr>
          <w:b w:val="0"/>
          <w:i w:val="0"/>
          <w:smallCaps w:val="0"/>
          <w:strike w:val="0"/>
          <w:sz w:val="22"/>
          <w:highlight w:val="cyan"/>
          <w:u w:val="single"/>
        </w:rPr>
        <w:t>Dem</w:t>
      </w:r>
      <w:r>
        <w:rPr>
          <w:b w:val="0"/>
          <w:i w:val="0"/>
          <w:smallCaps w:val="0"/>
          <w:strike w:val="0"/>
          <w:sz w:val="22"/>
          <w:u w:val="single"/>
        </w:rPr>
        <w:t>ocrat</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in attacking</w:t>
      </w:r>
      <w:r>
        <w:rPr>
          <w:b w:val="0"/>
          <w:i w:val="0"/>
          <w:smallCaps w:val="0"/>
          <w:strike w:val="0"/>
          <w:sz w:val="22"/>
          <w:u w:val="single"/>
        </w:rPr>
        <w:t xml:space="preserve"> corporate </w:t>
      </w:r>
      <w:r>
        <w:rPr>
          <w:b w:val="0"/>
          <w:i w:val="0"/>
          <w:smallCaps w:val="0"/>
          <w:strike w:val="0"/>
          <w:sz w:val="22"/>
          <w:highlight w:val="cyan"/>
          <w:u w:val="single"/>
        </w:rPr>
        <w:t>monopolies</w:t>
      </w:r>
      <w:r>
        <w:rPr>
          <w:b w:val="0"/>
          <w:i w:val="0"/>
          <w:smallCaps w:val="0"/>
          <w:strike w:val="0"/>
          <w:sz w:val="16"/>
          <w:u w:val="none"/>
        </w:rPr>
        <w:t xml:space="preserve">. Missouri Senator Josh </w:t>
      </w:r>
      <w:r>
        <w:rPr>
          <w:b w:val="0"/>
          <w:i w:val="0"/>
          <w:smallCaps w:val="0"/>
          <w:strike w:val="0"/>
          <w:sz w:val="22"/>
          <w:highlight w:val="cyan"/>
          <w:u w:val="single"/>
        </w:rPr>
        <w:t>Hawley</w:t>
      </w:r>
      <w:r>
        <w:rPr>
          <w:b w:val="0"/>
          <w:i w:val="0"/>
          <w:smallCaps w:val="0"/>
          <w:strike w:val="0"/>
          <w:sz w:val="16"/>
          <w:u w:val="none"/>
        </w:rPr>
        <w:t xml:space="preserve"> had </w:t>
      </w:r>
      <w:r>
        <w:rPr>
          <w:b w:val="0"/>
          <w:i w:val="0"/>
          <w:smallCaps w:val="0"/>
          <w:strike w:val="0"/>
          <w:sz w:val="22"/>
          <w:highlight w:val="cyan"/>
          <w:u w:val="single"/>
        </w:rPr>
        <w:t>introduced</w:t>
      </w:r>
      <w:r>
        <w:rPr>
          <w:b w:val="0"/>
          <w:i w:val="0"/>
          <w:smallCaps w:val="0"/>
          <w:strike w:val="0"/>
          <w:sz w:val="22"/>
          <w:u w:val="single"/>
        </w:rPr>
        <w:t xml:space="preserve"> several </w:t>
      </w:r>
      <w:r>
        <w:rPr>
          <w:b w:val="0"/>
          <w:i w:val="0"/>
          <w:smallCaps w:val="0"/>
          <w:strike w:val="0"/>
          <w:sz w:val="22"/>
          <w:highlight w:val="cyan"/>
          <w:u w:val="single"/>
        </w:rPr>
        <w:t>bills to crack down on Big Tech</w:t>
      </w:r>
      <w:r>
        <w:rPr>
          <w:b w:val="0"/>
          <w:i w:val="0"/>
          <w:smallCaps w:val="0"/>
          <w:strike w:val="0"/>
          <w:sz w:val="16"/>
          <w:u w:val="none"/>
        </w:rPr>
        <w:t xml:space="preserve">, and </w:t>
      </w:r>
      <w:r>
        <w:rPr>
          <w:b w:val="0"/>
          <w:i w:val="0"/>
          <w:smallCaps w:val="0"/>
          <w:strike w:val="0"/>
          <w:sz w:val="22"/>
          <w:u w:val="single"/>
        </w:rPr>
        <w:t xml:space="preserve">more </w:t>
      </w:r>
      <w:r>
        <w:rPr>
          <w:b w:val="0"/>
          <w:i w:val="0"/>
          <w:smallCaps w:val="0"/>
          <w:strike w:val="0"/>
          <w:sz w:val="22"/>
          <w:highlight w:val="cyan"/>
          <w:u w:val="single"/>
        </w:rPr>
        <w:t>GOP</w:t>
      </w:r>
      <w:r>
        <w:rPr>
          <w:b w:val="0"/>
          <w:i w:val="0"/>
          <w:smallCaps w:val="0"/>
          <w:strike w:val="0"/>
          <w:sz w:val="22"/>
          <w:u w:val="single"/>
        </w:rPr>
        <w:t xml:space="preserve"> legislators were </w:t>
      </w:r>
      <w:r>
        <w:rPr>
          <w:b w:val="0"/>
          <w:i w:val="0"/>
          <w:smallCaps w:val="0"/>
          <w:strike w:val="0"/>
          <w:sz w:val="22"/>
          <w:highlight w:val="cyan"/>
          <w:u w:val="single"/>
        </w:rPr>
        <w:t>showing an interest</w:t>
      </w:r>
      <w:r>
        <w:rPr>
          <w:b w:val="0"/>
          <w:i w:val="0"/>
          <w:smallCaps w:val="0"/>
          <w:strike w:val="0"/>
          <w:sz w:val="22"/>
          <w:u w:val="single"/>
        </w:rPr>
        <w:t xml:space="preserve"> in doing the same.</w:t>
      </w:r>
      <w:r>
        <w:rPr>
          <w:b w:val="0"/>
          <w:i w:val="0"/>
          <w:smallCaps w:val="0"/>
          <w:strike w:val="0"/>
          <w:sz w:val="16"/>
          <w:u w:val="none"/>
        </w:rPr>
        <w:t xml:space="preserve"> Texas Senator Ted </w:t>
      </w:r>
      <w:r>
        <w:rPr>
          <w:b w:val="0"/>
          <w:i w:val="0"/>
          <w:smallCaps w:val="0"/>
          <w:strike w:val="0"/>
          <w:sz w:val="22"/>
          <w:u w:val="single"/>
        </w:rPr>
        <w:t>Cruz</w:t>
      </w:r>
      <w:r>
        <w:rPr>
          <w:b w:val="0"/>
          <w:i w:val="0"/>
          <w:smallCaps w:val="0"/>
          <w:strike w:val="0"/>
          <w:sz w:val="16"/>
          <w:u w:val="none"/>
        </w:rPr>
        <w:t xml:space="preserve"> </w:t>
      </w:r>
      <w:r>
        <w:rPr>
          <w:b w:val="0"/>
          <w:i w:val="0"/>
          <w:smallCaps w:val="0"/>
          <w:strike w:val="0"/>
          <w:sz w:val="22"/>
          <w:u w:val="single"/>
        </w:rPr>
        <w:t>had argued that “Big Tech is out of control</w:t>
      </w:r>
      <w:r>
        <w:rPr>
          <w:b w:val="0"/>
          <w:i w:val="0"/>
          <w:smallCaps w:val="0"/>
          <w:strike w:val="0"/>
          <w:sz w:val="16"/>
          <w:u w:val="none"/>
        </w:rPr>
        <w:t>” and posed a threat to the future of American democracy. Colorado Representative Ken Buck, ranking member of the House Antitrust Committee and a former member of the Tea Party, had started floating the idea of creating new regulations for oligopolistic corporations. “I was one of those people that believed that the market could correct itself,” Buck said, “until I saw the cheating.”</w:t>
      </w:r>
    </w:p>
    <w:p>
      <w:pPr>
        <w:spacing w:after="60"/>
      </w:pPr>
      <w:r>
        <w:rPr>
          <w:b w:val="0"/>
          <w:i w:val="0"/>
          <w:smallCaps w:val="0"/>
          <w:strike w:val="0"/>
          <w:sz w:val="16"/>
          <w:u w:val="none"/>
        </w:rPr>
        <w:t xml:space="preserve">At the same time, then President Donald Trump was flailing. His botched response to the coronavirus outbreak was clear, and his approval ratings hit new lows. There was newfound reason to believe that Joe Biden could clinch the White House, and an </w:t>
      </w:r>
      <w:r>
        <w:rPr>
          <w:b w:val="0"/>
          <w:i w:val="0"/>
          <w:smallCaps w:val="0"/>
          <w:strike w:val="0"/>
          <w:sz w:val="22"/>
          <w:highlight w:val="cyan"/>
          <w:u w:val="single"/>
        </w:rPr>
        <w:t>emerging bipartisan consensus</w:t>
      </w:r>
      <w:r>
        <w:rPr>
          <w:b w:val="0"/>
          <w:i w:val="0"/>
          <w:smallCaps w:val="0"/>
          <w:strike w:val="0"/>
          <w:sz w:val="16"/>
          <w:u w:val="none"/>
        </w:rPr>
        <w:t>—or something resembling it—</w:t>
      </w:r>
      <w:r>
        <w:rPr>
          <w:b w:val="0"/>
          <w:i w:val="0"/>
          <w:smallCaps w:val="0"/>
          <w:strike w:val="0"/>
          <w:sz w:val="22"/>
          <w:highlight w:val="cyan"/>
          <w:u w:val="single"/>
        </w:rPr>
        <w:t>on antitrust</w:t>
      </w:r>
      <w:r>
        <w:rPr>
          <w:b w:val="0"/>
          <w:i w:val="0"/>
          <w:smallCaps w:val="0"/>
          <w:strike w:val="0"/>
          <w:sz w:val="22"/>
          <w:u w:val="single"/>
        </w:rPr>
        <w:t xml:space="preserve"> meant </w:t>
      </w:r>
      <w:r>
        <w:rPr>
          <w:b w:val="0"/>
          <w:i w:val="0"/>
          <w:smallCaps w:val="0"/>
          <w:strike w:val="0"/>
          <w:sz w:val="16"/>
          <w:u w:val="none"/>
        </w:rPr>
        <w:t xml:space="preserve">that it could be </w:t>
      </w:r>
      <w:r>
        <w:rPr>
          <w:b w:val="0"/>
          <w:i w:val="0"/>
          <w:smallCaps w:val="0"/>
          <w:strike w:val="0"/>
          <w:sz w:val="22"/>
          <w:highlight w:val="cyan"/>
          <w:u w:val="single"/>
        </w:rPr>
        <w:t>one of the few areas where the</w:t>
      </w:r>
      <w:r>
        <w:rPr>
          <w:b w:val="0"/>
          <w:i w:val="0"/>
          <w:smallCaps w:val="0"/>
          <w:strike w:val="0"/>
          <w:sz w:val="22"/>
          <w:u w:val="single"/>
        </w:rPr>
        <w:t xml:space="preserve"> </w:t>
      </w:r>
      <w:r>
        <w:rPr>
          <w:b w:val="0"/>
          <w:i w:val="0"/>
          <w:smallCaps w:val="0"/>
          <w:strike w:val="0"/>
          <w:sz w:val="22"/>
          <w:highlight w:val="cyan"/>
          <w:u w:val="single"/>
        </w:rPr>
        <w:t>s</w:t>
      </w:r>
      <w:r>
        <w:rPr>
          <w:b w:val="0"/>
          <w:i w:val="0"/>
          <w:smallCaps w:val="0"/>
          <w:strike w:val="0"/>
          <w:sz w:val="22"/>
          <w:u w:val="single"/>
        </w:rPr>
        <w:t xml:space="preserve">tatus </w:t>
      </w:r>
      <w:r>
        <w:rPr>
          <w:b w:val="0"/>
          <w:i w:val="0"/>
          <w:smallCaps w:val="0"/>
          <w:strike w:val="0"/>
          <w:sz w:val="22"/>
          <w:highlight w:val="cyan"/>
          <w:u w:val="single"/>
        </w:rPr>
        <w:t>quo</w:t>
      </w:r>
      <w:r>
        <w:rPr>
          <w:b w:val="0"/>
          <w:i w:val="0"/>
          <w:smallCaps w:val="0"/>
          <w:strike w:val="0"/>
          <w:sz w:val="16"/>
          <w:u w:val="none"/>
        </w:rPr>
        <w:t xml:space="preserve"> </w:t>
      </w:r>
      <w:r>
        <w:rPr>
          <w:b w:val="0"/>
          <w:i w:val="0"/>
          <w:smallCaps w:val="0"/>
          <w:strike w:val="0"/>
          <w:sz w:val="22"/>
          <w:highlight w:val="cyan"/>
          <w:u w:val="single"/>
        </w:rPr>
        <w:t>was</w:t>
      </w:r>
      <w:r>
        <w:rPr>
          <w:b w:val="0"/>
          <w:i w:val="0"/>
          <w:smallCaps w:val="0"/>
          <w:strike w:val="0"/>
          <w:sz w:val="16"/>
          <w:u w:val="none"/>
        </w:rPr>
        <w:t xml:space="preserve"> truly </w:t>
      </w:r>
      <w:r>
        <w:rPr>
          <w:b w:val="0"/>
          <w:i w:val="0"/>
          <w:smallCaps w:val="0"/>
          <w:strike w:val="0"/>
          <w:sz w:val="22"/>
          <w:highlight w:val="cyan"/>
          <w:u w:val="single"/>
        </w:rPr>
        <w:t>at risk</w:t>
      </w:r>
      <w:r>
        <w:rPr>
          <w:b w:val="0"/>
          <w:i w:val="0"/>
          <w:smallCaps w:val="0"/>
          <w:strike w:val="0"/>
          <w:sz w:val="16"/>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