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Lobbies cut deals with agencies – Obamacare proves</w:t>
      </w:r>
    </w:p>
    <w:p>
      <w:pPr>
        <w:spacing w:after="80"/>
      </w:pPr>
      <w:r>
        <w:rPr>
          <w:b/>
          <w:i w:val="0"/>
          <w:smallCaps w:val="0"/>
          <w:strike w:val="0"/>
          <w:u w:val="none"/>
        </w:rPr>
        <w:t>Baker 12</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Peter Baker is the</w:t>
      </w:r>
      <w:r>
        <w:rPr>
          <w:b w:val="0"/>
          <w:i w:val="0"/>
          <w:smallCaps w:val="0"/>
          <w:strike w:val="0"/>
          <w:sz w:val="16"/>
          <w:u w:val="none"/>
        </w:rPr>
        <w:t xml:space="preserve"> chief White House correspondent for The New York Times covering President Biden and his administration.</w:t>
      </w:r>
      <w:r>
        <w:rPr>
          <w:b w:val="0"/>
          <w:i w:val="0"/>
          <w:smallCaps w:val="0"/>
          <w:strike w:val="0"/>
          <w:sz w:val="16"/>
          <w:u w:val="none"/>
        </w:rPr>
        <w:t xml:space="preserve"> </w:t>
      </w:r>
      <w:r>
        <w:rPr>
          <w:b w:val="0"/>
          <w:i w:val="0"/>
          <w:smallCaps w:val="0"/>
          <w:strike w:val="0"/>
          <w:sz w:val="16"/>
          <w:u w:val="none"/>
        </w:rPr>
        <w:t>Obama Was Pushed by Drug Industry, E-Mails Suggest</w:t>
      </w:r>
      <w:r>
        <w:rPr>
          <w:b w:val="0"/>
          <w:i w:val="0"/>
          <w:smallCaps w:val="0"/>
          <w:strike w:val="0"/>
          <w:sz w:val="16"/>
          <w:u w:val="none"/>
        </w:rPr>
        <w:t xml:space="preserve">, </w:t>
      </w:r>
      <w:r>
        <w:rPr>
          <w:b w:val="0"/>
          <w:i w:val="0"/>
          <w:smallCaps w:val="0"/>
          <w:strike w:val="0"/>
          <w:sz w:val="16"/>
          <w:u w:val="none"/>
        </w:rPr>
        <w:t>https://www.nytimes.com/2012/06/09/us/politics/e-mails-reveal-extent-of-obamas-deal-with-industry-on-health-care.html</w:t>
      </w:r>
      <w:r>
        <w:rPr>
          <w:b w:val="0"/>
          <w:i w:val="0"/>
          <w:smallCaps w:val="0"/>
          <w:strike w:val="0"/>
          <w:sz w:val="16"/>
          <w:u w:val="none"/>
        </w:rPr>
        <w:t xml:space="preserve">, The New York Times, 6-8-12---gm) </w:t>
      </w:r>
    </w:p>
    <w:p>
      <w:pPr>
        <w:spacing w:after="60"/>
      </w:pPr>
      <w:r>
        <w:rPr>
          <w:b w:val="0"/>
          <w:i w:val="0"/>
          <w:smallCaps w:val="0"/>
          <w:strike w:val="0"/>
          <w:sz w:val="16"/>
          <w:u w:val="none"/>
        </w:rPr>
        <w:t xml:space="preserve">WASHINGTON — </w:t>
      </w:r>
      <w:r>
        <w:rPr>
          <w:b w:val="0"/>
          <w:i w:val="0"/>
          <w:smallCaps w:val="0"/>
          <w:strike w:val="0"/>
          <w:sz w:val="22"/>
          <w:u w:val="single"/>
        </w:rPr>
        <w:t>After weeks of talks</w:t>
      </w:r>
      <w:r>
        <w:rPr>
          <w:b w:val="0"/>
          <w:i w:val="0"/>
          <w:smallCaps w:val="0"/>
          <w:strike w:val="0"/>
          <w:sz w:val="22"/>
          <w:u w:val="single"/>
        </w:rPr>
        <w:t xml:space="preserve">, drug industry </w:t>
      </w:r>
      <w:r>
        <w:rPr>
          <w:b/>
          <w:i w:val="0"/>
          <w:smallCaps w:val="0"/>
          <w:strike w:val="0"/>
          <w:sz w:val="22"/>
          <w:highlight w:val="cyan"/>
          <w:u w:val="single"/>
        </w:rPr>
        <w:t>lobbyists</w:t>
      </w:r>
      <w:r>
        <w:rPr>
          <w:b w:val="0"/>
          <w:i w:val="0"/>
          <w:smallCaps w:val="0"/>
          <w:strike w:val="0"/>
          <w:sz w:val="22"/>
          <w:highlight w:val="cyan"/>
          <w:u w:val="single"/>
        </w:rPr>
        <w:t xml:space="preserve"> were growing nervous. To cut a deal</w:t>
      </w:r>
      <w:r>
        <w:rPr>
          <w:b w:val="0"/>
          <w:i w:val="0"/>
          <w:smallCaps w:val="0"/>
          <w:strike w:val="0"/>
          <w:sz w:val="22"/>
          <w:u w:val="single"/>
        </w:rPr>
        <w:t xml:space="preserve"> with the White House on overhauling health care, </w:t>
      </w:r>
      <w:r>
        <w:rPr>
          <w:b w:val="0"/>
          <w:i w:val="0"/>
          <w:smallCaps w:val="0"/>
          <w:strike w:val="0"/>
          <w:sz w:val="22"/>
          <w:highlight w:val="cyan"/>
          <w:u w:val="single"/>
        </w:rPr>
        <w:t>they needed to be sure that</w:t>
      </w:r>
      <w:r>
        <w:rPr>
          <w:b w:val="0"/>
          <w:i w:val="0"/>
          <w:smallCaps w:val="0"/>
          <w:strike w:val="0"/>
          <w:sz w:val="22"/>
          <w:u w:val="single"/>
        </w:rPr>
        <w:t xml:space="preserve"> President </w:t>
      </w:r>
      <w:r>
        <w:rPr>
          <w:b w:val="0"/>
          <w:i w:val="0"/>
          <w:smallCaps w:val="0"/>
          <w:strike w:val="0"/>
          <w:sz w:val="22"/>
          <w:highlight w:val="cyan"/>
          <w:u w:val="single"/>
        </w:rPr>
        <w:t>Obama would stop</w:t>
      </w:r>
      <w:r>
        <w:rPr>
          <w:b w:val="0"/>
          <w:i w:val="0"/>
          <w:smallCaps w:val="0"/>
          <w:strike w:val="0"/>
          <w:sz w:val="22"/>
          <w:u w:val="single"/>
        </w:rPr>
        <w:t xml:space="preserve"> a </w:t>
      </w:r>
      <w:r>
        <w:rPr>
          <w:b w:val="0"/>
          <w:i w:val="0"/>
          <w:smallCaps w:val="0"/>
          <w:strike w:val="0"/>
          <w:sz w:val="22"/>
          <w:highlight w:val="cyan"/>
          <w:u w:val="single"/>
        </w:rPr>
        <w:t>proposal</w:t>
      </w:r>
      <w:r>
        <w:rPr>
          <w:b w:val="0"/>
          <w:i w:val="0"/>
          <w:smallCaps w:val="0"/>
          <w:strike w:val="0"/>
          <w:sz w:val="22"/>
          <w:u w:val="single"/>
        </w:rPr>
        <w:t xml:space="preserve"> intended </w:t>
      </w:r>
      <w:r>
        <w:rPr>
          <w:b w:val="0"/>
          <w:i w:val="0"/>
          <w:smallCaps w:val="0"/>
          <w:strike w:val="0"/>
          <w:sz w:val="22"/>
          <w:highlight w:val="cyan"/>
          <w:u w:val="single"/>
        </w:rPr>
        <w:t>to bring down medicine prices.</w:t>
      </w:r>
    </w:p>
    <w:p>
      <w:pPr>
        <w:spacing w:after="60"/>
      </w:pPr>
      <w:r>
        <w:rPr>
          <w:b w:val="0"/>
          <w:i w:val="0"/>
          <w:smallCaps w:val="0"/>
          <w:strike w:val="0"/>
          <w:sz w:val="16"/>
          <w:u w:val="none"/>
        </w:rPr>
        <w:t xml:space="preserve">On June 3, 2009, one of the lobbyists e-mailed Nancy-Ann DeParle, the president’s health care adviser. Ms. DeParle reassured the lobbyist. Although Mr. Obama was overseas, she wrote, she and other top officials had </w:t>
      </w:r>
      <w:r>
        <w:rPr>
          <w:b w:val="0"/>
          <w:i w:val="0"/>
          <w:smallCaps w:val="0"/>
          <w:strike w:val="0"/>
          <w:sz w:val="22"/>
          <w:u w:val="single"/>
        </w:rPr>
        <w:t xml:space="preserve">“made decision, based on how constructive you guys have been, to oppose importation” </w:t>
      </w:r>
      <w:r>
        <w:rPr>
          <w:b/>
          <w:i w:val="0"/>
          <w:smallCaps w:val="0"/>
          <w:strike w:val="0"/>
          <w:sz w:val="22"/>
          <w:u w:val="single"/>
        </w:rPr>
        <w:t>on a different proposal</w:t>
      </w:r>
      <w:r>
        <w:rPr>
          <w:b w:val="0"/>
          <w:i w:val="0"/>
          <w:smallCaps w:val="0"/>
          <w:strike w:val="0"/>
          <w:sz w:val="22"/>
          <w:u w:val="single"/>
        </w:rPr>
        <w:t>.</w:t>
      </w:r>
    </w:p>
    <w:p>
      <w:pPr>
        <w:spacing w:after="60"/>
      </w:pPr>
      <w:r>
        <w:rPr>
          <w:b w:val="0"/>
          <w:i w:val="0"/>
          <w:smallCaps w:val="0"/>
          <w:strike w:val="0"/>
          <w:sz w:val="16"/>
          <w:u w:val="none"/>
        </w:rPr>
        <w:t xml:space="preserve">Just like that, </w:t>
      </w:r>
      <w:r>
        <w:rPr>
          <w:b w:val="0"/>
          <w:i w:val="0"/>
          <w:smallCaps w:val="0"/>
          <w:strike w:val="0"/>
          <w:sz w:val="22"/>
          <w:u w:val="single"/>
        </w:rPr>
        <w:t xml:space="preserve">Mr. </w:t>
      </w:r>
      <w:r>
        <w:rPr>
          <w:b w:val="0"/>
          <w:i w:val="0"/>
          <w:smallCaps w:val="0"/>
          <w:strike w:val="0"/>
          <w:sz w:val="22"/>
          <w:highlight w:val="cyan"/>
          <w:u w:val="single"/>
        </w:rPr>
        <w:t>Obama’s staff signaled a willingness to put aside support for the reimportation of prescription medicines</w:t>
      </w:r>
      <w:r>
        <w:rPr>
          <w:b w:val="0"/>
          <w:i w:val="0"/>
          <w:smallCaps w:val="0"/>
          <w:strike w:val="0"/>
          <w:sz w:val="22"/>
          <w:u w:val="single"/>
        </w:rPr>
        <w:t xml:space="preserve"> at lower prices and by doing so solidified a compact with an industry the president had vilified on the campaign trail. </w:t>
      </w:r>
      <w:r>
        <w:rPr>
          <w:b w:val="0"/>
          <w:i w:val="0"/>
          <w:smallCaps w:val="0"/>
          <w:strike w:val="0"/>
          <w:sz w:val="16"/>
          <w:u w:val="none"/>
        </w:rPr>
        <w:t>Central to Mr. Obama’s drive to remake the nation’s health care system was an unlikely collaboration with the pharmaceutical industry that forced unappealing trade-offs.</w:t>
      </w:r>
    </w:p>
    <w:p>
      <w:pPr>
        <w:spacing w:after="60"/>
      </w:pPr>
      <w:r>
        <w:rPr>
          <w:b w:val="0"/>
          <w:i w:val="0"/>
          <w:smallCaps w:val="0"/>
          <w:strike w:val="0"/>
          <w:sz w:val="16"/>
          <w:u w:val="none"/>
        </w:rPr>
        <w:t>The e-mail exchange three years ago was among a cache of messages obtained from the industry and released in recent weeks by House Republicans — including a new batch put out Friday detailing the industry’s advertising campaign supporting Mr. Obama’s health care overhaul. The broad contours of his dealings with the industry were known in 2009, but the newly public e-mails open a window into the compromises underlying a health care law now awaiting the judgment of the Supreme Court.</w:t>
      </w:r>
    </w:p>
    <w:p>
      <w:pPr>
        <w:spacing w:after="60"/>
      </w:pPr>
      <w:r>
        <w:rPr>
          <w:b w:val="0"/>
          <w:i w:val="0"/>
          <w:smallCaps w:val="0"/>
          <w:strike w:val="0"/>
          <w:sz w:val="16"/>
          <w:u w:val="none"/>
        </w:rPr>
        <w:t>Mr. Obama’s deal-making in 2009 represented a pivotal moment in his young presidency, a juncture where the heady idealism of the campaign trail collided with the messy reality of Washington policy making</w:t>
      </w:r>
      <w:r>
        <w:rPr>
          <w:b w:val="0"/>
          <w:i w:val="0"/>
          <w:smallCaps w:val="0"/>
          <w:strike w:val="0"/>
          <w:sz w:val="22"/>
          <w:u w:val="single"/>
        </w:rPr>
        <w:t>. A president who had promised to negotiate on C-Span cut a closed-door deal with a powerful lobby, signifying to disillusioned liberal supporters a loss of innocence, or perhaps even the triumph of cynicism.</w:t>
      </w:r>
    </w:p>
    <w:p>
      <w:pPr>
        <w:spacing w:after="60"/>
      </w:pPr>
      <w:r>
        <w:rPr>
          <w:b w:val="0"/>
          <w:i w:val="0"/>
          <w:smallCaps w:val="0"/>
          <w:strike w:val="0"/>
          <w:sz w:val="16"/>
          <w:u w:val="none"/>
        </w:rPr>
        <w:t xml:space="preserve">But the bargain was one that the president deemed necessary to forestall industry opposition that had thwarted efforts to cover the uninsured for generations. Without the deal, </w:t>
      </w:r>
      <w:r>
        <w:rPr>
          <w:b w:val="0"/>
          <w:i w:val="0"/>
          <w:smallCaps w:val="0"/>
          <w:strike w:val="0"/>
          <w:sz w:val="28"/>
          <w:u w:val="single"/>
        </w:rPr>
        <w:t xml:space="preserve">in which </w:t>
      </w:r>
      <w:r>
        <w:rPr>
          <w:b w:val="0"/>
          <w:i w:val="0"/>
          <w:smallCaps w:val="0"/>
          <w:strike w:val="0"/>
          <w:sz w:val="28"/>
          <w:highlight w:val="cyan"/>
          <w:u w:val="single"/>
        </w:rPr>
        <w:t xml:space="preserve">the industry agreed to provide $80 billion to expand coverage in exchange for </w:t>
      </w:r>
      <w:r>
        <w:rPr>
          <w:b/>
          <w:i w:val="0"/>
          <w:smallCaps w:val="0"/>
          <w:strike w:val="0"/>
          <w:sz w:val="28"/>
          <w:highlight w:val="cyan"/>
          <w:u w:val="single"/>
        </w:rPr>
        <w:t>protection from policies</w:t>
      </w:r>
      <w:r>
        <w:rPr>
          <w:b w:val="0"/>
          <w:i w:val="0"/>
          <w:smallCaps w:val="0"/>
          <w:strike w:val="0"/>
          <w:sz w:val="28"/>
          <w:u w:val="single"/>
        </w:rPr>
        <w:t xml:space="preserve"> that would cost more, Mr. Obama calculated he might get nowhere.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