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tech antitrust is key to </w:t>
      </w:r>
      <w:r>
        <w:rPr>
          <w:b/>
          <w:i w:val="0"/>
          <w:smallCaps w:val="0"/>
          <w:strike w:val="0"/>
          <w:sz w:val="26"/>
          <w:u w:val="single"/>
        </w:rPr>
        <w:t>global democracy</w:t>
      </w:r>
      <w:r>
        <w:rPr>
          <w:b/>
          <w:i w:val="0"/>
          <w:smallCaps w:val="0"/>
          <w:strike w:val="0"/>
          <w:sz w:val="26"/>
          <w:u w:val="none"/>
        </w:rPr>
        <w:t xml:space="preserve">---competition solves </w:t>
      </w:r>
      <w:r>
        <w:rPr>
          <w:b/>
          <w:i w:val="0"/>
          <w:smallCaps w:val="0"/>
          <w:strike w:val="0"/>
          <w:sz w:val="26"/>
          <w:u w:val="single"/>
        </w:rPr>
        <w:t>concentration of data</w:t>
      </w:r>
      <w:r>
        <w:rPr>
          <w:b/>
          <w:i w:val="0"/>
          <w:smallCaps w:val="0"/>
          <w:strike w:val="0"/>
          <w:sz w:val="26"/>
          <w:u w:val="none"/>
        </w:rPr>
        <w:t xml:space="preserve"> that spurs </w:t>
      </w:r>
      <w:r>
        <w:rPr>
          <w:b/>
          <w:i w:val="0"/>
          <w:smallCaps w:val="0"/>
          <w:strike w:val="0"/>
          <w:sz w:val="26"/>
          <w:u w:val="single"/>
        </w:rPr>
        <w:t xml:space="preserve">misinformation </w:t>
      </w:r>
      <w:r>
        <w:rPr>
          <w:b/>
          <w:i w:val="0"/>
          <w:smallCaps w:val="0"/>
          <w:strike w:val="0"/>
          <w:sz w:val="26"/>
          <w:u w:val="none"/>
        </w:rPr>
        <w:t>and manipulation</w:t>
      </w:r>
    </w:p>
    <w:p>
      <w:pPr>
        <w:spacing w:after="80"/>
      </w:pPr>
      <w:r>
        <w:rPr>
          <w:b/>
          <w:i w:val="0"/>
          <w:smallCaps w:val="0"/>
          <w:strike w:val="0"/>
          <w:sz w:val="26"/>
          <w:u w:val="none"/>
        </w:rPr>
        <w:t>Miller 21</w:t>
      </w:r>
      <w:r>
        <w:rPr>
          <w:b w:val="0"/>
          <w:i w:val="0"/>
          <w:smallCaps w:val="0"/>
          <w:strike w:val="0"/>
          <w:u w:val="none"/>
        </w:rPr>
        <w:t xml:space="preserve">, University of Haifa international relations professor (Benjamin, director of the National Security Center, and Guy </w:t>
      </w:r>
      <w:r>
        <w:rPr>
          <w:b w:val="0"/>
          <w:i w:val="0"/>
          <w:smallCaps w:val="0"/>
          <w:strike w:val="0"/>
          <w:u w:val="none"/>
        </w:rPr>
        <w:t>Schleffer</w:t>
      </w:r>
      <w:r>
        <w:rPr>
          <w:b w:val="0"/>
          <w:i w:val="0"/>
          <w:smallCaps w:val="0"/>
          <w:strike w:val="0"/>
          <w:u w:val="none"/>
        </w:rPr>
        <w:t>, Ph.D. candidate, "The Political Effects of Social Media Platforms on Different Regime Types," Texas National Security Law Review, Summer 2021, https://tnsr.org/2021/07/the-political-effects-of-social-media-platforms-on-different-regime-types/, accessed 11-9-21, modified for ableism)</w:t>
      </w:r>
    </w:p>
    <w:p>
      <w:pPr>
        <w:spacing w:after="60"/>
      </w:pPr>
      <w:r>
        <w:rPr>
          <w:b w:val="0"/>
          <w:i w:val="0"/>
          <w:smallCaps w:val="0"/>
          <w:strike w:val="0"/>
          <w:u w:val="none"/>
        </w:rPr>
        <w:t xml:space="preserve">Today, for the first time since 2001, there are more autocracies than democracies in the world. The number of electoral and liberal democracies dropped from 55 percent of all countries at its peak in 2010 to only 48 percent in 2019.1 This </w:t>
      </w:r>
      <w:r>
        <w:rPr>
          <w:b w:val="0"/>
          <w:i w:val="0"/>
          <w:smallCaps w:val="0"/>
          <w:strike w:val="0"/>
          <w:sz w:val="22"/>
          <w:u w:val="single"/>
        </w:rPr>
        <w:t>decline in</w:t>
      </w:r>
      <w:r>
        <w:rPr>
          <w:b w:val="0"/>
          <w:i w:val="0"/>
          <w:smallCaps w:val="0"/>
          <w:strike w:val="0"/>
          <w:u w:val="none"/>
        </w:rPr>
        <w:t xml:space="preserve"> the number of </w:t>
      </w:r>
      <w:r>
        <w:rPr>
          <w:b w:val="0"/>
          <w:i w:val="0"/>
          <w:smallCaps w:val="0"/>
          <w:strike w:val="0"/>
          <w:sz w:val="22"/>
          <w:u w:val="single"/>
        </w:rPr>
        <w:t>liberal democracies is [wrecking]</w:t>
      </w:r>
      <w:r>
        <w:rPr>
          <w:b w:val="0"/>
          <w:i w:val="0"/>
          <w:smallCaps w:val="0"/>
          <w:strike/>
          <w:u w:val="none"/>
        </w:rPr>
        <w:t>crippling</w:t>
      </w:r>
      <w:r>
        <w:rPr>
          <w:b w:val="0"/>
          <w:i w:val="0"/>
          <w:smallCaps w:val="0"/>
          <w:strike w:val="0"/>
          <w:u w:val="none"/>
        </w:rPr>
        <w:t xml:space="preserve"> </w:t>
      </w:r>
      <w:r>
        <w:rPr>
          <w:b w:val="0"/>
          <w:i w:val="0"/>
          <w:smallCaps w:val="0"/>
          <w:strike w:val="0"/>
          <w:sz w:val="22"/>
          <w:u w:val="single"/>
        </w:rPr>
        <w:t>the U.S-led liberal world order,</w:t>
      </w:r>
      <w:r>
        <w:rPr>
          <w:b w:val="0"/>
          <w:i w:val="0"/>
          <w:smallCaps w:val="0"/>
          <w:strike w:val="0"/>
          <w:u w:val="none"/>
        </w:rPr>
        <w:t xml:space="preserve"> </w:t>
      </w:r>
      <w:r>
        <w:rPr>
          <w:b w:val="0"/>
          <w:i w:val="0"/>
          <w:smallCaps w:val="0"/>
          <w:strike w:val="0"/>
          <w:sz w:val="22"/>
          <w:u w:val="single"/>
        </w:rPr>
        <w:t>weakening America’s</w:t>
      </w:r>
      <w:r>
        <w:rPr>
          <w:b w:val="0"/>
          <w:i w:val="0"/>
          <w:smallCaps w:val="0"/>
          <w:strike w:val="0"/>
          <w:u w:val="none"/>
        </w:rPr>
        <w:t xml:space="preserve"> post-Cold War </w:t>
      </w:r>
      <w:r>
        <w:rPr>
          <w:b w:val="0"/>
          <w:i w:val="0"/>
          <w:smallCaps w:val="0"/>
          <w:strike w:val="0"/>
          <w:sz w:val="22"/>
          <w:u w:val="single"/>
        </w:rPr>
        <w:t>hegemony, and shifting power to authoritarian regimes such as China and Russia</w:t>
      </w:r>
      <w:r>
        <w:rPr>
          <w:b w:val="0"/>
          <w:i w:val="0"/>
          <w:smallCaps w:val="0"/>
          <w:strike w:val="0"/>
          <w:u w:val="none"/>
        </w:rPr>
        <w:t xml:space="preserve">, leading Fareed Zakaria to claim that “American hegemony died.”2 It seems that illiberal democracies and authoritarian regimes are on the rise all across the globe. Even in the United States, President Donald Trump favored a new kind of hegemony — an illiberal one.3 This phenomenon can be explained by many factors, such as the rise of xenophobic populist movements in reaction to immigration, cultural change, the decline in job and economic security after the 2008 financial crisis, the opposition to globalization, and the loss of sovereignty.4 For authoritarian regimes, the growth of national populist movements in Europe and America is proof that “the liberal idea has outlived its purpose,” as the public has turned against immigration, open borders, and multiculturalism.5 Recent elections worldwide reflect a deep groundswell of anti-establishment sentiment that can easily be mobilized by extremist political parties and candidates.6 In this essay, </w:t>
      </w:r>
      <w:r>
        <w:rPr>
          <w:b w:val="0"/>
          <w:i w:val="0"/>
          <w:smallCaps w:val="0"/>
          <w:strike w:val="0"/>
          <w:sz w:val="22"/>
          <w:u w:val="single"/>
        </w:rPr>
        <w:t>we highlight the role of U.S. social media</w:t>
      </w:r>
      <w:r>
        <w:rPr>
          <w:b w:val="0"/>
          <w:i w:val="0"/>
          <w:smallCaps w:val="0"/>
          <w:strike w:val="0"/>
          <w:u w:val="none"/>
        </w:rPr>
        <w:t xml:space="preserve"> platforms </w:t>
      </w:r>
      <w:r>
        <w:rPr>
          <w:b w:val="0"/>
          <w:i w:val="0"/>
          <w:smallCaps w:val="0"/>
          <w:strike w:val="0"/>
          <w:sz w:val="22"/>
          <w:u w:val="single"/>
        </w:rPr>
        <w:t>in the decline of liberal democracies and the rise of</w:t>
      </w:r>
      <w:r>
        <w:rPr>
          <w:b w:val="0"/>
          <w:i w:val="0"/>
          <w:smallCaps w:val="0"/>
          <w:strike w:val="0"/>
          <w:u w:val="none"/>
        </w:rPr>
        <w:t xml:space="preserve"> illiberal democracies and </w:t>
      </w:r>
      <w:r>
        <w:rPr>
          <w:b w:val="0"/>
          <w:i w:val="0"/>
          <w:smallCaps w:val="0"/>
          <w:strike w:val="0"/>
          <w:sz w:val="22"/>
          <w:u w:val="single"/>
        </w:rPr>
        <w:t>autocratic regimes across the world</w:t>
      </w:r>
      <w:r>
        <w:rPr>
          <w:b w:val="0"/>
          <w:i w:val="0"/>
          <w:smallCaps w:val="0"/>
          <w:strike w:val="0"/>
          <w:u w:val="none"/>
        </w:rPr>
        <w:t xml:space="preserve">. Previous studies have examined different aspects of the impact of social media platforms on states and regimes but have usually done this in a siloed way — for example, narrowly focusing on the correlation between social media and the rise of populism, or on the influence of social media in Latin America and in the U.S. 2016 elections.7 Sarah Kreps posed a broader research question regarding the different effects of social media platforms in democracies and non-democracies.8 This essay contributes to this body of research by taking an even wider view. We describe the multifaceted impact of American social media platforms in different countries and seek to generalize and categorize this impact by offering an innovative explanation for it. These generalizations and categorizations help to explain why different countries experience the impact of social media in different ways and with varying degrees of intensity. They can also help policymakers to predict what may occur in similar countries where the impact is not yet clear and help them to take preliminary steps to avoid the same phenomenon. We begin by reviewing social media platforms, their knowledge power (the power they gained by accumulating vast amounts of data about people and turning it into knowledge), and their potential as a liberating mechanism, before examining what went wrong in the last decade. This is followed by a discussion of the variable impacts of social media on the political systems in different states. We explore why the effect varies between different democratic states — for example, in Brazil compared to the United States — as well as between different authoritarian states — i.e., why it has bolstered Russia’s regime while fueling a revolution in Egypt. We suggest that social media’s impact depends mainly on three political actors: domestic opposition, external forces, and the governing regime. By examining how these three actors use social media while considering variations in state capacity and political regime type, a causal model emerges in which there are four different effects of social media: weakening, intensifying, radicalizing, and destabilizing. We further examine these disparate effects by examining four case studies, each representing a different combination of state capacity (weak vs. strong) and regime type (democratic vs. authoritarian). We argue </w:t>
      </w:r>
      <w:r>
        <w:rPr>
          <w:b w:val="0"/>
          <w:i w:val="0"/>
          <w:smallCaps w:val="0"/>
          <w:strike w:val="0"/>
          <w:u w:val="none"/>
        </w:rPr>
        <w:t>that,</w:t>
      </w:r>
      <w:r>
        <w:rPr>
          <w:b w:val="0"/>
          <w:i w:val="0"/>
          <w:smallCaps w:val="0"/>
          <w:strike w:val="0"/>
          <w:u w:val="none"/>
        </w:rPr>
        <w:t xml:space="preserve"> contrary to the optimistic promise of </w:t>
      </w:r>
      <w:r>
        <w:rPr>
          <w:b w:val="0"/>
          <w:i w:val="0"/>
          <w:smallCaps w:val="0"/>
          <w:strike w:val="0"/>
          <w:sz w:val="22"/>
          <w:u w:val="single"/>
        </w:rPr>
        <w:t>social media platforms</w:t>
      </w:r>
      <w:r>
        <w:rPr>
          <w:b w:val="0"/>
          <w:i w:val="0"/>
          <w:smallCaps w:val="0"/>
          <w:strike w:val="0"/>
          <w:u w:val="none"/>
        </w:rPr>
        <w:t xml:space="preserve"> at the beginning of the millennium, it seems that they </w:t>
      </w:r>
      <w:r>
        <w:rPr>
          <w:b w:val="0"/>
          <w:i w:val="0"/>
          <w:smallCaps w:val="0"/>
          <w:strike w:val="0"/>
          <w:sz w:val="22"/>
          <w:u w:val="single"/>
        </w:rPr>
        <w:t>are having a weakening effect on strong democratic regimes, an intensifying effect on strong authoritarian regimes, a radicalizing effect on weak democratic regimes, and a destabilizing effect on weak authoritarian ones</w:t>
      </w:r>
      <w:r>
        <w:rPr>
          <w:b w:val="0"/>
          <w:i w:val="0"/>
          <w:smallCaps w:val="0"/>
          <w:strike w:val="0"/>
          <w:u w:val="none"/>
        </w:rPr>
        <w:t xml:space="preserve">. We conclude by presenting the implications of our analysis for the future of the international system. The Promise of </w:t>
      </w:r>
      <w:r>
        <w:rPr>
          <w:b w:val="0"/>
          <w:i w:val="0"/>
          <w:smallCaps w:val="0"/>
          <w:strike w:val="0"/>
          <w:u w:val="none"/>
        </w:rPr>
        <w:t>Social Media</w:t>
      </w:r>
      <w:r>
        <w:rPr>
          <w:b w:val="0"/>
          <w:i w:val="0"/>
          <w:smallCaps w:val="0"/>
          <w:strike w:val="0"/>
          <w:u w:val="none"/>
        </w:rPr>
        <w:t xml:space="preserve"> </w:t>
      </w:r>
      <w:r>
        <w:rPr>
          <w:b w:val="0"/>
          <w:i w:val="0"/>
          <w:smallCaps w:val="0"/>
          <w:strike w:val="0"/>
          <w:sz w:val="22"/>
          <w:u w:val="single"/>
        </w:rPr>
        <w:t>Of the seven most popular social media platforms, Facebook owns four: Facebook, Messenger, WhatsApp, and Insta</w:t>
      </w:r>
      <w:r>
        <w:rPr>
          <w:b w:val="0"/>
          <w:i w:val="0"/>
          <w:smallCaps w:val="0"/>
          <w:strike w:val="0"/>
          <w:u w:val="none"/>
        </w:rPr>
        <w:t xml:space="preserve">gram. Together with YouTube, which is owned by Google, these are the five leading social media platforms not based in China. The most successful social media platform in “grabbing, holding, and processing human attention” is WeChat,9 a China-based application that “encompasses almost every aspect of human life.”10 It is a “one-stop-shop” model that led Facebook to try to consolidate its sub-companies (Facebook, Messenger, WhatsApp, and Instagram) into one giant application.11 Optimists have seen social media platforms as an expression of the liberalizing ethos of the internet: tools for empowering citizens, enabling economic opportunities, increasing freedom of expression, spreading liberal ideas, and providing an alternative communication platform for dissidents.12 This positive view was espoused by some of the founders of U.S. social media platforms and can be traced back to John Perry Barlow’s “Declaration of the Independence of Cyberspace,”13 which was popular at the time when these companies were established in Silicon Valley. Although these corporations started out politically neutral, some have moved in recent years toward publicly challenging governments.14 For example, Facebook founder Mark Zuckerberg has talked about replacing the “old” social infrastructure of the state, “which opposes the flow of knowledge, trade and immigration,”15 with a new global community.16 Zuckerberg also stated: “In many ways, Facebook is more like a government than a traditional company.”17 Google’s Jared Cohen and Eric Schmidt wrote about the game-changing implications of the internet for politics. They predicted that governments “will be caught off-guard when large numbers of their citizens, armed with virtually nothing but cell phones, take part in </w:t>
      </w:r>
      <w:r>
        <w:rPr>
          <w:b w:val="0"/>
          <w:i w:val="0"/>
          <w:smallCaps w:val="0"/>
          <w:strike w:val="0"/>
          <w:u w:val="none"/>
        </w:rPr>
        <w:t>mini-rebellions</w:t>
      </w:r>
      <w:r>
        <w:rPr>
          <w:b w:val="0"/>
          <w:i w:val="0"/>
          <w:smallCaps w:val="0"/>
          <w:strike w:val="0"/>
          <w:u w:val="none"/>
        </w:rPr>
        <w:t xml:space="preserve"> that challenge their authority.”18 Social media platforms have the power to strengthen democracies by echoing public opinion. Clay Shirky argues that social media can help to increase freedom and change people’s political views by exposing them to other opinions echoed by friends, family members, and colleagues.19 At the beginning of the millennium, social media platforms were credited with shifting power from authoritarian regimes to ordinary people seeking freedom and social justice.20 Peter Singer and Emerson Brooking wrote in 2018 that social media platforms “illuminated the shadowy crimes through which dictators had long clung to power and offered up a powerful new means of grassroots mobilization.”21 Manuel Castells describes social media as “a mobilizing force” that can “topple an entrenched regime if everybody would come together.”22 These platforms can compensate for the disadvantages of undisciplined groups by reducing coordination costs while increasing shared awareness.23 Indeed, social media platforms played a role in the 2009 civil revolt in Moldova, dubbed “the first Facebook revolution”; the 2009 unrest in Iran, called “the first Twitter revolution”; the 2011 Russian “almost-revolution”; and the first wave of Arab social unrest in 2011, when “the Facebook-armed youth of Tunisia and Egypt” demonstrated “the liberating power of social media.”24 However, according to Singer and Brooking, these internet-enabled democratic movements “represented a high-water mark” that was followed by “a countering wave of authoritarianism using social media itself, woven into a pushback of repression, censorship and even violence.”25 The use of social media has no single preordained outcome. These platforms cannot “bring the world closer together,” as Facebook’s mission states,26 and help connect only democracy-loving people. As Zeynep </w:t>
      </w:r>
      <w:r>
        <w:rPr>
          <w:b w:val="0"/>
          <w:i w:val="0"/>
          <w:smallCaps w:val="0"/>
          <w:strike w:val="0"/>
          <w:u w:val="none"/>
        </w:rPr>
        <w:t>Tufekci</w:t>
      </w:r>
      <w:r>
        <w:rPr>
          <w:b w:val="0"/>
          <w:i w:val="0"/>
          <w:smallCaps w:val="0"/>
          <w:strike w:val="0"/>
          <w:u w:val="none"/>
        </w:rPr>
        <w:t xml:space="preserve"> notes, they are also “connecting white supremacists, who can now assemble far more effectively or radical Buddhist monks in Myanmar, who now have much more potent tools for spreading incitement to ethnic cleansing.”27 Social media can be used to support incumbent politicians within a country or to help external authoritarian powers to disseminate propaganda and disrupt the democratic transfer of power through elections in other countries.28 </w:t>
      </w:r>
      <w:r>
        <w:rPr>
          <w:b w:val="0"/>
          <w:i w:val="0"/>
          <w:smallCaps w:val="0"/>
          <w:strike w:val="0"/>
          <w:sz w:val="22"/>
          <w:u w:val="single"/>
        </w:rPr>
        <w:t xml:space="preserve">It </w:t>
      </w:r>
      <w:r>
        <w:rPr>
          <w:b w:val="0"/>
          <w:i w:val="0"/>
          <w:smallCaps w:val="0"/>
          <w:strike w:val="0"/>
          <w:u w:val="none"/>
        </w:rPr>
        <w:t>i</w:t>
      </w:r>
      <w:r>
        <w:rPr>
          <w:b w:val="0"/>
          <w:i w:val="0"/>
          <w:smallCaps w:val="0"/>
          <w:strike w:val="0"/>
          <w:sz w:val="22"/>
          <w:u w:val="single"/>
        </w:rPr>
        <w:t>s</w:t>
      </w:r>
      <w:r>
        <w:rPr>
          <w:b w:val="0"/>
          <w:i w:val="0"/>
          <w:smallCaps w:val="0"/>
          <w:strike w:val="0"/>
          <w:u w:val="none"/>
        </w:rPr>
        <w:t xml:space="preserve"> also </w:t>
      </w:r>
      <w:r>
        <w:rPr>
          <w:b w:val="0"/>
          <w:i w:val="0"/>
          <w:smallCaps w:val="0"/>
          <w:strike w:val="0"/>
          <w:sz w:val="22"/>
          <w:u w:val="single"/>
        </w:rPr>
        <w:t xml:space="preserve">used by </w:t>
      </w:r>
      <w:r>
        <w:rPr>
          <w:b w:val="0"/>
          <w:i w:val="0"/>
          <w:smallCaps w:val="0"/>
          <w:strike w:val="0"/>
          <w:sz w:val="22"/>
          <w:highlight w:val="cyan"/>
          <w:u w:val="single"/>
        </w:rPr>
        <w:t>populists</w:t>
      </w:r>
      <w:r>
        <w:rPr>
          <w:b w:val="0"/>
          <w:i w:val="0"/>
          <w:smallCaps w:val="0"/>
          <w:strike w:val="0"/>
          <w:highlight w:val="cyan"/>
          <w:u w:val="none"/>
        </w:rPr>
        <w:t xml:space="preserve"> </w:t>
      </w:r>
      <w:r>
        <w:rPr>
          <w:b w:val="0"/>
          <w:i w:val="0"/>
          <w:smallCaps w:val="0"/>
          <w:strike w:val="0"/>
          <w:u w:val="none"/>
        </w:rPr>
        <w:t xml:space="preserve">who pose a fundamental challenge to neoliberal ideology, </w:t>
      </w:r>
      <w:r>
        <w:rPr>
          <w:b w:val="0"/>
          <w:i w:val="0"/>
          <w:smallCaps w:val="0"/>
          <w:strike w:val="0"/>
          <w:sz w:val="22"/>
          <w:u w:val="single"/>
        </w:rPr>
        <w:t>spreading untruth and stirring outrage that</w:t>
      </w:r>
      <w:r>
        <w:rPr>
          <w:b w:val="0"/>
          <w:i w:val="0"/>
          <w:smallCaps w:val="0"/>
          <w:strike w:val="0"/>
          <w:u w:val="none"/>
        </w:rPr>
        <w:t xml:space="preserve"> affects voters’ judgment and </w:t>
      </w:r>
      <w:r>
        <w:rPr>
          <w:b w:val="0"/>
          <w:i w:val="0"/>
          <w:smallCaps w:val="0"/>
          <w:strike w:val="0"/>
          <w:sz w:val="22"/>
          <w:u w:val="single"/>
        </w:rPr>
        <w:t>fuels partisanship</w:t>
      </w:r>
      <w:r>
        <w:rPr>
          <w:b w:val="0"/>
          <w:i w:val="0"/>
          <w:smallCaps w:val="0"/>
          <w:strike w:val="0"/>
          <w:u w:val="none"/>
        </w:rPr>
        <w:t xml:space="preserve">.29 </w:t>
      </w:r>
      <w:r>
        <w:rPr>
          <w:b w:val="0"/>
          <w:i w:val="0"/>
          <w:smallCaps w:val="0"/>
          <w:strike w:val="0"/>
          <w:sz w:val="22"/>
          <w:u w:val="single"/>
        </w:rPr>
        <w:t>The</w:t>
      </w:r>
      <w:r>
        <w:rPr>
          <w:b w:val="0"/>
          <w:i w:val="0"/>
          <w:smallCaps w:val="0"/>
          <w:strike w:val="0"/>
          <w:u w:val="none"/>
        </w:rPr>
        <w:t xml:space="preserve"> different </w:t>
      </w:r>
      <w:r>
        <w:rPr>
          <w:b w:val="0"/>
          <w:i w:val="0"/>
          <w:smallCaps w:val="0"/>
          <w:strike w:val="0"/>
          <w:sz w:val="22"/>
          <w:u w:val="single"/>
        </w:rPr>
        <w:t>actors</w:t>
      </w:r>
      <w:r>
        <w:rPr>
          <w:b w:val="0"/>
          <w:i w:val="0"/>
          <w:smallCaps w:val="0"/>
          <w:strike w:val="0"/>
          <w:u w:val="none"/>
        </w:rPr>
        <w:t xml:space="preserve"> using social media platforms, whether for good purposes or bad, </w:t>
      </w:r>
      <w:r>
        <w:rPr>
          <w:b w:val="0"/>
          <w:i w:val="0"/>
          <w:smallCaps w:val="0"/>
          <w:strike w:val="0"/>
          <w:sz w:val="22"/>
          <w:highlight w:val="cyan"/>
          <w:u w:val="single"/>
        </w:rPr>
        <w:t xml:space="preserve">are exploiting the </w:t>
      </w:r>
      <w:r>
        <w:rPr>
          <w:b/>
          <w:i w:val="0"/>
          <w:smallCaps w:val="0"/>
          <w:strike w:val="0"/>
          <w:sz w:val="22"/>
          <w:highlight w:val="cyan"/>
          <w:u w:val="single"/>
        </w:rPr>
        <w:t>unprecedented concentration</w:t>
      </w:r>
      <w:r>
        <w:rPr>
          <w:b w:val="0"/>
          <w:i w:val="0"/>
          <w:smallCaps w:val="0"/>
          <w:strike w:val="0"/>
          <w:sz w:val="22"/>
          <w:highlight w:val="cyan"/>
          <w:u w:val="single"/>
        </w:rPr>
        <w:t xml:space="preserve"> of </w:t>
      </w:r>
      <w:r>
        <w:rPr>
          <w:b/>
          <w:i w:val="0"/>
          <w:smallCaps w:val="0"/>
          <w:strike w:val="0"/>
          <w:sz w:val="22"/>
          <w:highlight w:val="cyan"/>
          <w:u w:val="single"/>
        </w:rPr>
        <w:t>knowledge power</w:t>
      </w:r>
      <w:r>
        <w:rPr>
          <w:b w:val="0"/>
          <w:i w:val="0"/>
          <w:smallCaps w:val="0"/>
          <w:strike w:val="0"/>
          <w:highlight w:val="cyan"/>
          <w:u w:val="none"/>
        </w:rPr>
        <w:t xml:space="preserve"> </w:t>
      </w:r>
      <w:r>
        <w:rPr>
          <w:b w:val="0"/>
          <w:i w:val="0"/>
          <w:smallCaps w:val="0"/>
          <w:strike w:val="0"/>
          <w:u w:val="none"/>
        </w:rPr>
        <w:t xml:space="preserve">that these platforms have amassed over the past few years. The Knowledge Power of </w:t>
      </w:r>
      <w:r>
        <w:rPr>
          <w:b w:val="0"/>
          <w:i w:val="0"/>
          <w:smallCaps w:val="0"/>
          <w:strike w:val="0"/>
          <w:u w:val="none"/>
        </w:rPr>
        <w:t>Social Media</w:t>
      </w:r>
      <w:r>
        <w:rPr>
          <w:b w:val="0"/>
          <w:i w:val="0"/>
          <w:smallCaps w:val="0"/>
          <w:strike w:val="0"/>
          <w:u w:val="none"/>
        </w:rPr>
        <w:t xml:space="preserve"> In recent years, </w:t>
      </w:r>
      <w:r>
        <w:rPr>
          <w:b w:val="0"/>
          <w:i w:val="0"/>
          <w:smallCaps w:val="0"/>
          <w:strike w:val="0"/>
          <w:sz w:val="22"/>
          <w:u w:val="single"/>
        </w:rPr>
        <w:t>social media</w:t>
      </w:r>
      <w:r>
        <w:rPr>
          <w:b w:val="0"/>
          <w:i w:val="0"/>
          <w:smallCaps w:val="0"/>
          <w:strike w:val="0"/>
          <w:u w:val="none"/>
        </w:rPr>
        <w:t xml:space="preserve"> platforms have </w:t>
      </w:r>
      <w:r>
        <w:rPr>
          <w:b w:val="0"/>
          <w:i w:val="0"/>
          <w:smallCaps w:val="0"/>
          <w:strike w:val="0"/>
          <w:sz w:val="22"/>
          <w:u w:val="single"/>
        </w:rPr>
        <w:t xml:space="preserve">gained “knowledge power” </w:t>
      </w:r>
      <w:r>
        <w:rPr>
          <w:b w:val="0"/>
          <w:i w:val="0"/>
          <w:smallCaps w:val="0"/>
          <w:strike w:val="0"/>
          <w:sz w:val="22"/>
          <w:highlight w:val="cyan"/>
          <w:u w:val="single"/>
        </w:rPr>
        <w:t>derived from</w:t>
      </w:r>
      <w:r>
        <w:rPr>
          <w:b w:val="0"/>
          <w:i w:val="0"/>
          <w:smallCaps w:val="0"/>
          <w:strike w:val="0"/>
          <w:sz w:val="22"/>
          <w:u w:val="single"/>
        </w:rPr>
        <w:t xml:space="preserve"> the </w:t>
      </w:r>
      <w:r>
        <w:rPr>
          <w:b/>
          <w:i w:val="0"/>
          <w:smallCaps w:val="0"/>
          <w:strike w:val="0"/>
          <w:sz w:val="22"/>
          <w:highlight w:val="cyan"/>
          <w:u w:val="single"/>
        </w:rPr>
        <w:t>vast</w:t>
      </w:r>
      <w:r>
        <w:rPr>
          <w:b w:val="0"/>
          <w:i w:val="0"/>
          <w:smallCaps w:val="0"/>
          <w:strike w:val="0"/>
          <w:sz w:val="22"/>
          <w:u w:val="single"/>
        </w:rPr>
        <w:t xml:space="preserve"> amounts of </w:t>
      </w:r>
      <w:r>
        <w:rPr>
          <w:b/>
          <w:i w:val="0"/>
          <w:smallCaps w:val="0"/>
          <w:strike w:val="0"/>
          <w:sz w:val="22"/>
          <w:highlight w:val="cyan"/>
          <w:u w:val="single"/>
        </w:rPr>
        <w:t>data</w:t>
      </w:r>
      <w:r>
        <w:rPr>
          <w:b w:val="0"/>
          <w:i w:val="0"/>
          <w:smallCaps w:val="0"/>
          <w:strike w:val="0"/>
          <w:u w:val="none"/>
        </w:rPr>
        <w:t xml:space="preserve"> that they have </w:t>
      </w:r>
      <w:r>
        <w:rPr>
          <w:b w:val="0"/>
          <w:i w:val="0"/>
          <w:smallCaps w:val="0"/>
          <w:strike w:val="0"/>
          <w:sz w:val="22"/>
          <w:u w:val="single"/>
        </w:rPr>
        <w:t>collected</w:t>
      </w:r>
      <w:r>
        <w:rPr>
          <w:b w:val="0"/>
          <w:i w:val="0"/>
          <w:smallCaps w:val="0"/>
          <w:strike w:val="0"/>
          <w:u w:val="none"/>
        </w:rPr>
        <w:t xml:space="preserve"> and marshaled.30 According to Susan Strange, such power includes “what is believed or known and the channels by which these beliefs, ideas and knowledge are communicated, or confined.” This kind of power lies as much in the capacity to deny knowledge as in the power to convey it.31 The knowledge power of social media platforms may take many forms. Facebook, for example, knows more about a person than the government does.32 In 2002, Google discovered it could use the collateral data that it collects to profile users based on their characteristics and interests and then match advertisements to individual users.33 Over the years, Google and Facebook have sold more ads by reducing user privacy and gaining more access to a person’s data.34 In the competition for what Shoshana Zuboff called “surveillance capitalism” revenue,35 the advantage goes to firms that can acquire vast and varied data streams. Therefore, social media platforms are expanding both the scope of surveillance (migrating from the virtual world into the real world of automobile dashboard) and the depth of the surveillance (accumulating data on individuals’ personalities, moods, and emotions). In addition to </w:t>
      </w:r>
      <w:r>
        <w:rPr>
          <w:b w:val="0"/>
          <w:i w:val="0"/>
          <w:smallCaps w:val="0"/>
          <w:strike w:val="0"/>
          <w:sz w:val="22"/>
          <w:highlight w:val="cyan"/>
          <w:u w:val="single"/>
        </w:rPr>
        <w:t xml:space="preserve">using </w:t>
      </w:r>
      <w:r>
        <w:rPr>
          <w:b/>
          <w:i w:val="0"/>
          <w:smallCaps w:val="0"/>
          <w:strike w:val="0"/>
          <w:sz w:val="22"/>
          <w:highlight w:val="cyan"/>
          <w:u w:val="single"/>
        </w:rPr>
        <w:t>knowledge power</w:t>
      </w:r>
      <w:r>
        <w:rPr>
          <w:b w:val="0"/>
          <w:i w:val="0"/>
          <w:smallCaps w:val="0"/>
          <w:strike w:val="0"/>
          <w:highlight w:val="cyan"/>
          <w:u w:val="none"/>
        </w:rPr>
        <w:t xml:space="preserve"> </w:t>
      </w:r>
      <w:r>
        <w:rPr>
          <w:b w:val="0"/>
          <w:i w:val="0"/>
          <w:smallCaps w:val="0"/>
          <w:strike w:val="0"/>
          <w:u w:val="none"/>
        </w:rPr>
        <w:t xml:space="preserve">to profile and micro-target their users to sell more ads, </w:t>
      </w:r>
      <w:r>
        <w:rPr>
          <w:b/>
          <w:i w:val="0"/>
          <w:smallCaps w:val="0"/>
          <w:strike w:val="0"/>
          <w:sz w:val="22"/>
          <w:highlight w:val="cyan"/>
          <w:u w:val="single"/>
        </w:rPr>
        <w:t>Facebook</w:t>
      </w:r>
      <w:r>
        <w:rPr>
          <w:b w:val="0"/>
          <w:i w:val="0"/>
          <w:smallCaps w:val="0"/>
          <w:strike w:val="0"/>
          <w:highlight w:val="cyan"/>
          <w:u w:val="none"/>
        </w:rPr>
        <w:t xml:space="preserve"> </w:t>
      </w:r>
      <w:r>
        <w:rPr>
          <w:b w:val="0"/>
          <w:i w:val="0"/>
          <w:smallCaps w:val="0"/>
          <w:strike w:val="0"/>
          <w:u w:val="none"/>
        </w:rPr>
        <w:t xml:space="preserve">also </w:t>
      </w:r>
      <w:r>
        <w:rPr>
          <w:b w:val="0"/>
          <w:i w:val="0"/>
          <w:smallCaps w:val="0"/>
          <w:strike w:val="0"/>
          <w:sz w:val="22"/>
          <w:highlight w:val="cyan"/>
          <w:u w:val="single"/>
        </w:rPr>
        <w:t>uses</w:t>
      </w:r>
      <w:r>
        <w:rPr>
          <w:b w:val="0"/>
          <w:i w:val="0"/>
          <w:smallCaps w:val="0"/>
          <w:strike w:val="0"/>
          <w:u w:val="none"/>
        </w:rPr>
        <w:t xml:space="preserve"> its </w:t>
      </w:r>
      <w:r>
        <w:rPr>
          <w:b/>
          <w:i w:val="0"/>
          <w:smallCaps w:val="0"/>
          <w:strike w:val="0"/>
          <w:sz w:val="22"/>
          <w:highlight w:val="cyan"/>
          <w:u w:val="single"/>
        </w:rPr>
        <w:t>alg</w:t>
      </w:r>
      <w:r>
        <w:rPr>
          <w:b/>
          <w:i w:val="0"/>
          <w:smallCaps w:val="0"/>
          <w:strike w:val="0"/>
          <w:sz w:val="22"/>
          <w:u w:val="single"/>
        </w:rPr>
        <w:t>orithm</w:t>
      </w:r>
      <w:r>
        <w:rPr>
          <w:b/>
          <w:i w:val="0"/>
          <w:smallCaps w:val="0"/>
          <w:strike w:val="0"/>
          <w:sz w:val="22"/>
          <w:highlight w:val="cyan"/>
          <w:u w:val="single"/>
        </w:rPr>
        <w:t>s</w:t>
      </w:r>
      <w:r>
        <w:rPr>
          <w:b w:val="0"/>
          <w:i w:val="0"/>
          <w:smallCaps w:val="0"/>
          <w:strike w:val="0"/>
          <w:sz w:val="22"/>
          <w:u w:val="single"/>
        </w:rPr>
        <w:t xml:space="preserve"> to</w:t>
      </w:r>
      <w:r>
        <w:rPr>
          <w:b w:val="0"/>
          <w:i w:val="0"/>
          <w:smallCaps w:val="0"/>
          <w:strike w:val="0"/>
          <w:u w:val="none"/>
        </w:rPr>
        <w:t xml:space="preserve"> anticipate human behavior and create </w:t>
      </w:r>
      <w:r>
        <w:rPr>
          <w:b w:val="0"/>
          <w:i w:val="0"/>
          <w:smallCaps w:val="0"/>
          <w:strike w:val="0"/>
          <w:sz w:val="22"/>
          <w:u w:val="single"/>
        </w:rPr>
        <w:t xml:space="preserve">“prediction products” </w:t>
      </w:r>
      <w:r>
        <w:rPr>
          <w:b w:val="0"/>
          <w:i w:val="0"/>
          <w:smallCaps w:val="0"/>
          <w:strike w:val="0"/>
          <w:sz w:val="22"/>
          <w:highlight w:val="cyan"/>
          <w:u w:val="single"/>
        </w:rPr>
        <w:t xml:space="preserve">that make people </w:t>
      </w:r>
      <w:r>
        <w:rPr>
          <w:b/>
          <w:i w:val="0"/>
          <w:smallCaps w:val="0"/>
          <w:strike w:val="0"/>
          <w:sz w:val="22"/>
          <w:highlight w:val="cyan"/>
          <w:u w:val="single"/>
        </w:rPr>
        <w:t>easier to manipulate</w:t>
      </w:r>
      <w:r>
        <w:rPr>
          <w:b w:val="0"/>
          <w:i w:val="0"/>
          <w:smallCaps w:val="0"/>
          <w:strike w:val="0"/>
          <w:u w:val="none"/>
        </w:rPr>
        <w:t xml:space="preserve">.36 This power was allegedly harnessed to reshape popular perceptions of the 2016 U.S. presidential election and the United Kingdom’s referendum on membership of the European Union.37 Another aspect of social media’s knowledge power is reflected in its significant role in today’s media industry. The perceived trustworthiness of the news media in democratic states has given these states advantages over non-democratic ones. Lucie Greene calls Facebook, Twitter, and Google “the Fifth Estate” because they have replaced the traditional news outlets as the main places where people go to get their news.38 They now have the power to shape public life, including what content is produced, where audiences go, and what news and information citizens see.39 In 2012, Facebook declared that its mission is to expand and strengthen relationships between people and to help expose people to a greater number of diverse perspectives.40 Instead, only a few years later, the opposite has happened. Facebook has </w:t>
      </w:r>
      <w:r>
        <w:rPr>
          <w:b w:val="0"/>
          <w:i w:val="0"/>
          <w:smallCaps w:val="0"/>
          <w:strike w:val="0"/>
          <w:u w:val="none"/>
        </w:rPr>
        <w:t>became</w:t>
      </w:r>
      <w:r>
        <w:rPr>
          <w:b w:val="0"/>
          <w:i w:val="0"/>
          <w:smallCaps w:val="0"/>
          <w:strike w:val="0"/>
          <w:u w:val="none"/>
        </w:rPr>
        <w:t xml:space="preserve"> one of the sources for divisions among people.41 This can be attributed to two main factors: the “filter bubble phenomenon” and the rise of fake news. </w:t>
      </w:r>
      <w:r>
        <w:rPr>
          <w:b/>
          <w:i w:val="0"/>
          <w:smallCaps w:val="0"/>
          <w:strike w:val="0"/>
          <w:sz w:val="22"/>
          <w:u w:val="single"/>
        </w:rPr>
        <w:t>Facebook’s algorithms</w:t>
      </w:r>
      <w:r>
        <w:rPr>
          <w:b w:val="0"/>
          <w:i w:val="0"/>
          <w:smallCaps w:val="0"/>
          <w:strike w:val="0"/>
          <w:u w:val="none"/>
        </w:rPr>
        <w:t xml:space="preserve"> tend to </w:t>
      </w:r>
      <w:r>
        <w:rPr>
          <w:b w:val="0"/>
          <w:i w:val="0"/>
          <w:smallCaps w:val="0"/>
          <w:strike w:val="0"/>
          <w:sz w:val="22"/>
          <w:u w:val="single"/>
        </w:rPr>
        <w:t xml:space="preserve">reinforce a “filter bubble” that </w:t>
      </w:r>
      <w:r>
        <w:rPr>
          <w:b w:val="0"/>
          <w:i w:val="0"/>
          <w:smallCaps w:val="0"/>
          <w:strike w:val="0"/>
          <w:sz w:val="22"/>
          <w:highlight w:val="cyan"/>
          <w:u w:val="single"/>
        </w:rPr>
        <w:t>shield</w:t>
      </w:r>
      <w:r>
        <w:rPr>
          <w:b w:val="0"/>
          <w:i w:val="0"/>
          <w:smallCaps w:val="0"/>
          <w:strike w:val="0"/>
          <w:u w:val="none"/>
        </w:rPr>
        <w:t xml:space="preserve">s </w:t>
      </w:r>
      <w:r>
        <w:rPr>
          <w:b w:val="0"/>
          <w:i w:val="0"/>
          <w:smallCaps w:val="0"/>
          <w:strike w:val="0"/>
          <w:sz w:val="22"/>
          <w:highlight w:val="cyan"/>
          <w:u w:val="single"/>
        </w:rPr>
        <w:t>people from dissenting info</w:t>
      </w:r>
      <w:r>
        <w:rPr>
          <w:b w:val="0"/>
          <w:i w:val="0"/>
          <w:smallCaps w:val="0"/>
          <w:strike w:val="0"/>
          <w:u w:val="none"/>
        </w:rPr>
        <w:t xml:space="preserve">rmation and only delivers content that confirms their views.42 Social media platforms are part of the digital “attention economy,” which focuses on the interplay between money and attention. The more people are engaged with the content on social media and are exposed to commercial ads, the more it generates income for these platforms. In order </w:t>
      </w:r>
      <w:r>
        <w:rPr>
          <w:b w:val="0"/>
          <w:i w:val="0"/>
          <w:smallCaps w:val="0"/>
          <w:strike w:val="0"/>
          <w:sz w:val="22"/>
          <w:u w:val="single"/>
        </w:rPr>
        <w:t>to keep people engaged, Facebook tends to expose them to</w:t>
      </w:r>
      <w:r>
        <w:rPr>
          <w:b w:val="0"/>
          <w:i w:val="0"/>
          <w:smallCaps w:val="0"/>
          <w:strike w:val="0"/>
          <w:u w:val="none"/>
        </w:rPr>
        <w:t xml:space="preserve"> the most popular posts and to </w:t>
      </w:r>
      <w:r>
        <w:rPr>
          <w:b w:val="0"/>
          <w:i w:val="0"/>
          <w:smallCaps w:val="0"/>
          <w:strike w:val="0"/>
          <w:sz w:val="22"/>
          <w:u w:val="single"/>
        </w:rPr>
        <w:t>confrontational and inflammatory news items that tend to make people more extreme in their views</w:t>
      </w:r>
      <w:r>
        <w:rPr>
          <w:b w:val="0"/>
          <w:i w:val="0"/>
          <w:smallCaps w:val="0"/>
          <w:strike w:val="0"/>
          <w:u w:val="none"/>
        </w:rPr>
        <w:t xml:space="preserve">.43 </w:t>
      </w:r>
      <w:r>
        <w:rPr>
          <w:b w:val="0"/>
          <w:i w:val="0"/>
          <w:smallCaps w:val="0"/>
          <w:strike w:val="0"/>
          <w:sz w:val="22"/>
          <w:u w:val="single"/>
        </w:rPr>
        <w:t>Facebook encourages society to self-segregate</w:t>
      </w:r>
      <w:r>
        <w:rPr>
          <w:b w:val="0"/>
          <w:i w:val="0"/>
          <w:smallCaps w:val="0"/>
          <w:strike w:val="0"/>
          <w:u w:val="none"/>
        </w:rPr>
        <w:t xml:space="preserve"> into like-minded communities, which increases the distance between groups with opposing views, </w:t>
      </w:r>
      <w:r>
        <w:rPr>
          <w:b w:val="0"/>
          <w:i w:val="0"/>
          <w:smallCaps w:val="0"/>
          <w:strike w:val="0"/>
          <w:sz w:val="22"/>
          <w:u w:val="single"/>
        </w:rPr>
        <w:t>causing more polarization</w:t>
      </w:r>
      <w:r>
        <w:rPr>
          <w:b w:val="0"/>
          <w:i w:val="0"/>
          <w:smallCaps w:val="0"/>
          <w:strike w:val="0"/>
          <w:u w:val="none"/>
        </w:rPr>
        <w:t xml:space="preserve">.44 YouTube’s recommendation algorithm typically recommends videos that echo the political bias of its viewers and what they choose to view, and feeds them videos containing viewpoints that are more extreme than the ones they </w:t>
      </w:r>
      <w:r>
        <w:rPr>
          <w:b w:val="0"/>
          <w:i w:val="0"/>
          <w:smallCaps w:val="0"/>
          <w:strike w:val="0"/>
          <w:u w:val="none"/>
        </w:rPr>
        <w:t xml:space="preserve">currently hold.45 Fake news has gained prevalence in recent years due to the rising role of social media platforms as news outlets, where content can be produced and relayed among users with no significant third-party filtering, fact-checking, or editorial judgment. Hunt Allcott and Matthew Gentzkow define fake news as “news articles that are intentionally and verifiably </w:t>
      </w:r>
      <w:r>
        <w:rPr>
          <w:b w:val="0"/>
          <w:i w:val="0"/>
          <w:smallCaps w:val="0"/>
          <w:strike w:val="0"/>
          <w:u w:val="none"/>
        </w:rPr>
        <w:t>false, and</w:t>
      </w:r>
      <w:r>
        <w:rPr>
          <w:b w:val="0"/>
          <w:i w:val="0"/>
          <w:smallCaps w:val="0"/>
          <w:strike w:val="0"/>
          <w:u w:val="none"/>
        </w:rPr>
        <w:t xml:space="preserve"> could mislead readers.”46 This type of news is widespread because it is cheaper to produce than precise reporting and because consumers enjoy partisan news. </w:t>
      </w:r>
      <w:r>
        <w:rPr>
          <w:b w:val="0"/>
          <w:i w:val="0"/>
          <w:smallCaps w:val="0"/>
          <w:strike w:val="0"/>
          <w:sz w:val="22"/>
          <w:highlight w:val="cyan"/>
          <w:u w:val="single"/>
        </w:rPr>
        <w:t>A fake story shared by millions becomes “real”</w:t>
      </w:r>
      <w:r>
        <w:rPr>
          <w:b w:val="0"/>
          <w:i w:val="0"/>
          <w:smallCaps w:val="0"/>
          <w:strike w:val="0"/>
          <w:sz w:val="22"/>
          <w:u w:val="single"/>
        </w:rPr>
        <w:t xml:space="preserve"> because people believe that if it’s going viral, it must be true. The most inflammatory materials</w:t>
      </w:r>
      <w:r>
        <w:rPr>
          <w:b w:val="0"/>
          <w:i w:val="0"/>
          <w:smallCaps w:val="0"/>
          <w:strike w:val="0"/>
          <w:u w:val="none"/>
        </w:rPr>
        <w:t xml:space="preserve"> will </w:t>
      </w:r>
      <w:r>
        <w:rPr>
          <w:b w:val="0"/>
          <w:i w:val="0"/>
          <w:smallCaps w:val="0"/>
          <w:strike w:val="0"/>
          <w:sz w:val="22"/>
          <w:u w:val="single"/>
        </w:rPr>
        <w:t>travel the farthest and fastest</w:t>
      </w:r>
      <w:r>
        <w:rPr>
          <w:b w:val="0"/>
          <w:i w:val="0"/>
          <w:smallCaps w:val="0"/>
          <w:strike w:val="0"/>
          <w:u w:val="none"/>
        </w:rPr>
        <w:t xml:space="preserve">. False stories on Twitter, for example, spread significantly faster and more broadly than true ones, and wider distribution of false stories also makes them more profitable for social media platforms.47 Fake news finds fertile ground in a divided electorate that has clear in-groups and out-groups, where people are ready to accept any statement as long it is consistent with what they already believe.48 Extreme examples of fake news spread by social media platforms can be found </w:t>
      </w:r>
      <w:r>
        <w:rPr>
          <w:b w:val="0"/>
          <w:i w:val="0"/>
          <w:smallCaps w:val="0"/>
          <w:strike w:val="0"/>
          <w:sz w:val="22"/>
          <w:u w:val="single"/>
        </w:rPr>
        <w:t>in Myanmar and Sri Lanka</w:t>
      </w:r>
      <w:r>
        <w:rPr>
          <w:b w:val="0"/>
          <w:i w:val="0"/>
          <w:smallCaps w:val="0"/>
          <w:strike w:val="0"/>
          <w:u w:val="none"/>
        </w:rPr>
        <w:t xml:space="preserve">, where the </w:t>
      </w:r>
      <w:r>
        <w:rPr>
          <w:b w:val="0"/>
          <w:i w:val="0"/>
          <w:smallCaps w:val="0"/>
          <w:strike w:val="0"/>
          <w:sz w:val="22"/>
          <w:u w:val="single"/>
        </w:rPr>
        <w:t>dissemination of hate speech contributed to the ethnic cleansing of Rohingya Muslims and anti-Muslim riots</w:t>
      </w:r>
      <w:r>
        <w:rPr>
          <w:b w:val="0"/>
          <w:i w:val="0"/>
          <w:smallCaps w:val="0"/>
          <w:strike w:val="0"/>
          <w:u w:val="none"/>
        </w:rPr>
        <w:t xml:space="preserve">, respectively.49 In the last several years, </w:t>
      </w:r>
      <w:r>
        <w:rPr>
          <w:b w:val="0"/>
          <w:i w:val="0"/>
          <w:smallCaps w:val="0"/>
          <w:strike w:val="0"/>
          <w:sz w:val="22"/>
          <w:u w:val="single"/>
        </w:rPr>
        <w:t>political actors have begun to use the knowledge power of social media to their advantage</w:t>
      </w:r>
      <w:r>
        <w:rPr>
          <w:b w:val="0"/>
          <w:i w:val="0"/>
          <w:smallCaps w:val="0"/>
          <w:strike w:val="0"/>
          <w:u w:val="none"/>
        </w:rPr>
        <w:t xml:space="preserve">. A 2016 Rand study discusses </w:t>
      </w:r>
      <w:r>
        <w:rPr>
          <w:b w:val="0"/>
          <w:i w:val="0"/>
          <w:smallCaps w:val="0"/>
          <w:strike w:val="0"/>
          <w:sz w:val="22"/>
          <w:highlight w:val="cyan"/>
          <w:u w:val="single"/>
        </w:rPr>
        <w:t xml:space="preserve">the </w:t>
      </w:r>
      <w:r>
        <w:rPr>
          <w:b/>
          <w:i w:val="0"/>
          <w:smallCaps w:val="0"/>
          <w:strike w:val="0"/>
          <w:sz w:val="22"/>
          <w:highlight w:val="cyan"/>
          <w:u w:val="single"/>
        </w:rPr>
        <w:t>“firehose of falsehood”</w:t>
      </w:r>
      <w:r>
        <w:rPr>
          <w:b w:val="0"/>
          <w:i w:val="0"/>
          <w:smallCaps w:val="0"/>
          <w:strike w:val="0"/>
          <w:sz w:val="22"/>
          <w:u w:val="single"/>
        </w:rPr>
        <w:t xml:space="preserve"> — a high-intensity stream of lies</w:t>
      </w:r>
      <w:r>
        <w:rPr>
          <w:b w:val="0"/>
          <w:i w:val="0"/>
          <w:smallCaps w:val="0"/>
          <w:strike w:val="0"/>
          <w:u w:val="none"/>
        </w:rPr>
        <w:t xml:space="preserve">, partial truths, and complete fictions that </w:t>
      </w:r>
      <w:r>
        <w:rPr>
          <w:b w:val="0"/>
          <w:i w:val="0"/>
          <w:smallCaps w:val="0"/>
          <w:strike w:val="0"/>
          <w:sz w:val="22"/>
          <w:highlight w:val="cyan"/>
          <w:u w:val="single"/>
        </w:rPr>
        <w:t>impacted several</w:t>
      </w:r>
      <w:r>
        <w:rPr>
          <w:b w:val="0"/>
          <w:i w:val="0"/>
          <w:smallCaps w:val="0"/>
          <w:strike w:val="0"/>
          <w:sz w:val="22"/>
          <w:u w:val="single"/>
        </w:rPr>
        <w:t xml:space="preserve"> democratic </w:t>
      </w:r>
      <w:r>
        <w:rPr>
          <w:b w:val="0"/>
          <w:i w:val="0"/>
          <w:smallCaps w:val="0"/>
          <w:strike w:val="0"/>
          <w:sz w:val="22"/>
          <w:highlight w:val="cyan"/>
          <w:u w:val="single"/>
        </w:rPr>
        <w:t>elections</w:t>
      </w:r>
      <w:r>
        <w:rPr>
          <w:b w:val="0"/>
          <w:i w:val="0"/>
          <w:smallCaps w:val="0"/>
          <w:strike w:val="0"/>
          <w:sz w:val="22"/>
          <w:u w:val="single"/>
        </w:rPr>
        <w:t>, including in Ukraine, Italy, France, Germany, and the</w:t>
      </w:r>
      <w:r>
        <w:rPr>
          <w:b w:val="0"/>
          <w:i w:val="0"/>
          <w:smallCaps w:val="0"/>
          <w:strike w:val="0"/>
          <w:u w:val="none"/>
        </w:rPr>
        <w:t xml:space="preserve"> </w:t>
      </w:r>
      <w:r>
        <w:rPr>
          <w:b w:val="0"/>
          <w:i w:val="0"/>
          <w:smallCaps w:val="0"/>
          <w:strike w:val="0"/>
          <w:sz w:val="22"/>
          <w:u w:val="single"/>
        </w:rPr>
        <w:t>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tates.50 The “</w:t>
      </w:r>
      <w:r>
        <w:rPr>
          <w:b w:val="0"/>
          <w:i w:val="0"/>
          <w:smallCaps w:val="0"/>
          <w:strike w:val="0"/>
          <w:u w:val="none"/>
        </w:rPr>
        <w:t>firehosing</w:t>
      </w:r>
      <w:r>
        <w:rPr>
          <w:b w:val="0"/>
          <w:i w:val="0"/>
          <w:smallCaps w:val="0"/>
          <w:strike w:val="0"/>
          <w:u w:val="none"/>
        </w:rPr>
        <w:t xml:space="preserve">” that took place in America, for example, included attempts to influence public opinion and promote political protests.51 According to some scholars, </w:t>
      </w:r>
      <w:r>
        <w:rPr>
          <w:b w:val="0"/>
          <w:i w:val="0"/>
          <w:smallCaps w:val="0"/>
          <w:strike w:val="0"/>
          <w:sz w:val="22"/>
          <w:u w:val="single"/>
        </w:rPr>
        <w:t>authoritarian and illiberal states started using social media</w:t>
      </w:r>
      <w:r>
        <w:rPr>
          <w:b w:val="0"/>
          <w:i w:val="0"/>
          <w:smallCaps w:val="0"/>
          <w:strike w:val="0"/>
          <w:u w:val="none"/>
        </w:rPr>
        <w:t xml:space="preserve"> platforms </w:t>
      </w:r>
      <w:r>
        <w:rPr>
          <w:b w:val="0"/>
          <w:i w:val="0"/>
          <w:smallCaps w:val="0"/>
          <w:strike w:val="0"/>
          <w:sz w:val="22"/>
          <w:u w:val="single"/>
        </w:rPr>
        <w:t>to</w:t>
      </w:r>
      <w:r>
        <w:rPr>
          <w:b w:val="0"/>
          <w:i w:val="0"/>
          <w:smallCaps w:val="0"/>
          <w:strike w:val="0"/>
          <w:u w:val="none"/>
        </w:rPr>
        <w:t xml:space="preserve"> spread fake information to exercise their “sharp power.”52 This sharp power can </w:t>
      </w:r>
      <w:r>
        <w:rPr>
          <w:b w:val="0"/>
          <w:i w:val="0"/>
          <w:smallCaps w:val="0"/>
          <w:strike w:val="0"/>
          <w:sz w:val="22"/>
          <w:u w:val="single"/>
        </w:rPr>
        <w:t>stifle</w:t>
      </w:r>
      <w:r>
        <w:rPr>
          <w:b w:val="0"/>
          <w:i w:val="0"/>
          <w:smallCaps w:val="0"/>
          <w:strike w:val="0"/>
          <w:u w:val="none"/>
        </w:rPr>
        <w:t xml:space="preserve"> productive </w:t>
      </w:r>
      <w:r>
        <w:rPr>
          <w:b w:val="0"/>
          <w:i w:val="0"/>
          <w:smallCaps w:val="0"/>
          <w:strike w:val="0"/>
          <w:sz w:val="22"/>
          <w:u w:val="single"/>
        </w:rPr>
        <w:t>discussion</w:t>
      </w:r>
      <w:r>
        <w:rPr>
          <w:b w:val="0"/>
          <w:i w:val="0"/>
          <w:smallCaps w:val="0"/>
          <w:strike w:val="0"/>
          <w:u w:val="none"/>
        </w:rPr>
        <w:t xml:space="preserve"> in democracies, </w:t>
      </w:r>
      <w:r>
        <w:rPr>
          <w:b w:val="0"/>
          <w:i w:val="0"/>
          <w:smallCaps w:val="0"/>
          <w:strike w:val="0"/>
          <w:sz w:val="22"/>
          <w:u w:val="single"/>
        </w:rPr>
        <w:t>deepen</w:t>
      </w:r>
      <w:r>
        <w:rPr>
          <w:b w:val="0"/>
          <w:i w:val="0"/>
          <w:smallCaps w:val="0"/>
          <w:strike w:val="0"/>
          <w:u w:val="none"/>
        </w:rPr>
        <w:t xml:space="preserve"> domestic </w:t>
      </w:r>
      <w:r>
        <w:rPr>
          <w:b w:val="0"/>
          <w:i w:val="0"/>
          <w:smallCaps w:val="0"/>
          <w:strike w:val="0"/>
          <w:sz w:val="22"/>
          <w:u w:val="single"/>
        </w:rPr>
        <w:t>polarization, exacerbate ethnic tensions, rekindle nationalism, weaken public confidence</w:t>
      </w:r>
      <w:r>
        <w:rPr>
          <w:b w:val="0"/>
          <w:i w:val="0"/>
          <w:smallCaps w:val="0"/>
          <w:strike w:val="0"/>
          <w:u w:val="none"/>
        </w:rPr>
        <w:t xml:space="preserve"> in both journalism and elections, </w:t>
      </w:r>
      <w:r>
        <w:rPr>
          <w:b w:val="0"/>
          <w:i w:val="0"/>
          <w:smallCaps w:val="0"/>
          <w:strike w:val="0"/>
          <w:sz w:val="22"/>
          <w:u w:val="single"/>
        </w:rPr>
        <w:t>and diminish the overall influence of the Western-led international system.</w:t>
      </w:r>
      <w:r>
        <w:rPr>
          <w:b w:val="0"/>
          <w:i w:val="0"/>
          <w:smallCaps w:val="0"/>
          <w:strike w:val="0"/>
          <w:u w:val="none"/>
        </w:rPr>
        <w:t xml:space="preserve">53 </w:t>
      </w:r>
      <w:r>
        <w:rPr>
          <w:b w:val="0"/>
          <w:i w:val="0"/>
          <w:smallCaps w:val="0"/>
          <w:strike w:val="0"/>
          <w:sz w:val="22"/>
          <w:u w:val="single"/>
        </w:rPr>
        <w:t>Authoritarian and illiberal regimes also use social media knowledge power</w:t>
      </w:r>
      <w:r>
        <w:rPr>
          <w:b w:val="0"/>
          <w:i w:val="0"/>
          <w:smallCaps w:val="0"/>
          <w:strike w:val="0"/>
          <w:u w:val="none"/>
        </w:rPr>
        <w:t xml:space="preserve">, together with artificial intelligence, </w:t>
      </w:r>
      <w:r>
        <w:rPr>
          <w:b w:val="0"/>
          <w:i w:val="0"/>
          <w:smallCaps w:val="0"/>
          <w:strike w:val="0"/>
          <w:sz w:val="22"/>
          <w:u w:val="single"/>
        </w:rPr>
        <w:t>as a monitoring tool, allowing them to collect and analyze vast amounts of data on entire populations. Such regimes</w:t>
      </w:r>
      <w:r>
        <w:rPr>
          <w:b w:val="0"/>
          <w:i w:val="0"/>
          <w:smallCaps w:val="0"/>
          <w:strike w:val="0"/>
          <w:u w:val="none"/>
        </w:rPr>
        <w:t xml:space="preserve"> also </w:t>
      </w:r>
      <w:r>
        <w:rPr>
          <w:b w:val="0"/>
          <w:i w:val="0"/>
          <w:smallCaps w:val="0"/>
          <w:strike w:val="0"/>
          <w:sz w:val="22"/>
          <w:u w:val="single"/>
        </w:rPr>
        <w:t>undercut the credibility of valid info</w:t>
      </w:r>
      <w:r>
        <w:rPr>
          <w:b w:val="0"/>
          <w:i w:val="0"/>
          <w:smallCaps w:val="0"/>
          <w:strike w:val="0"/>
          <w:u w:val="none"/>
        </w:rPr>
        <w:t xml:space="preserve">rmation </w:t>
      </w:r>
      <w:r>
        <w:rPr>
          <w:b w:val="0"/>
          <w:i w:val="0"/>
          <w:smallCaps w:val="0"/>
          <w:strike w:val="0"/>
          <w:sz w:val="22"/>
          <w:u w:val="single"/>
        </w:rPr>
        <w:t xml:space="preserve">sources by using “bot-fueled campaigns </w:t>
      </w:r>
      <w:r>
        <w:rPr>
          <w:b w:val="0"/>
          <w:i w:val="0"/>
          <w:smallCaps w:val="0"/>
          <w:strike w:val="0"/>
          <w:u w:val="none"/>
        </w:rPr>
        <w:t xml:space="preserve">of trolling and distraction, or piecemeal leaks of hacked materials, meant to swamp the attention of traditional media.”54 Once citizens learn to assume that the regime’s fake information is true, they alter their behavior without the regime having to resort to physical repression.55 But it is not only authoritarian and illiberal states that use fake news to deepen domestic polarization, radicalize people’s politics, and rekindle nationalism. This also occurs in democracies. </w:t>
      </w:r>
      <w:r>
        <w:rPr>
          <w:b w:val="0"/>
          <w:i w:val="0"/>
          <w:smallCaps w:val="0"/>
          <w:strike w:val="0"/>
          <w:sz w:val="22"/>
          <w:u w:val="single"/>
        </w:rPr>
        <w:t>Some democratic countries are experiencing a rise in populist leaders, fueling a drift toward national-populism, illiberalism, and even autocracy</w:t>
      </w:r>
      <w:r>
        <w:rPr>
          <w:b w:val="0"/>
          <w:i w:val="0"/>
          <w:smallCaps w:val="0"/>
          <w:strike w:val="0"/>
          <w:u w:val="none"/>
        </w:rPr>
        <w:t xml:space="preserve">. According to Adrian Shahbaz and Allie Funk, </w:t>
      </w:r>
      <w:r>
        <w:rPr>
          <w:b w:val="0"/>
          <w:i w:val="0"/>
          <w:smallCaps w:val="0"/>
          <w:strike w:val="0"/>
          <w:sz w:val="22"/>
          <w:u w:val="single"/>
        </w:rPr>
        <w:t>populists and far-right extremists exploit social media</w:t>
      </w:r>
      <w:r>
        <w:rPr>
          <w:b w:val="0"/>
          <w:i w:val="0"/>
          <w:smallCaps w:val="0"/>
          <w:strike w:val="0"/>
          <w:u w:val="none"/>
        </w:rPr>
        <w:t xml:space="preserve"> platforms </w:t>
      </w:r>
      <w:r>
        <w:rPr>
          <w:b w:val="0"/>
          <w:i w:val="0"/>
          <w:smallCaps w:val="0"/>
          <w:strike w:val="0"/>
          <w:sz w:val="22"/>
          <w:u w:val="single"/>
        </w:rPr>
        <w:t>to “build large audiences around similar interests</w:t>
      </w:r>
      <w:r>
        <w:rPr>
          <w:b w:val="0"/>
          <w:i w:val="0"/>
          <w:smallCaps w:val="0"/>
          <w:strike w:val="0"/>
          <w:u w:val="none"/>
        </w:rPr>
        <w:t xml:space="preserve">, lace their political messaging with false or inflammatory content, and coordinate its dissemination across multiple platforms.”56 Paolo </w:t>
      </w:r>
      <w:r>
        <w:rPr>
          <w:b w:val="0"/>
          <w:i w:val="0"/>
          <w:smallCaps w:val="0"/>
          <w:strike w:val="0"/>
          <w:u w:val="none"/>
        </w:rPr>
        <w:t>Gerbaudo</w:t>
      </w:r>
      <w:r>
        <w:rPr>
          <w:b w:val="0"/>
          <w:i w:val="0"/>
          <w:smallCaps w:val="0"/>
          <w:strike w:val="0"/>
          <w:u w:val="none"/>
        </w:rPr>
        <w:t xml:space="preserve"> argues that social media is attractive to populists because it provides an outlet for countering the perceived pro-establishment bias of mainstream news media. The filter bubble helps individuals who are politically disgruntled to congregate online and mobilize militant support for anti-establishment candidates.57 The unregulated </w:t>
      </w:r>
      <w:r>
        <w:rPr>
          <w:b w:val="0"/>
          <w:i w:val="0"/>
          <w:smallCaps w:val="0"/>
          <w:strike w:val="0"/>
          <w:sz w:val="22"/>
          <w:highlight w:val="cyan"/>
          <w:u w:val="single"/>
        </w:rPr>
        <w:t>social media platforms are</w:t>
      </w:r>
      <w:r>
        <w:rPr>
          <w:b w:val="0"/>
          <w:i w:val="0"/>
          <w:smallCaps w:val="0"/>
          <w:strike w:val="0"/>
          <w:u w:val="none"/>
        </w:rPr>
        <w:t xml:space="preserve"> thus converted </w:t>
      </w:r>
      <w:r>
        <w:rPr>
          <w:b w:val="0"/>
          <w:i w:val="0"/>
          <w:smallCaps w:val="0"/>
          <w:strike w:val="0"/>
          <w:sz w:val="22"/>
          <w:u w:val="single"/>
        </w:rPr>
        <w:t xml:space="preserve">into </w:t>
      </w:r>
      <w:r>
        <w:rPr>
          <w:b/>
          <w:i w:val="0"/>
          <w:smallCaps w:val="0"/>
          <w:strike w:val="0"/>
          <w:sz w:val="22"/>
          <w:highlight w:val="cyan"/>
          <w:u w:val="single"/>
        </w:rPr>
        <w:t>instruments for political distortion and societal control</w:t>
      </w:r>
      <w:r>
        <w:rPr>
          <w:b w:val="0"/>
          <w:i w:val="0"/>
          <w:smallCaps w:val="0"/>
          <w:strike w:val="0"/>
          <w:u w:val="none"/>
        </w:rPr>
        <w:t xml:space="preserve">.58 In conclusion, social media can play a positive or a negative role: It can be a liberalizing tool, used to spread information and knowledge, but it can also be a tool of suppression, used to disseminate distorted information and fake news. Grassroots movements and freedom fighters can make use of social media platforms, but so can authoritarian regimes. The Variable Impact of Social Media Platforms Although social media platforms are used throughout the world, they seem to have a different impact on the political system in democratic regimes as opposed to authoritarian regimes. What accounts for this difference? Why do they spark revolutions in some states while supporting the rise of populist candidates in others? Why do they disrupt democratic elections in one country, but support the regime’s anti-democratic measures in another? </w:t>
      </w:r>
      <w:r>
        <w:rPr>
          <w:b w:val="0"/>
          <w:i w:val="0"/>
          <w:smallCaps w:val="0"/>
          <w:strike w:val="0"/>
          <w:u w:val="none"/>
        </w:rPr>
        <w:t>In order to</w:t>
      </w:r>
      <w:r>
        <w:rPr>
          <w:b w:val="0"/>
          <w:i w:val="0"/>
          <w:smallCaps w:val="0"/>
          <w:strike w:val="0"/>
          <w:u w:val="none"/>
        </w:rPr>
        <w:t xml:space="preserve"> understand the varying effects of social media, it’s important to distinguish clearly between liberal and illiberal regimes. In addition, it is necessary to consider whether those regimes are strong or weak. Regime Types and Capacity We used the “freedom score” calculated by Freedom House and the Regimes of the World typology based on V-Dem data to distinguish between democratic and illiberal or authoritarian states.59 Countries are classified as democratic if they de facto hold free and fair multiparty elections and also guarantee freedom of speech and expression.60 A liberal democracy is also characterized by having effective legislative and judicial oversight of the executive and protecting individual and minority liberties and the rule of law.61 In contrast, an authoritarian regime is characterized by a government that permits people only a limited degree of political freedom. In such regimes, the government controls the political process and determines individual freedoms without any constitutional accountability.62 The “freedom score” is based on two main parameters — political rights and civil liberties — and it can show trends in a state’s score over the last several years. Democratic states (“free” in Freedom House’s terminology) are those with a freedom score of at least 70, while authoritarian states (“not free”) are those with scores of 35 or less. Since there are some anomalies around the transition points (70 and 35) for the case studies in this article, we chose democratic states with scores over 74 — Brazil (75), the United States (86), and the United Kingdom (94) — and authoritarian states with scores under 25 — Russia (20), China (10), Egypt (21), and Iran (17). The only exception is Mexico, whose freedom score of 62 represents a deteriorating democratic state. The Regimes of the World typology confirms the above classification of the United States and the United Kingdom as liberal democracies; Brazil and Mexico as electoral democracies; Russia, Iran, and Egypt as electoral autocracies; and China as a closed autocracy. While the distinction between democratic and authoritarian regimes can help to explain the variable impact of social media on the political system, a more powerful explanation emerges when we add state capacity to the equation. State capacity refers to the institutions and resources available to states for governing the polity. In this article, we distinguish between strong or capable states and weak or malfunctioning ones. In contrast to weak states, strong states possess well-functioning institutions and sufficient resources to carry out policies and major functions. Especially important is a state’s justice system and its monopoly over the means of violence (i.e., its coercive capacity). Thus, a strong state can supply security in its sovereign territory. Such a sense of security sustained over time can facilitate business and commerce.63 Weak states, on the other hand, lack the effective political institutions and resources to implement their policies, protect their populations from violent conflict, and deliver political goods.64 No single index can distinguish strong states from weak ones. State strength or capacity can be measured, among other things, by a state’s capacity to provide services to the whole population, the extent to which infrastructure and communication networks cover the state territory, and the level of the state’s control over its sovereign territory. It can also be measured through gross domestic product (GDP) per capita, GDP growth, and trade indicators because states with higher economic development enjoy larger pools of resources from which to extract taxes. For this paper, we used three different indicators to determine whether a state is weak or strong: the Fund for Peace’s Fragile States Index,65 which takes into account political stability indicators such as the security apparatus, group grievances, uneven economic development, state legitimacy, and external interventions (which reflects the state’s coercive capacity);66 the World Bank data on Gross National Income, because, in an economically developed state, taxes constitute a significant portion of the annual income; and total military expenditures (as calculated by the International Institute for Strategic Studies), which indicate to what extent a given state is capable of mobilizing manpower for military service. Any one of these indices is not enough on its own to determine whether a state is strong or weak. China, for example, would not be considered a strong state according to the Fragile State Index or GDP per capita, but if one considers Gross National Income and total military expenditures, it is. Similarly, Brazil is not a typical weak state by the Fragile State Index, but when examining its military expenditure, which is much lower than that of strong states, it cannot be considered a strong state. A Causal Explanation of Social Media’s Impact </w:t>
      </w:r>
      <w:r>
        <w:rPr>
          <w:b w:val="0"/>
          <w:i w:val="0"/>
          <w:smallCaps w:val="0"/>
          <w:strike w:val="0"/>
          <w:sz w:val="22"/>
          <w:u w:val="single"/>
        </w:rPr>
        <w:t>In our analysis</w:t>
      </w:r>
      <w:r>
        <w:rPr>
          <w:b w:val="0"/>
          <w:i w:val="0"/>
          <w:smallCaps w:val="0"/>
          <w:strike w:val="0"/>
          <w:u w:val="none"/>
        </w:rPr>
        <w:t xml:space="preserve"> of the variations in the effects of social media platforms on states, </w:t>
      </w:r>
      <w:r>
        <w:rPr>
          <w:b w:val="0"/>
          <w:i w:val="0"/>
          <w:smallCaps w:val="0"/>
          <w:strike w:val="0"/>
          <w:sz w:val="22"/>
          <w:u w:val="single"/>
        </w:rPr>
        <w:t>we consider only American social media</w:t>
      </w:r>
      <w:r>
        <w:rPr>
          <w:b w:val="0"/>
          <w:i w:val="0"/>
          <w:smallCaps w:val="0"/>
          <w:strike w:val="0"/>
          <w:u w:val="none"/>
        </w:rPr>
        <w:t xml:space="preserve"> platforms </w:t>
      </w:r>
      <w:r>
        <w:rPr>
          <w:b w:val="0"/>
          <w:i w:val="0"/>
          <w:smallCaps w:val="0"/>
          <w:strike w:val="0"/>
          <w:sz w:val="22"/>
          <w:u w:val="single"/>
        </w:rPr>
        <w:t>that wield knowledge power</w:t>
      </w:r>
      <w:r>
        <w:rPr>
          <w:b w:val="0"/>
          <w:i w:val="0"/>
          <w:smallCaps w:val="0"/>
          <w:strike w:val="0"/>
          <w:u w:val="none"/>
        </w:rPr>
        <w:t xml:space="preserve">, usually acquired through data collection and processing. We do not consider </w:t>
      </w:r>
      <w:r>
        <w:rPr>
          <w:b w:val="0"/>
          <w:i w:val="0"/>
          <w:smallCaps w:val="0"/>
          <w:strike w:val="0"/>
          <w:sz w:val="22"/>
          <w:u w:val="single"/>
        </w:rPr>
        <w:t>other social media platforms, such as</w:t>
      </w:r>
      <w:r>
        <w:rPr>
          <w:b w:val="0"/>
          <w:i w:val="0"/>
          <w:smallCaps w:val="0"/>
          <w:strike w:val="0"/>
          <w:u w:val="none"/>
        </w:rPr>
        <w:t xml:space="preserve"> the Russian platform VK or China’s </w:t>
      </w:r>
      <w:r>
        <w:rPr>
          <w:b w:val="0"/>
          <w:i w:val="0"/>
          <w:smallCaps w:val="0"/>
          <w:strike w:val="0"/>
          <w:sz w:val="22"/>
          <w:u w:val="single"/>
        </w:rPr>
        <w:t>WeChat</w:t>
      </w:r>
      <w:r>
        <w:rPr>
          <w:b w:val="0"/>
          <w:i w:val="0"/>
          <w:smallCaps w:val="0"/>
          <w:strike w:val="0"/>
          <w:u w:val="none"/>
        </w:rPr>
        <w:t xml:space="preserve">, because they </w:t>
      </w:r>
      <w:r>
        <w:rPr>
          <w:b w:val="0"/>
          <w:i w:val="0"/>
          <w:smallCaps w:val="0"/>
          <w:strike w:val="0"/>
          <w:sz w:val="22"/>
          <w:u w:val="single"/>
        </w:rPr>
        <w:t>are</w:t>
      </w:r>
      <w:r>
        <w:rPr>
          <w:b w:val="0"/>
          <w:i w:val="0"/>
          <w:smallCaps w:val="0"/>
          <w:strike w:val="0"/>
          <w:u w:val="none"/>
        </w:rPr>
        <w:t xml:space="preserve"> more culture-dependent and </w:t>
      </w:r>
      <w:r>
        <w:rPr>
          <w:b w:val="0"/>
          <w:i w:val="0"/>
          <w:smallCaps w:val="0"/>
          <w:strike w:val="0"/>
          <w:sz w:val="22"/>
          <w:u w:val="single"/>
        </w:rPr>
        <w:t>less common outside their home countries</w:t>
      </w:r>
      <w:r>
        <w:rPr>
          <w:b w:val="0"/>
          <w:i w:val="0"/>
          <w:smallCaps w:val="0"/>
          <w:strike w:val="0"/>
          <w:u w:val="none"/>
        </w:rPr>
        <w:t xml:space="preserve">. U.S. social media platforms are used in different ways by three main types of political actors: domestic opposition (dissidents or populist candidates), external forces (other countries or multinational corporations), and the governing regime. These actors use social media for political purposes </w:t>
      </w:r>
      <w:r>
        <w:rPr>
          <w:b w:val="0"/>
          <w:i w:val="0"/>
          <w:smallCaps w:val="0"/>
          <w:strike w:val="0"/>
          <w:u w:val="none"/>
        </w:rPr>
        <w:t>in an effort to</w:t>
      </w:r>
      <w:r>
        <w:rPr>
          <w:b w:val="0"/>
          <w:i w:val="0"/>
          <w:smallCaps w:val="0"/>
          <w:strike w:val="0"/>
          <w:u w:val="none"/>
        </w:rPr>
        <w:t xml:space="preserve"> influence a state’s political system. But the outcome is beyond their reach because it is determined by the combined effect of the state’s capacity and the state’s regime. This essay will analyze these actors, together with the differences in state capacity and regime, to deduce a causal model that indicates four potential effects of social media platforms on states: destabilization, radicalization, intensification, and weakening. </w:t>
      </w:r>
      <w:r>
        <w:rPr>
          <w:b w:val="0"/>
          <w:i w:val="0"/>
          <w:smallCaps w:val="0"/>
          <w:strike w:val="0"/>
          <w:sz w:val="22"/>
          <w:u w:val="single"/>
        </w:rPr>
        <w:t>Destabilization takes place in weak authoritarian regimes when social media</w:t>
      </w:r>
      <w:r>
        <w:rPr>
          <w:b w:val="0"/>
          <w:i w:val="0"/>
          <w:smallCaps w:val="0"/>
          <w:strike w:val="0"/>
          <w:u w:val="none"/>
        </w:rPr>
        <w:t xml:space="preserve"> platforms </w:t>
      </w:r>
      <w:r>
        <w:rPr>
          <w:b w:val="0"/>
          <w:i w:val="0"/>
          <w:smallCaps w:val="0"/>
          <w:strike w:val="0"/>
          <w:sz w:val="22"/>
          <w:u w:val="single"/>
        </w:rPr>
        <w:t>facilitate</w:t>
      </w:r>
      <w:r>
        <w:rPr>
          <w:b w:val="0"/>
          <w:i w:val="0"/>
          <w:smallCaps w:val="0"/>
          <w:strike w:val="0"/>
          <w:u w:val="none"/>
        </w:rPr>
        <w:t xml:space="preserve"> the coordination and </w:t>
      </w:r>
      <w:r>
        <w:rPr>
          <w:b w:val="0"/>
          <w:i w:val="0"/>
          <w:smallCaps w:val="0"/>
          <w:strike w:val="0"/>
          <w:sz w:val="22"/>
          <w:u w:val="single"/>
        </w:rPr>
        <w:t>mobilization of dissidents</w:t>
      </w:r>
      <w:r>
        <w:rPr>
          <w:b w:val="0"/>
          <w:i w:val="0"/>
          <w:smallCaps w:val="0"/>
          <w:strike w:val="0"/>
          <w:u w:val="none"/>
        </w:rPr>
        <w:t xml:space="preserve"> and grassroots movements (which represent domestic opposition) in resisting the government’s tyranny. </w:t>
      </w:r>
      <w:r>
        <w:rPr>
          <w:b w:val="0"/>
          <w:i w:val="0"/>
          <w:smallCaps w:val="0"/>
          <w:strike w:val="0"/>
          <w:sz w:val="22"/>
          <w:u w:val="single"/>
        </w:rPr>
        <w:t>The governing regime</w:t>
      </w:r>
      <w:r>
        <w:rPr>
          <w:b w:val="0"/>
          <w:i w:val="0"/>
          <w:smallCaps w:val="0"/>
          <w:strike w:val="0"/>
          <w:u w:val="none"/>
        </w:rPr>
        <w:t xml:space="preserve"> in these cases usually </w:t>
      </w:r>
      <w:r>
        <w:rPr>
          <w:b w:val="0"/>
          <w:i w:val="0"/>
          <w:smallCaps w:val="0"/>
          <w:strike w:val="0"/>
          <w:sz w:val="22"/>
          <w:u w:val="single"/>
        </w:rPr>
        <w:t>lacks the coercive capacity to maintain internal order</w:t>
      </w:r>
      <w:r>
        <w:rPr>
          <w:b w:val="0"/>
          <w:i w:val="0"/>
          <w:smallCaps w:val="0"/>
          <w:strike w:val="0"/>
          <w:u w:val="none"/>
        </w:rPr>
        <w:t xml:space="preserve"> and stop well-coordinated resistance. </w:t>
      </w:r>
      <w:r>
        <w:rPr>
          <w:b w:val="0"/>
          <w:i w:val="0"/>
          <w:smallCaps w:val="0"/>
          <w:strike w:val="0"/>
          <w:sz w:val="22"/>
          <w:u w:val="single"/>
        </w:rPr>
        <w:t>This destabilization</w:t>
      </w:r>
      <w:r>
        <w:rPr>
          <w:b w:val="0"/>
          <w:i w:val="0"/>
          <w:smallCaps w:val="0"/>
          <w:strike w:val="0"/>
          <w:u w:val="none"/>
        </w:rPr>
        <w:t xml:space="preserve"> effect </w:t>
      </w:r>
      <w:r>
        <w:rPr>
          <w:b w:val="0"/>
          <w:i w:val="0"/>
          <w:smallCaps w:val="0"/>
          <w:strike w:val="0"/>
          <w:sz w:val="22"/>
          <w:u w:val="single"/>
        </w:rPr>
        <w:t>can</w:t>
      </w:r>
      <w:r>
        <w:rPr>
          <w:b w:val="0"/>
          <w:i w:val="0"/>
          <w:smallCaps w:val="0"/>
          <w:strike w:val="0"/>
          <w:u w:val="none"/>
        </w:rPr>
        <w:t xml:space="preserve"> ultimately </w:t>
      </w:r>
      <w:r>
        <w:rPr>
          <w:b w:val="0"/>
          <w:i w:val="0"/>
          <w:smallCaps w:val="0"/>
          <w:strike w:val="0"/>
          <w:sz w:val="22"/>
          <w:u w:val="single"/>
        </w:rPr>
        <w:t>lead to</w:t>
      </w:r>
      <w:r>
        <w:rPr>
          <w:b w:val="0"/>
          <w:i w:val="0"/>
          <w:smallCaps w:val="0"/>
          <w:strike w:val="0"/>
          <w:u w:val="none"/>
        </w:rPr>
        <w:t xml:space="preserve"> regime change or, in extreme cases, </w:t>
      </w:r>
      <w:r>
        <w:rPr>
          <w:b w:val="0"/>
          <w:i w:val="0"/>
          <w:smallCaps w:val="0"/>
          <w:strike w:val="0"/>
          <w:sz w:val="22"/>
          <w:u w:val="single"/>
        </w:rPr>
        <w:t>a failed state</w:t>
      </w:r>
      <w:r>
        <w:rPr>
          <w:b w:val="0"/>
          <w:i w:val="0"/>
          <w:smallCaps w:val="0"/>
          <w:strike w:val="0"/>
          <w:u w:val="none"/>
        </w:rPr>
        <w:t xml:space="preserve"> scenario. A recent example of this destabilizing effect, which resulted in regime change, is the 2011 revolution in Egypt that culminated in President Hosni Mubarak’s ouster. </w:t>
      </w:r>
      <w:r>
        <w:rPr>
          <w:b w:val="0"/>
          <w:i w:val="0"/>
          <w:smallCaps w:val="0"/>
          <w:strike w:val="0"/>
          <w:sz w:val="22"/>
          <w:u w:val="single"/>
        </w:rPr>
        <w:t>The use of social media</w:t>
      </w:r>
      <w:r>
        <w:rPr>
          <w:b w:val="0"/>
          <w:i w:val="0"/>
          <w:smallCaps w:val="0"/>
          <w:strike w:val="0"/>
          <w:u w:val="none"/>
        </w:rPr>
        <w:t xml:space="preserve"> platforms </w:t>
      </w:r>
      <w:r>
        <w:rPr>
          <w:b w:val="0"/>
          <w:i w:val="0"/>
          <w:smallCaps w:val="0"/>
          <w:strike w:val="0"/>
          <w:sz w:val="22"/>
          <w:u w:val="single"/>
        </w:rPr>
        <w:t>as a disseminator of fake news</w:t>
      </w:r>
      <w:r>
        <w:rPr>
          <w:b w:val="0"/>
          <w:i w:val="0"/>
          <w:smallCaps w:val="0"/>
          <w:strike w:val="0"/>
          <w:u w:val="none"/>
        </w:rPr>
        <w:t xml:space="preserve"> and disinformation during an election process </w:t>
      </w:r>
      <w:r>
        <w:rPr>
          <w:b w:val="0"/>
          <w:i w:val="0"/>
          <w:smallCaps w:val="0"/>
          <w:strike w:val="0"/>
          <w:sz w:val="22"/>
          <w:u w:val="single"/>
        </w:rPr>
        <w:t>leads to a radicalizing effect</w:t>
      </w:r>
      <w:r>
        <w:rPr>
          <w:b w:val="0"/>
          <w:i w:val="0"/>
          <w:smallCaps w:val="0"/>
          <w:strike w:val="0"/>
          <w:u w:val="none"/>
        </w:rPr>
        <w:t xml:space="preserve"> when it occurs in weak democratic countries. </w:t>
      </w:r>
      <w:r>
        <w:rPr>
          <w:b w:val="0"/>
          <w:i w:val="0"/>
          <w:smallCaps w:val="0"/>
          <w:strike w:val="0"/>
          <w:sz w:val="22"/>
          <w:u w:val="single"/>
        </w:rPr>
        <w:t>Social media</w:t>
      </w:r>
      <w:r>
        <w:rPr>
          <w:b w:val="0"/>
          <w:i w:val="0"/>
          <w:smallCaps w:val="0"/>
          <w:strike w:val="0"/>
          <w:u w:val="none"/>
        </w:rPr>
        <w:t xml:space="preserve"> can be used by populist and anti-establishment candidates (domestic opposition) and </w:t>
      </w:r>
      <w:r>
        <w:rPr>
          <w:b w:val="0"/>
          <w:i w:val="0"/>
          <w:smallCaps w:val="0"/>
          <w:strike w:val="0"/>
          <w:sz w:val="22"/>
          <w:u w:val="single"/>
        </w:rPr>
        <w:t>may diminish democratic institutions and processes</w:t>
      </w:r>
      <w:r>
        <w:rPr>
          <w:b w:val="0"/>
          <w:i w:val="0"/>
          <w:smallCaps w:val="0"/>
          <w:strike w:val="0"/>
          <w:u w:val="none"/>
        </w:rPr>
        <w:t xml:space="preserve">. Some of these practices continue even after these candidates are elected to office. </w:t>
      </w:r>
      <w:r>
        <w:rPr>
          <w:b w:val="0"/>
          <w:i w:val="0"/>
          <w:smallCaps w:val="0"/>
          <w:strike w:val="0"/>
          <w:sz w:val="22"/>
          <w:u w:val="single"/>
        </w:rPr>
        <w:t>Social media</w:t>
      </w:r>
      <w:r>
        <w:rPr>
          <w:b w:val="0"/>
          <w:i w:val="0"/>
          <w:smallCaps w:val="0"/>
          <w:strike w:val="0"/>
          <w:u w:val="none"/>
        </w:rPr>
        <w:t xml:space="preserve"> platforms </w:t>
      </w:r>
      <w:r>
        <w:rPr>
          <w:b w:val="0"/>
          <w:i w:val="0"/>
          <w:smallCaps w:val="0"/>
          <w:strike w:val="0"/>
          <w:sz w:val="22"/>
          <w:u w:val="single"/>
        </w:rPr>
        <w:t>may</w:t>
      </w:r>
      <w:r>
        <w:rPr>
          <w:b w:val="0"/>
          <w:i w:val="0"/>
          <w:smallCaps w:val="0"/>
          <w:strike w:val="0"/>
          <w:u w:val="none"/>
        </w:rPr>
        <w:t xml:space="preserve"> also </w:t>
      </w:r>
      <w:r>
        <w:rPr>
          <w:b w:val="0"/>
          <w:i w:val="0"/>
          <w:smallCaps w:val="0"/>
          <w:strike w:val="0"/>
          <w:sz w:val="22"/>
          <w:u w:val="single"/>
        </w:rPr>
        <w:t>be</w:t>
      </w:r>
      <w:r>
        <w:rPr>
          <w:b w:val="0"/>
          <w:i w:val="0"/>
          <w:smallCaps w:val="0"/>
          <w:strike w:val="0"/>
          <w:u w:val="none"/>
        </w:rPr>
        <w:t xml:space="preserve"> malignly </w:t>
      </w:r>
      <w:r>
        <w:rPr>
          <w:b w:val="0"/>
          <w:i w:val="0"/>
          <w:smallCaps w:val="0"/>
          <w:strike w:val="0"/>
          <w:sz w:val="22"/>
          <w:u w:val="single"/>
        </w:rPr>
        <w:t>exploited by external forces — Russia, for example — to disturb elections</w:t>
      </w:r>
      <w:r>
        <w:rPr>
          <w:b w:val="0"/>
          <w:i w:val="0"/>
          <w:smallCaps w:val="0"/>
          <w:strike w:val="0"/>
          <w:u w:val="none"/>
        </w:rPr>
        <w:t xml:space="preserve"> in democratic countries. The use of social media platforms is considered an integral part of the democratic election process because the platforms are vehicles for exercising free speech. This limits the governing regime’s capacity to restrict and counter the malign use of these social media platforms. </w:t>
      </w:r>
      <w:r>
        <w:rPr>
          <w:b w:val="0"/>
          <w:i w:val="0"/>
          <w:smallCaps w:val="0"/>
          <w:strike w:val="0"/>
          <w:sz w:val="22"/>
          <w:highlight w:val="cyan"/>
          <w:u w:val="single"/>
        </w:rPr>
        <w:t>This</w:t>
      </w:r>
      <w:r>
        <w:rPr>
          <w:b w:val="0"/>
          <w:i w:val="0"/>
          <w:smallCaps w:val="0"/>
          <w:strike w:val="0"/>
          <w:sz w:val="22"/>
          <w:u w:val="single"/>
        </w:rPr>
        <w:t xml:space="preserve"> radicalization</w:t>
      </w:r>
      <w:r>
        <w:rPr>
          <w:b w:val="0"/>
          <w:i w:val="0"/>
          <w:smallCaps w:val="0"/>
          <w:strike w:val="0"/>
          <w:u w:val="none"/>
        </w:rPr>
        <w:t xml:space="preserve"> effect </w:t>
      </w:r>
      <w:r>
        <w:rPr>
          <w:b w:val="0"/>
          <w:i w:val="0"/>
          <w:smallCaps w:val="0"/>
          <w:strike w:val="0"/>
          <w:sz w:val="22"/>
          <w:highlight w:val="cyan"/>
          <w:u w:val="single"/>
        </w:rPr>
        <w:t>could steer a state</w:t>
      </w:r>
      <w:r>
        <w:rPr>
          <w:b w:val="0"/>
          <w:i w:val="0"/>
          <w:smallCaps w:val="0"/>
          <w:strike w:val="0"/>
          <w:sz w:val="22"/>
          <w:u w:val="single"/>
        </w:rPr>
        <w:t xml:space="preserve"> that lacks sufficient checks and balances</w:t>
      </w:r>
      <w:r>
        <w:rPr>
          <w:b w:val="0"/>
          <w:i w:val="0"/>
          <w:smallCaps w:val="0"/>
          <w:strike w:val="0"/>
          <w:u w:val="none"/>
        </w:rPr>
        <w:t xml:space="preserve"> and a strong democratic tradition </w:t>
      </w:r>
      <w:r>
        <w:rPr>
          <w:b w:val="0"/>
          <w:i w:val="0"/>
          <w:smallCaps w:val="0"/>
          <w:strike w:val="0"/>
          <w:sz w:val="22"/>
          <w:highlight w:val="cyan"/>
          <w:u w:val="single"/>
        </w:rPr>
        <w:t>toward becoming</w:t>
      </w:r>
      <w:r>
        <w:rPr>
          <w:b w:val="0"/>
          <w:i w:val="0"/>
          <w:smallCaps w:val="0"/>
          <w:strike w:val="0"/>
          <w:u w:val="none"/>
        </w:rPr>
        <w:t xml:space="preserve"> an </w:t>
      </w:r>
      <w:r>
        <w:rPr>
          <w:b w:val="0"/>
          <w:i w:val="0"/>
          <w:smallCaps w:val="0"/>
          <w:strike w:val="0"/>
          <w:sz w:val="22"/>
          <w:u w:val="single"/>
        </w:rPr>
        <w:t xml:space="preserve">illiberal or </w:t>
      </w:r>
      <w:r>
        <w:rPr>
          <w:b w:val="0"/>
          <w:i w:val="0"/>
          <w:smallCaps w:val="0"/>
          <w:strike w:val="0"/>
          <w:sz w:val="22"/>
          <w:highlight w:val="cyan"/>
          <w:u w:val="single"/>
        </w:rPr>
        <w:t>authoritarian</w:t>
      </w:r>
      <w:r>
        <w:rPr>
          <w:b w:val="0"/>
          <w:i w:val="0"/>
          <w:smallCaps w:val="0"/>
          <w:strike w:val="0"/>
          <w:u w:val="none"/>
        </w:rPr>
        <w:t xml:space="preserve"> regime. </w:t>
      </w:r>
      <w:r>
        <w:rPr>
          <w:b w:val="0"/>
          <w:i w:val="0"/>
          <w:smallCaps w:val="0"/>
          <w:strike w:val="0"/>
          <w:sz w:val="22"/>
          <w:highlight w:val="cyan"/>
          <w:u w:val="single"/>
        </w:rPr>
        <w:t>Recent examples</w:t>
      </w:r>
      <w:r>
        <w:rPr>
          <w:b w:val="0"/>
          <w:i w:val="0"/>
          <w:smallCaps w:val="0"/>
          <w:strike w:val="0"/>
          <w:u w:val="none"/>
        </w:rPr>
        <w:t xml:space="preserve"> of this radicalizing effect </w:t>
      </w:r>
      <w:r>
        <w:rPr>
          <w:b w:val="0"/>
          <w:i w:val="0"/>
          <w:smallCaps w:val="0"/>
          <w:strike w:val="0"/>
          <w:sz w:val="22"/>
          <w:highlight w:val="cyan"/>
          <w:u w:val="single"/>
        </w:rPr>
        <w:t>are</w:t>
      </w:r>
      <w:r>
        <w:rPr>
          <w:b w:val="0"/>
          <w:i w:val="0"/>
          <w:smallCaps w:val="0"/>
          <w:strike w:val="0"/>
          <w:u w:val="none"/>
        </w:rPr>
        <w:t xml:space="preserve"> the rise of Jair </w:t>
      </w:r>
      <w:r>
        <w:rPr>
          <w:b/>
          <w:i w:val="0"/>
          <w:smallCaps w:val="0"/>
          <w:strike w:val="0"/>
          <w:sz w:val="22"/>
          <w:highlight w:val="cyan"/>
          <w:u w:val="single"/>
        </w:rPr>
        <w:t>Bolsonaro</w:t>
      </w:r>
      <w:r>
        <w:rPr>
          <w:b w:val="0"/>
          <w:i w:val="0"/>
          <w:smallCaps w:val="0"/>
          <w:strike w:val="0"/>
          <w:sz w:val="22"/>
          <w:u w:val="single"/>
        </w:rPr>
        <w:t xml:space="preserve"> in Brazil</w:t>
      </w:r>
      <w:r>
        <w:rPr>
          <w:b w:val="0"/>
          <w:i w:val="0"/>
          <w:smallCaps w:val="0"/>
          <w:strike w:val="0"/>
          <w:u w:val="none"/>
        </w:rPr>
        <w:t xml:space="preserve">, Andrés Manuel López Obrador in Mexico, Viktor </w:t>
      </w:r>
      <w:r>
        <w:rPr>
          <w:b/>
          <w:i w:val="0"/>
          <w:smallCaps w:val="0"/>
          <w:strike w:val="0"/>
          <w:sz w:val="22"/>
          <w:highlight w:val="cyan"/>
          <w:u w:val="single"/>
        </w:rPr>
        <w:t>Orbán</w:t>
      </w:r>
      <w:r>
        <w:rPr>
          <w:b w:val="0"/>
          <w:i w:val="0"/>
          <w:smallCaps w:val="0"/>
          <w:strike w:val="0"/>
          <w:sz w:val="22"/>
          <w:u w:val="single"/>
        </w:rPr>
        <w:t xml:space="preserve"> in Hungary</w:t>
      </w:r>
      <w:r>
        <w:rPr>
          <w:b w:val="0"/>
          <w:i w:val="0"/>
          <w:smallCaps w:val="0"/>
          <w:strike w:val="0"/>
          <w:u w:val="none"/>
        </w:rPr>
        <w:t xml:space="preserve">, </w:t>
      </w:r>
      <w:r>
        <w:rPr>
          <w:b w:val="0"/>
          <w:i w:val="0"/>
          <w:smallCaps w:val="0"/>
          <w:strike w:val="0"/>
          <w:sz w:val="22"/>
          <w:highlight w:val="cyan"/>
          <w:u w:val="single"/>
        </w:rPr>
        <w:t>and</w:t>
      </w:r>
      <w:r>
        <w:rPr>
          <w:b w:val="0"/>
          <w:i w:val="0"/>
          <w:smallCaps w:val="0"/>
          <w:strike w:val="0"/>
          <w:u w:val="none"/>
        </w:rPr>
        <w:t xml:space="preserve"> Rodrigo </w:t>
      </w:r>
      <w:r>
        <w:rPr>
          <w:b/>
          <w:i w:val="0"/>
          <w:smallCaps w:val="0"/>
          <w:strike w:val="0"/>
          <w:sz w:val="22"/>
          <w:highlight w:val="cyan"/>
          <w:u w:val="single"/>
        </w:rPr>
        <w:t>Duterte</w:t>
      </w:r>
      <w:r>
        <w:rPr>
          <w:b w:val="0"/>
          <w:i w:val="0"/>
          <w:smallCaps w:val="0"/>
          <w:strike w:val="0"/>
          <w:sz w:val="22"/>
          <w:u w:val="single"/>
        </w:rPr>
        <w:t xml:space="preserve"> in the Philippines</w:t>
      </w:r>
      <w:r>
        <w:rPr>
          <w:b w:val="0"/>
          <w:i w:val="0"/>
          <w:smallCaps w:val="0"/>
          <w:strike w:val="0"/>
          <w:u w:val="none"/>
        </w:rPr>
        <w:t xml:space="preserve">. The intensifying effect takes place </w:t>
      </w:r>
      <w:r>
        <w:rPr>
          <w:b w:val="0"/>
          <w:i w:val="0"/>
          <w:smallCaps w:val="0"/>
          <w:strike w:val="0"/>
          <w:sz w:val="22"/>
          <w:u w:val="single"/>
        </w:rPr>
        <w:t>in strong authoritarian countries</w:t>
      </w:r>
      <w:r>
        <w:rPr>
          <w:b w:val="0"/>
          <w:i w:val="0"/>
          <w:smallCaps w:val="0"/>
          <w:strike w:val="0"/>
          <w:u w:val="none"/>
        </w:rPr>
        <w:t xml:space="preserve"> when </w:t>
      </w:r>
      <w:r>
        <w:rPr>
          <w:b w:val="0"/>
          <w:i w:val="0"/>
          <w:smallCaps w:val="0"/>
          <w:strike w:val="0"/>
          <w:sz w:val="22"/>
          <w:u w:val="single"/>
        </w:rPr>
        <w:t xml:space="preserve">social media platforms </w:t>
      </w:r>
      <w:r>
        <w:rPr>
          <w:b w:val="0"/>
          <w:i w:val="0"/>
          <w:smallCaps w:val="0"/>
          <w:strike w:val="0"/>
          <w:sz w:val="22"/>
          <w:u w:val="single"/>
        </w:rPr>
        <w:t>become a surveillance tool</w:t>
      </w:r>
      <w:r>
        <w:rPr>
          <w:b w:val="0"/>
          <w:i w:val="0"/>
          <w:smallCaps w:val="0"/>
          <w:strike w:val="0"/>
          <w:u w:val="none"/>
        </w:rPr>
        <w:t xml:space="preserve"> of the governing regime, which uses them </w:t>
      </w:r>
      <w:r>
        <w:rPr>
          <w:b w:val="0"/>
          <w:i w:val="0"/>
          <w:smallCaps w:val="0"/>
          <w:strike w:val="0"/>
          <w:sz w:val="22"/>
          <w:u w:val="single"/>
        </w:rPr>
        <w:t>to intensify the government’s coercive capacity, suppress</w:t>
      </w:r>
      <w:r>
        <w:rPr>
          <w:b w:val="0"/>
          <w:i w:val="0"/>
          <w:smallCaps w:val="0"/>
          <w:strike w:val="0"/>
          <w:u w:val="none"/>
        </w:rPr>
        <w:t xml:space="preserve"> civil </w:t>
      </w:r>
      <w:r>
        <w:rPr>
          <w:b w:val="0"/>
          <w:i w:val="0"/>
          <w:smallCaps w:val="0"/>
          <w:strike w:val="0"/>
          <w:sz w:val="22"/>
          <w:u w:val="single"/>
        </w:rPr>
        <w:t>rights, and counter</w:t>
      </w:r>
      <w:r>
        <w:rPr>
          <w:b w:val="0"/>
          <w:i w:val="0"/>
          <w:smallCaps w:val="0"/>
          <w:strike w:val="0"/>
          <w:u w:val="none"/>
        </w:rPr>
        <w:t xml:space="preserve"> the </w:t>
      </w:r>
      <w:r>
        <w:rPr>
          <w:b w:val="0"/>
          <w:i w:val="0"/>
          <w:smallCaps w:val="0"/>
          <w:strike w:val="0"/>
          <w:sz w:val="22"/>
          <w:u w:val="single"/>
        </w:rPr>
        <w:t>domestic opposition</w:t>
      </w:r>
      <w:r>
        <w:rPr>
          <w:b w:val="0"/>
          <w:i w:val="0"/>
          <w:smallCaps w:val="0"/>
          <w:strike w:val="0"/>
          <w:u w:val="none"/>
        </w:rPr>
        <w:t xml:space="preserve">. These platforms also enhance the state’s sharp power </w:t>
      </w:r>
      <w:r>
        <w:rPr>
          <w:b w:val="0"/>
          <w:i w:val="0"/>
          <w:smallCaps w:val="0"/>
          <w:strike w:val="0"/>
          <w:u w:val="none"/>
        </w:rPr>
        <w:t>with regard to</w:t>
      </w:r>
      <w:r>
        <w:rPr>
          <w:b w:val="0"/>
          <w:i w:val="0"/>
          <w:smallCaps w:val="0"/>
          <w:strike w:val="0"/>
          <w:u w:val="none"/>
        </w:rPr>
        <w:t xml:space="preserve"> liberal-democratic states. Social media platforms do not usually have a substantial liberalizing effect in strong authoritarian countries because the regimes control the internet in their territory. Recent examples of the intensifying effect include laws in China and Russia that give the states the power to surveil their citizens’ activities on social media, and Russia’s intervention in democratic elections in several liberal-democratic states by using these platforms as disseminators of fake news and disinformation.67 The use of </w:t>
      </w:r>
      <w:r>
        <w:rPr>
          <w:b w:val="0"/>
          <w:i w:val="0"/>
          <w:smallCaps w:val="0"/>
          <w:strike w:val="0"/>
          <w:sz w:val="22"/>
          <w:u w:val="single"/>
        </w:rPr>
        <w:t>social media</w:t>
      </w:r>
      <w:r>
        <w:rPr>
          <w:b w:val="0"/>
          <w:i w:val="0"/>
          <w:smallCaps w:val="0"/>
          <w:strike w:val="0"/>
          <w:u w:val="none"/>
        </w:rPr>
        <w:t xml:space="preserve"> platforms </w:t>
      </w:r>
      <w:r>
        <w:rPr>
          <w:b w:val="0"/>
          <w:i w:val="0"/>
          <w:smallCaps w:val="0"/>
          <w:strike w:val="0"/>
          <w:sz w:val="22"/>
          <w:u w:val="single"/>
        </w:rPr>
        <w:t>by domestic populist forces</w:t>
      </w:r>
      <w:r>
        <w:rPr>
          <w:b w:val="0"/>
          <w:i w:val="0"/>
          <w:smallCaps w:val="0"/>
          <w:strike w:val="0"/>
          <w:u w:val="none"/>
        </w:rPr>
        <w:t xml:space="preserve"> or external malign forces </w:t>
      </w:r>
      <w:r>
        <w:rPr>
          <w:b w:val="0"/>
          <w:i w:val="0"/>
          <w:smallCaps w:val="0"/>
          <w:strike w:val="0"/>
          <w:sz w:val="22"/>
          <w:u w:val="single"/>
        </w:rPr>
        <w:t>can</w:t>
      </w:r>
      <w:r>
        <w:rPr>
          <w:b w:val="0"/>
          <w:i w:val="0"/>
          <w:smallCaps w:val="0"/>
          <w:strike w:val="0"/>
          <w:u w:val="none"/>
        </w:rPr>
        <w:t xml:space="preserve"> weaken domestic authority in strong democratic regimes, </w:t>
      </w:r>
      <w:r>
        <w:rPr>
          <w:b w:val="0"/>
          <w:i w:val="0"/>
          <w:smallCaps w:val="0"/>
          <w:strike w:val="0"/>
          <w:sz w:val="22"/>
          <w:u w:val="single"/>
        </w:rPr>
        <w:t>support the rise of populism, and diminish democratic institutions and ideas, such as multilateralism</w:t>
      </w:r>
      <w:r>
        <w:rPr>
          <w:b w:val="0"/>
          <w:i w:val="0"/>
          <w:smallCaps w:val="0"/>
          <w:strike w:val="0"/>
          <w:u w:val="none"/>
        </w:rPr>
        <w:t xml:space="preserve"> and globalization. Democratic norms in strong liberal regimes constrain these states from countering the malign use of social media, despite having the capacity to do so. In this scenario, the domestic political system becomes polarized, but the state’s established system of checks and balances and strong democratic tradition preserve its liberal character. Recent examples include the 2016 U.S. presidential elections and the U.K. Brexit referendum. Table 1 summarizes the four types of political effects that U.S. social media platforms have on states.</w:t>
      </w:r>
      <w:r>
        <w:rPr>
          <w:b w:val="0"/>
          <w:i w:val="0"/>
          <w:smallCaps w:val="0"/>
          <w:strike w:val="0"/>
          <w:u w:val="none"/>
        </w:rPr>
        <w:t xml:space="preserve"> In the following sections, we present four primary case studies to illustrate this model and describe the effects that social media platforms have on different states. The case selection is based on variations in the type of regime and the state’s capacity. The detailed case studies described in each classification are only the prominent ones in which the literature and the availability of empirical material regarding social media effects are more prevalent than others. The effect of social media on states is a relatively new research topic and the publications in this area are mainly concentrated on the limited case studies that we chose to present in this article. The case studies are the leading instances that represent the political effects of social media platforms on states: destabilizing, radicalizing, intensifying, and weakening. For the destabilizing effect, we look at Egypt, a prominent country in the Arab world with a stable leader for three decades who was nevertheless quickly overthrown after less than three weeks of protests. To demonstrate the radicalizing effect, we chose Brazil, a leading economy in Latin America, a region that underwent a rapid democratization process in the last 20 years of the 20th century but that, in the last several years, has reverted to illiberalism and even to authoritarianism. For the intensifying effect, we considered the malign use of social media in the most powerful authoritarian states, Russia and China. For the weakening effect, we chose the external intervention in the 2016 U.S. presidential elections, which </w:t>
      </w:r>
      <w:r>
        <w:rPr>
          <w:b w:val="0"/>
          <w:i w:val="0"/>
          <w:smallCaps w:val="0"/>
          <w:strike w:val="0"/>
          <w:u w:val="none"/>
        </w:rPr>
        <w:t>is considered to be</w:t>
      </w:r>
      <w:r>
        <w:rPr>
          <w:b w:val="0"/>
          <w:i w:val="0"/>
          <w:smallCaps w:val="0"/>
          <w:strike w:val="0"/>
          <w:u w:val="none"/>
        </w:rPr>
        <w:t xml:space="preserve"> a leading case of authoritarian intervention because of America’s status as the most powerful liberal democracy in the world. In each of these sections, we discuss additional examples, but it should be noted that not all countries in the same classification are necessarily affected by social media to the same extent as the anchor case. The Destabilizing Effect in Weak Authoritarian Regimes Social media platforms can help to create and mobilize domestic opposition to the governing regime by making it easier for opposition members to connect, organize. and circumvent the regime’s restrictions. Organized resistance to the government’s tyranny may lead to regime change in weak authoritarian regimes, but some governments put in place surveillance systems that monitor social media platforms, helping to counter dissidents early in their organization stage and reducing the risk of regime change. In just over a year, a wave of unrest that first began in Tunisia in December 2010 swept through the Arab region, leading to the overthrow of four Arab heads of state.68 Power seemed to be shifting from authoritarian regimes to citizens. Social media platforms were credited with helping to cause this shift. Philip Howard and Muzammil Hussain explain that digital media (including social media platforms) helped to shape events and outcomes by spreading protest messages, connecting frustrated citizens, and helping them to realize that they shared grievances and could act together to do something about their situation.69 The protestors succeeded in building and mobilizing a spontaneous domestic opposition. Other researchers contend that the “Internet may be the only avenue left for citizens in authoritarian regimes to influence government, fight corruption, or defend their rights.”70 Laura Stein outlines six different ways in which the internet and social media platforms may help social movements: by providing information, assisting people in mobilizing and taking an action, promoting interaction and dialogue, helping to connect different networks of people, serving as an outlet for creative expression, and promoting fundraising and resource generation.71 The use of social media platforms is part of each stage of any uprising in the internet era. In the preparation phase, activists use social media platforms to find each other, build solidarity around shared grievances, and identify collective political goals. In the ignition phase, which involves some inciting incident, social media helps to publicize that incident and enrage the public. Take, for example, the pictures of Khaled Mohamed Saeed, who was beaten to death by police in Egypt, or Mohamed Bouazizi, who set himself on fire in Tunisia.72 In the street protests phase, the call for protests and the protest locations are coordinated online, while in the international buy-in phase, pictures, tweets, and videos from the uprising gain international interest and support. Usually, this pressures the rulers of the state to enter the climax phase, in which the state either cracks down and protesters are forced to go home (as in the case of Iran), rulers concede and meet public demands (as in Egypt and Tunisia), or the groups reach a protracted stalemate (as in Syria). The denouement largely depends on the state’s coercive power.73 Egypt serves as a good case study for the destabilizing effect of social media platforms. Hosni Mubarak ruled Egypt from 1981 until 2011, resigning only 18 days after the beginning of the Egyptian uprising, which started in January 2011. Scholars are divided on the role </w:t>
      </w:r>
      <w:r>
        <w:rPr>
          <w:b w:val="0"/>
          <w:i w:val="0"/>
          <w:smallCaps w:val="0"/>
          <w:strike w:val="0"/>
          <w:u w:val="none"/>
        </w:rPr>
        <w:t>that social media platforms</w:t>
      </w:r>
      <w:r>
        <w:rPr>
          <w:b w:val="0"/>
          <w:i w:val="0"/>
          <w:smallCaps w:val="0"/>
          <w:strike w:val="0"/>
          <w:u w:val="none"/>
        </w:rPr>
        <w:t xml:space="preserve"> played in the Egyptian revolution. Killian Clarke and Korhan Kocak argue that Facebook and Twitter contributed meaningfully to mobilizing the “first movers” (the demonstrators who participated in the protest on Jan. 25, 2011) to form an ad hoc domestic opposition. These platforms helped to produce this outcome by recruiting people, planning and coordinating a leaderless protest, and providing live updates. The success across these three dimensions helped to convince many other Egyptians to join in subsequent protests, thus setting in motion a revolutionary cascade that resulted in Mubarak’s ouster.74 Juby John Eipe also underlines the significant role that Twitter played in initiating, organizing, and executing a powerful political movement in Egypt, including mobilizing people with no political background.75 Philip Howard and Muzammil Hussain note that YouTube and other video archiving platforms allowed citizen journalists, using mobile phone cameras and consumer electronics, to broadcast stories that the mainstream media could not or did not want to cover.76 Others are not so fast to give all the praise to social media. Tarak Barkawi is critical of the credit given to “Western technology” rather than to the “ordinary Egyptians, mothers and fathers, daughters and sons, who toppled the regime.”77 He argues that the West imagines itself as the real agent in the uprisings and he denounces “fantastically Eurocentric” narratives. “To listen to the hype about social networking websites and the Egyptian revolution, one would think it was Silicon Valley and not the Egyptian people who overthrew Mubarak,” Barkawi writes. Mason agrees that social networks allow people to assemble and protest but insists that the revolutions in the Arab world “have been social, political and real — not virtual.”78 According to Mohamed Ben Moussa, social media platforms were only effective because they operated in synergy with a huge array of “other more conventional media and offline societal networks.”79 Regina </w:t>
      </w:r>
      <w:r>
        <w:rPr>
          <w:b w:val="0"/>
          <w:i w:val="0"/>
          <w:smallCaps w:val="0"/>
          <w:strike w:val="0"/>
          <w:u w:val="none"/>
        </w:rPr>
        <w:t>Salanova</w:t>
      </w:r>
      <w:r>
        <w:rPr>
          <w:b w:val="0"/>
          <w:i w:val="0"/>
          <w:smallCaps w:val="0"/>
          <w:strike w:val="0"/>
          <w:u w:val="none"/>
        </w:rPr>
        <w:t xml:space="preserve"> agrees that, in the end, Al-Jazeera and other international media “amplified the message, attracted the majority of the population to join the revolts and put pressure on the authoritarian states by engaging international audiences.”80 Ian Black notes that state surveillance of social media platforms compelled activists to use alternative media and communication tools.81 The Egyptian uprising is not the only example of social media playing a prominent role in political upheaval. Mark Pfeifle, a former U.S. national security adviser in the George W. Bush administration, wrote regarding the 2009 Green Revolution in Iran that “[w]</w:t>
      </w:r>
      <w:r>
        <w:rPr>
          <w:b w:val="0"/>
          <w:i w:val="0"/>
          <w:smallCaps w:val="0"/>
          <w:strike w:val="0"/>
          <w:u w:val="none"/>
        </w:rPr>
        <w:t>ithout</w:t>
      </w:r>
      <w:r>
        <w:rPr>
          <w:b w:val="0"/>
          <w:i w:val="0"/>
          <w:smallCaps w:val="0"/>
          <w:strike w:val="0"/>
          <w:u w:val="none"/>
        </w:rPr>
        <w:t xml:space="preserve"> Twitter, the people of Iran would not have felt empowered and confident to stand up for freedom and democracy.”82 He also called for Twitter to be nominated for the Nobel Peace Prize. In the uprising in Tunisia, the blogosphere provided a forum for open political dialogue on regime corruption and the potential for political change.83 In Sudan’s 2019 uprising, social media platforms (Twitter, Instagram, Telegram, and Facebook) gave people an alternative source of information and an opportunity to organize and rebel against their government.84 This enabled dissent to spread from regional cities, such as Atbara, to Khartoum and elsewhere much faster.85 Social media platforms also helped diaspora communities to stay updated about events in Sudan and play an invaluable role in the uprisings by sharing updates and fostering solidarity.86 Again, some scholars have downplayed the impact of social media on these events. Golnaz Esfandiari wrote regarding the Green Movement after the 2009 elections in Iran: “Simply put: There was no Twitter Revolution inside Iran.”87 Bruce Etling and his coauthors agree that Twitter did not necessarily play a role in organizing the Iranian protests.88 Others attribute less importance to social media’s role in rallying local audiences and focus instead on the “bridging function” of social media platforms, which allows them to inform international audiences and mainstream media.89 Social media platforms can also be effective in bolstering authoritarian regimes,90 which may help explain why, in the years after the Arab Spring, there were fewer revolutions in weak authoritarian regimes. Authoritarian regimes, even those that lack financial resources, can now use social media surveillance tools that weren’t available to Egypt during its revolution to monitor and control society.91 This is due to the availability of various low-cost surveillance tools exported by China and Russia.92 The Iranian regime, which learned from the 2009 unrest, is an example of a weak authoritarian regime that took the use of social media platforms for surveillance to the next level. It combined using surveillance tools with exerting strict control over the domestic internet infrastructure. The development of Iran’s state-controlled National Internet Network significantly enhanced the government’s ability to restrict, block, and monitor internet use in Iran,93 providing it with one of the world’s most sophisticated mechanisms for controlling and censoring the internet and allowing it to examine the content of individual online communications on a massive scale.94 In 2009, mass surveillance operations significantly aided the authorities’ ability to identify, track, arrest, and imprison protesters.95 During the unrest that swept through Iran at the end of 2017, the authorities implemented major disruptions to internet access by slowing it down, blocking social media platforms (such as Instagram and Telegram) that were used by the protesters to mobilize street protests, and briefly cutting off Iranians’ access to the global internet. Some weak authoritarian governments have also learned to control the networked public sphere through “surveillance and repression, using fear, blocking of information, mobilizing armies of supporters or paid employees who muddy the online waters with misinformation, doubt, confusion and distraction.” This makes it hard for ordinary people to “navigate the networked public sphere and sort facts from fiction.”96 Instead of denying internet access to dissidents, which is sometimes difficult to do, these governments prefer to “deny attention, focus, and credibility.”97 Clarke and Koçak claim that social media platforms were, and still are, relevant because dissidents in authoritarian environments have simply switched to new social media platforms that the government hasn’t started monitoring yet.98 The new generation of dissidents uses messaging apps like WhatsApp and Telegram. Activists used these apps instead of Twitter in the 2018 revolt in Armenia and have used “Facebook live” for real-time coverage of anti-governmental protest activities in Nicaragua.99 In summary, social media can have a destabilizing political effect in weak authoritarian regimes. Social media (a liberalizing force) can help to create and mobilize domestic opposition by making it easier to alert and connect people who have shared interests. It also helps people to organize more easily and lets protesters know that they are not alone. Facebook’s filter bubbles may help to convince people that there is more support for their position than there really is, thus generating a self-fulfilling prophecy that drives people to the streets. Although social media may not be the only reason why a revolution takes place, it can certainly play a significant role. However, in the last several years, many weak authoritarian regimes have been able to afford the purchase of surveillance systems from China and Russia that monitor social media platforms and assist the repressive governing regime, deterring and countering dissidents during organization stage.100 The governing regime also uses social media platforms to spread misinformation, leading people to doubt what they read on these platforms and perhaps deterring them from joining a potential uprising. The Radicalizing Effect in Weak Democratic Regimes </w:t>
      </w:r>
      <w:r>
        <w:rPr>
          <w:b w:val="0"/>
          <w:i w:val="0"/>
          <w:smallCaps w:val="0"/>
          <w:strike w:val="0"/>
          <w:u w:val="none"/>
        </w:rPr>
        <w:t>Social media</w:t>
      </w:r>
      <w:r>
        <w:rPr>
          <w:b w:val="0"/>
          <w:i w:val="0"/>
          <w:smallCaps w:val="0"/>
          <w:strike w:val="0"/>
          <w:u w:val="none"/>
        </w:rPr>
        <w:t xml:space="preserve"> is a low-cost and convenient communication tool that can be used by opposition populists to reach their supporters, by the governing regime to engage directly with the electorate, and by malign external forces to spread fake news. These platforms can be exploited to spread fake news and narratives that are polarizing, divisive, and anti-liberal because they lack the fact-checking found in traditional media outlets. Social media helps populists (both as candidates and as part of the governing regime) to aggregate and unify people to promote a shared cause against the liberal establishment and liberal freedoms and to erode democratic pillars. Malign external actors use social media to intervene in democratic elections in weak democratic countries to cause further erosion of trust in the democratic system. These combined actions create a radicalizing effect in weak liberal democracies that can potentially turn a liberal-democratic regime into an illiberal regime, or even an autocratic one. There are several examples of weak liberal-democratic regimes worldwide, namely new democracies in Eastern Europe, East Asia, and Latin America. Freedom House’s freedom score has declined in some of these countries over the last several years: From 2016 to 2020 Brazil’s score dropped six points, from 81 to 75; the Philippines fell six points, from 65 to 59; and Mexico lost three points, going from 65 to 62. This decrease in freedom scores may be explained by the rise of populist leaders in these countries and the erosion of democratic pillars, such as free and unbiased elections.101 According to the Democracy Report 2020, Latin America has regressed to a level of democracy last recorded around 1992.102 In the last decade, Latin American presidents and candidates started using social media to engage directly with the electorate. Social media is perceived as the voice of the people and more authentic than the mainstream media, “which responds to the agenda of their super-rich owners and their political allies, rather than to the real needs and interests of the public.”103 By 2014, the region had the world’s highest use of social media by politicians.104 According to </w:t>
      </w:r>
      <w:r>
        <w:rPr>
          <w:b w:val="0"/>
          <w:i w:val="0"/>
          <w:smallCaps w:val="0"/>
          <w:strike w:val="0"/>
          <w:u w:val="none"/>
        </w:rPr>
        <w:t>Emarketer</w:t>
      </w:r>
      <w:r>
        <w:rPr>
          <w:b w:val="0"/>
          <w:i w:val="0"/>
          <w:smallCaps w:val="0"/>
          <w:strike w:val="0"/>
          <w:u w:val="none"/>
        </w:rPr>
        <w:t xml:space="preserve">, people in Latin America are the most avid social media users in the world.105 The vast majority of them get their news straight from social media services because they place less trust in traditional media. For example, WhatsApp has 120 million users in Brazil, a country with a population of 200 million. Thirty-five percent of these users regularly rely on the messaging platform for their news consumption, which makes WhatsApp networks “fertile for planting false information that can spread quickly from group to group until it is out of control.”106 These countries are therefore more susceptible to efforts to promote divisive and anti-liberal narratives, whether by domestic opposition or malign external forces, via online platforms. Moreover, polarization is a significant characteristic of Latin American politics, and the use of fake news communicated via social media platforms has proved to be more effective within polarized societies.107 This environment is primed for the rise of populist candidates who are inclined to promote an illiberal regime and can further foster radicalization and change toward a national-populist, illiberal, and even autocratic regime. This is especially true given that the checks and balances in states with only a short democratic history are less effective than in long-established liberal states.108 Populism is an ideology that views society as divided into two homogenous and antagonistic groups: the pure people and the corrupt elite — “us” versus “them.”109 Populists portray themselves as anti-elitist, anti-pluralist, supporters of moralism, and the exclusive legitimate representatives of the people in defiance of the unresponsive political elites. The rhetoric used by populist leaders generally focuses on the perception of a state in a crisis that needs to be resolved. Populists often use a dramatized and discursive repertoire that creates tension between antagonistic blocks.110 Pippa Norris notes that populism undercuts the legitimacy of the checks and balances on executive power that were “protecting citizens from strong leaders advocating authoritarian values attacking the heart of liberal freedoms, social tolerance, and cosmopolitanism.”111 Populism exists across the political spectrum. According to Paolo </w:t>
      </w:r>
      <w:r>
        <w:rPr>
          <w:b w:val="0"/>
          <w:i w:val="0"/>
          <w:smallCaps w:val="0"/>
          <w:strike w:val="0"/>
          <w:u w:val="none"/>
        </w:rPr>
        <w:t>Gerbaudo</w:t>
      </w:r>
      <w:r>
        <w:rPr>
          <w:b w:val="0"/>
          <w:i w:val="0"/>
          <w:smallCaps w:val="0"/>
          <w:strike w:val="0"/>
          <w:u w:val="none"/>
        </w:rPr>
        <w:t xml:space="preserve">, the populist right “tends to take highly exclusionary and xenophobic forms, whereby the people are constructed in opposition to the Other, and in particular migrants and ethnic and religious minorities.” Left-wing populism, on the contrary, opposes “immoral privilege, as embodied by greedy bankers, rogue entrepreneurs, and corrupt politicians accused of exploiting the people.”112 </w:t>
      </w:r>
      <w:r>
        <w:rPr>
          <w:b w:val="0"/>
          <w:i w:val="0"/>
          <w:smallCaps w:val="0"/>
          <w:strike w:val="0"/>
          <w:u w:val="none"/>
        </w:rPr>
        <w:t>Postill</w:t>
      </w:r>
      <w:r>
        <w:rPr>
          <w:b w:val="0"/>
          <w:i w:val="0"/>
          <w:smallCaps w:val="0"/>
          <w:strike w:val="0"/>
          <w:u w:val="none"/>
        </w:rPr>
        <w:t xml:space="preserve"> also discusses centrist populists — opportunistic technocrats who borrow populist rhetoric and blend it with a pro-market language of job flexibility, entrepreneurship, and economic growth.113 </w:t>
      </w:r>
      <w:r>
        <w:rPr>
          <w:b w:val="0"/>
          <w:i w:val="0"/>
          <w:smallCaps w:val="0"/>
          <w:strike w:val="0"/>
          <w:u w:val="none"/>
        </w:rPr>
        <w:t>Gerbaudo</w:t>
      </w:r>
      <w:r>
        <w:rPr>
          <w:b w:val="0"/>
          <w:i w:val="0"/>
          <w:smallCaps w:val="0"/>
          <w:strike w:val="0"/>
          <w:u w:val="none"/>
        </w:rPr>
        <w:t xml:space="preserve">, who studies the relationship between populism and social media, explains that social media provides a platform for populists to gain people’s support against a liberal establishment that is supposedly victimizing them.114 Populists are able to unify otherwise dispersed and divided people to promote a shared cause, exploiting the platforms’ “economy of attention” and filter bubble effect. In this way, populists develop online followers of like-minded individuals and “siloed communities that experience their own reality and operate with their own facts.”115 In Brazil’s 2018 elections, Bolsonaro, a far-right candidate, was elected president with 55 percent of the vote, putting an end to the social-democratic pact that had been established after the end of the military dictatorship in the 1980s. In these elections, the far-right opposition movement “Brazil over Everything, God above Everyone” overtly used the spread of misinformation and fake news through social media to advance its discourse. This included attacks against the Workers’ Party, the group’s main competitor, associating them with child abuse, female nudity, and more. Bolsonaro’s campaign also used social media platforms to attack feminists and minority groups, including the LGBT community, blacks, and indigenous people.116 Up until the 2018 election, political television advertising was the primary means of reaching out to Brazil’s electorate. Bolsonaro’s low-budget campaign, however, relied heavily on political micro-targeting via social media to directly engage with his electoral base.117 His early supporters distrusted mainstream media and assumed that social media is more genuine “because it’s filled with friends and family.”118 The campaign focused on professionalizing a fake news industry by using WhatsApp, YouTube, Twitter, and Facebook.119 Bolsonaro’s entire campaign was built upon “exploiting a political behavior tied into a sense of fear — fear of being shot, of crime, of unemployment — that ends up creating space for the acceptance of authoritarian feelings latent in society.”120 Angered by violence, scandals, and a deep recession, voters were ready for Bolsonaro’s messages about crime, corruption, and family values. He energized voters who disliked the ruling party and who detested all the other candidates.121 He benefited from the high levels of cognitive dissonance that some voters were experiencing — between their image of the country and the world as it is. Over the years, Bolsonaro has repeatedly called for Congress to be closed and has said that he would “start a dictatorship right away if elected president.”122 During the 2018 election, he continued his attacks on the idea of liberal democracy and the legitimacy of the media as well as on other political opponents.123 His final speech before election day was a direct attack on several democratic norms, reiterating the central themes of his campaign: diluting the power of minorities, closing down non-government organizations, and promising to imprison his opponent in the race, Fernando Haddad.124 Democratic principles further erode when candidates such as Bolsonaro, who use social media manipulation as part of their campaign strategy, continue with these tactics after assuming power and becoming part of the governing regime.125 For example, since assuming power, Bolsonaro has used different means, including fake news, to discredit Brazil’s electoral processes (such as when he questioned the integrity of the 2020 municipal elections), lash out at the Brazilian Supreme Court and Supreme Electoral Tribunal, and fight federal police on investigating him and his allies.126 Support for democracy in Brazil dropped from a peak level of 55 percent in 2009 to 34 percent in 2018.127 By 2020, only 15 percent of Brazilians said they were satisfied with democracy, a drop of 35 points compared to 2014.128 Bolsonaro’s election thus marks the intensification of a process of decay that has affected Brazil’s democratic system for some time. Brian Winter suggests that Bolsonaro, when faced with resistance as a president, “will ignore or trample democratic practices and norms to get his way.”129 Since the checks and balances in Brazil, as in many other Latin countries, are weak and insufficient, such action by the president could further weaken democratic institutions and lead to regime change. In addition to the domestic attack on democratic institutions, Brazil is also experiencing external intervention as part of Russia’s propaganda operations in Latin America aimed at promoting divisive narratives through online platforms.130 According to Brian Fonseca, Russia’s objective is “to erode confidence in Western institutions such as democracy and free trade, as well as Western-dominated sources of information.”131 Moscow has been using social media platforms to exaggerate, distort, and fabricate falsehoods regarding U.S. and Western activities in the region.132 As a liberal-democratic regime, Brazil has only a limited set of tools to defend itself from the malign use of social media both from outside and within the country. Brazil is not the only country in which democracy has been deteriorating. In Mexico, internal support for democracy dropped from 48 percent in 2015 to 38 percent in 2018,133 and a far-left populist, anti-establishment candidate, Andrés Manuel López Obrador, was elected in 2018 in a campaign that made heavy use of social media. Since his election, democratic institutions in Mexico have been under attack. For example, Obrador has stated that the National Electoral Institute and the Electoral Tribunal of the Federal Judiciary “were created to prevent democracy.”134 Another example is the actions taken by Obrador to weaken the autonomy of the judiciary and to replace some judges with Obrador’s close allies. Mexico has also been the target of Russian propaganda operations.135 Other Latin American countries with characteristics </w:t>
      </w:r>
      <w:r>
        <w:rPr>
          <w:b w:val="0"/>
          <w:i w:val="0"/>
          <w:smallCaps w:val="0"/>
          <w:strike w:val="0"/>
          <w:u w:val="none"/>
        </w:rPr>
        <w:t>similar to</w:t>
      </w:r>
      <w:r>
        <w:rPr>
          <w:b w:val="0"/>
          <w:i w:val="0"/>
          <w:smallCaps w:val="0"/>
          <w:strike w:val="0"/>
          <w:u w:val="none"/>
        </w:rPr>
        <w:t xml:space="preserve"> those of Brazil and Mexico are at risk of following the same path of eroding democratic norms.136 In summary, social media platforms have a radicalizing effect in weak liberal democracies, facilitating the rise of populist candidates who erode the country’s democratic norms and institutions and may lead to regime change. Social media is a playground for spreading fake news and narratives that are polarizing, divisive and anti-liberal — without the fact-checking filter of the traditional media. It helps populists to aggregate and unify people to promote a shared cause against the liberal establishment or the corrupt elites, positioning themselves as worthy alternatives to the existing governments. Malign external forces also try to use social media platforms to intervene in these countries’ democratic elections.137 The Intensifying Effect in Strong Authoritarian Regimes Social media platforms can intensify the power of strong authoritarian regimes by helping them, directly or indirectly, to become “digital dictatorships.”138 These regimes use the knowledge power of social media platforms as part of their surveillance machine. They can monitor and block social media platforms to hinder the ability of dissidents and domestic opposition groups to organize and mobilize. Authoritarian regimes also use social media platforms as tools to apply sharp power against liberal-democratic countries worldwide and </w:t>
      </w:r>
      <w:r>
        <w:rPr>
          <w:b w:val="0"/>
          <w:i w:val="0"/>
          <w:smallCaps w:val="0"/>
          <w:strike w:val="0"/>
          <w:u w:val="none"/>
        </w:rPr>
        <w:t>as a way to</w:t>
      </w:r>
      <w:r>
        <w:rPr>
          <w:b w:val="0"/>
          <w:i w:val="0"/>
          <w:smallCaps w:val="0"/>
          <w:strike w:val="0"/>
          <w:u w:val="none"/>
        </w:rPr>
        <w:t xml:space="preserve"> spread fake news in democratic elections. Between 2000 and 2017, 60 percent of all dictatorships faced at least one anti-government protest of 50 participants or more. Ten authoritarian regimes fell during this period and 19 were replaced through elections, many of which came in the wake of mass protests.139 According to Democracy Report 2020, pro-democracy protests reached an all-time high in 2019 as people took to the streets to protest the erosion of democracies and to challenge dictators.140 The leaderless nature of 2019 Hong Kong protests against China, for example, was made possible by social media. Protesters took their cues from more than 100 groups on the instant messaging app Telegram, dozens of Instagram pages, and online forums like LIHKG. These groups were used to post everything from news on upcoming protests and tips on defending oneself from tear gas canisters fired by the police to the identities of suspected undercover police and the access codes to buildings in Hong Kong where protesters could hide.141 Overseas Chinese dissidents and activists played a crucial role by assisting and even guiding activists in Hong Kong. Chinese expatriates connected with those in Hong Kong via social media to get information about what was going on to journalists, non-governmental organizations, and activists in other countries.142 In the last 20 years, the more durable authoritarian regimes have been those that have implemented digital repression.143 In order to avoid regime change, strong authoritarian regimes have used their economic strength and coercive power to embrace technology and become “digital autocracies.” That is, they restrict their citizens’ use of the internet and social media while harnessing a new arsenal of digital tools to deal with mass anti-government protests. China has long maintained strict regulations that determine which websites and social media platforms are accessible in the country and which are blocked behind its “Great Firewall” of internet censorship, which is part of the country’s “cyber sovereignty” model.144 In 2003, Debora Spar claimed that “if people in China want to get information from sites in Silicon Valley, even the most omnipotent of governments will be hard-pressed to stop them.”145 But recent years have proven her wrong. China blocked YouTube in March 2008, the same month that a significant wave of protests-turned-riots swept Tibet. It blocked Facebook and Twitter the next year, soon after an outbreak of ethnic unrest rocked Xinjiang in July 2009.146 China employs advanced technology to censor its citizens on social media (and access their private information). This technology, combined with laws, regulations, and ramped up enforcement, is increasingly being used to repress dissidents and domestic opposition voices and shape the online conversation.”147 Many of the state’s censorship tactics operate with a “light touch,” so that Chinese internet users do not necessarily detect the filtering and deletion of material that is going on behind the scenes. There are seven topics that social media content shouldn’t contravene according to the Chinese government: “China’s rules and laws, the socialist system, the country’s national interests, the legitimate interests of citizens, public order, morality, and authentic information.”148 Chinese social media platforms such as WeChat and Sina Weibo have no choice but to actively participate in the monitoring and censorship of their users in order to stay in business.149 U.S. social media platforms, which could potentially act as a liberalizing external force, cannot operate in China without becoming active partners in the government’s efforts to silence dissent through censorship, mass surveillance, and the use of criminal charges.150 In December 2017, an official from China’s Cyberspace Administration stated: “If they [foreign social media] want to come back, we welcome [them]. The condition is that they </w:t>
      </w:r>
      <w:r>
        <w:rPr>
          <w:b w:val="0"/>
          <w:i w:val="0"/>
          <w:smallCaps w:val="0"/>
          <w:strike w:val="0"/>
          <w:u w:val="none"/>
        </w:rPr>
        <w:t>have to</w:t>
      </w:r>
      <w:r>
        <w:rPr>
          <w:b w:val="0"/>
          <w:i w:val="0"/>
          <w:smallCaps w:val="0"/>
          <w:strike w:val="0"/>
          <w:u w:val="none"/>
        </w:rPr>
        <w:t xml:space="preserve"> abide by Chinese law and regulations and that they also would not do any harm to Chinese national security and national consumers’ interests.”151 Collaboration with the Chinese government contradicts the liberal agenda of most of these corporations, which see themselves as champions of free expression. However, some of them, including Google, are directly and indirectly helping China to enhance its internet surveillance capabilities and censorship technology.152 Russia, another strong authoritarian regime, lives in constant fear of U.S. efforts to interfere with the Russian regime. After witnessing the role that social media played in the Arab Spring, Russia became increasingly concerned that America had “found a truly magic tool that could bring people to the streets without any organizing structure.”153 This fear was amplified by several statements made by Alec Ross, then-Secretary of State Hillary Clinton’s senior adviser for innovation at the U.S. State Department, including his comment in 2011 that “the Che Guevara of the twenty-first century is the network” and “dictatorships are now more vulnerable than they have ever been before … because of the devolution of power from the nation-state to the individual.”154 This fear became a reality when protests erupted over irregularities in the 2011 Russian legislative elections — protests that were facilitated by Facebook and Twitter.155 Sergei Smirnov, director of the FSB (Russia’s security agency), stated in 2012: “New technologies are being used by Western special services to create and maintain a level of continual tension in society with serious intentions extending even to regime change.” He emphasized that Russia needed to develop ways to respond to such technologies.156 In June 2012, legislation was introduced in the Duma, the lower house of parliament, to impose a nationwide filtering system on the internet. The legislation was approved a month later. In 2013, a system for social media monitoring — </w:t>
      </w:r>
      <w:r>
        <w:rPr>
          <w:b w:val="0"/>
          <w:i w:val="0"/>
          <w:smallCaps w:val="0"/>
          <w:strike w:val="0"/>
          <w:u w:val="none"/>
        </w:rPr>
        <w:t>Mediaimpuls</w:t>
      </w:r>
      <w:r>
        <w:rPr>
          <w:b w:val="0"/>
          <w:i w:val="0"/>
          <w:smallCaps w:val="0"/>
          <w:strike w:val="0"/>
          <w:u w:val="none"/>
        </w:rPr>
        <w:t xml:space="preserve"> — was introduced. Russian law allows the authorities to block online content, including social media websites whose activities are deemed “undesirable” or “extremist,” and to prevent users of social media and communications platforms from remaining anonymous.157 Under its 2019 Sovereign Internet Law, Russia is centralizing internet traffic in the country and creating chokepoints (</w:t>
      </w:r>
      <w:r>
        <w:rPr>
          <w:b w:val="0"/>
          <w:i w:val="0"/>
          <w:smallCaps w:val="0"/>
          <w:strike w:val="0"/>
          <w:u w:val="none"/>
        </w:rPr>
        <w:t>similar to</w:t>
      </w:r>
      <w:r>
        <w:rPr>
          <w:b w:val="0"/>
          <w:i w:val="0"/>
          <w:smallCaps w:val="0"/>
          <w:strike w:val="0"/>
          <w:u w:val="none"/>
        </w:rPr>
        <w:t xml:space="preserve"> China’s Great Firewall). The Federal Service for Supervision of Communications, Information Technology and Mass Media (or </w:t>
      </w:r>
      <w:r>
        <w:rPr>
          <w:b w:val="0"/>
          <w:i w:val="0"/>
          <w:smallCaps w:val="0"/>
          <w:strike w:val="0"/>
          <w:u w:val="none"/>
        </w:rPr>
        <w:t>Roskomnadzor</w:t>
      </w:r>
      <w:r>
        <w:rPr>
          <w:b w:val="0"/>
          <w:i w:val="0"/>
          <w:smallCaps w:val="0"/>
          <w:strike w:val="0"/>
          <w:u w:val="none"/>
        </w:rPr>
        <w:t xml:space="preserve">) is exercising its authority inside Russia and outside its borders to silence protesters and anti-Russian voices.158 China and Russia have started to proliferate their models of digital authoritarianism across the globe. China is exporting its digital tools for domestic censorship and surveillance to different countries such as Malaysia, Singapore, Ethiopia, Zimbabwe, and Venezuela. Russia is disseminating its tightened information control model coupled with intimidation of internet service providers, telecom providers, private companies, and civil society groups.159 Russia’s model may be an appealing, relatively low-tech, and inexpensive alternative to the Chinese model because it does not require information filtration capabilities and can be implemented without a pre-existing government firewall.160 In addition, some of these tools that were initially developed for domestic use are now being used as part of the “sharp power” campaign that Russia is waging against liberal-democratic regimes. This includes using automated accounts (“bots”) on social media to manipulate and “amplify influence campaigns and produce a flurry of distracting or misleading posts,” sowing confusion and uncertainty through the dissemination of alternative narratives.161 Another tool, the use of internet trolls, involves paying people to disrupt online discussions by deliberately posting inflammatory or off-topic messages over social media platforms </w:t>
      </w:r>
      <w:r>
        <w:rPr>
          <w:b w:val="0"/>
          <w:i w:val="0"/>
          <w:smallCaps w:val="0"/>
          <w:strike w:val="0"/>
          <w:u w:val="none"/>
        </w:rPr>
        <w:t>in order to</w:t>
      </w:r>
      <w:r>
        <w:rPr>
          <w:b w:val="0"/>
          <w:i w:val="0"/>
          <w:smallCaps w:val="0"/>
          <w:strike w:val="0"/>
          <w:u w:val="none"/>
        </w:rPr>
        <w:t xml:space="preserve"> provoke and intimidate. Russia conducted a massive troll attack against Ukraine and other countries after annexing Crimea.162 Both trolls and bots have been used by Russia through social media platforms in democratic elections across the world in the last five years.163 They helped to elect populist nominees or promote their agendas, deepening domestic polarization, ethnic tensions, and anti-migrant and anti-minority sentiments while eroding democratic institutions. </w:t>
      </w:r>
      <w:r>
        <w:rPr>
          <w:b w:val="0"/>
          <w:i w:val="0"/>
          <w:smallCaps w:val="0"/>
          <w:strike w:val="0"/>
          <w:u w:val="none"/>
        </w:rPr>
        <w:t xml:space="preserve">To summarize, </w:t>
      </w:r>
      <w:r>
        <w:rPr>
          <w:b w:val="0"/>
          <w:i w:val="0"/>
          <w:smallCaps w:val="0"/>
          <w:strike w:val="0"/>
          <w:sz w:val="22"/>
          <w:highlight w:val="cyan"/>
          <w:u w:val="single"/>
        </w:rPr>
        <w:t>American social media</w:t>
      </w:r>
      <w:r>
        <w:rPr>
          <w:b w:val="0"/>
          <w:i w:val="0"/>
          <w:smallCaps w:val="0"/>
          <w:strike w:val="0"/>
          <w:sz w:val="22"/>
          <w:u w:val="single"/>
        </w:rPr>
        <w:t xml:space="preserve"> platforms</w:t>
      </w:r>
      <w:r>
        <w:rPr>
          <w:b w:val="0"/>
          <w:i w:val="0"/>
          <w:smallCaps w:val="0"/>
          <w:strike w:val="0"/>
          <w:u w:val="none"/>
        </w:rPr>
        <w:t xml:space="preserve"> may </w:t>
      </w:r>
      <w:r>
        <w:rPr>
          <w:b w:val="0"/>
          <w:i w:val="0"/>
          <w:smallCaps w:val="0"/>
          <w:strike w:val="0"/>
          <w:sz w:val="22"/>
          <w:highlight w:val="cyan"/>
          <w:u w:val="single"/>
        </w:rPr>
        <w:t>intensify the power of</w:t>
      </w:r>
      <w:r>
        <w:rPr>
          <w:b w:val="0"/>
          <w:i w:val="0"/>
          <w:smallCaps w:val="0"/>
          <w:strike w:val="0"/>
          <w:u w:val="none"/>
        </w:rPr>
        <w:t xml:space="preserve"> strong </w:t>
      </w:r>
      <w:r>
        <w:rPr>
          <w:b w:val="0"/>
          <w:i w:val="0"/>
          <w:smallCaps w:val="0"/>
          <w:strike w:val="0"/>
          <w:sz w:val="22"/>
          <w:highlight w:val="cyan"/>
          <w:u w:val="single"/>
        </w:rPr>
        <w:t>authoritarian regimes</w:t>
      </w:r>
      <w:r>
        <w:rPr>
          <w:b w:val="0"/>
          <w:i w:val="0"/>
          <w:smallCaps w:val="0"/>
          <w:strike w:val="0"/>
          <w:u w:val="none"/>
        </w:rPr>
        <w:t xml:space="preserve"> by </w:t>
      </w:r>
      <w:r>
        <w:rPr>
          <w:b/>
          <w:i w:val="0"/>
          <w:smallCaps w:val="0"/>
          <w:strike w:val="0"/>
          <w:sz w:val="22"/>
          <w:u w:val="single"/>
        </w:rPr>
        <w:t>helping them</w:t>
      </w:r>
      <w:r>
        <w:rPr>
          <w:b w:val="0"/>
          <w:i w:val="0"/>
          <w:smallCaps w:val="0"/>
          <w:strike w:val="0"/>
          <w:u w:val="none"/>
        </w:rPr>
        <w:t xml:space="preserve">, directly and indirectly, to </w:t>
      </w:r>
      <w:r>
        <w:rPr>
          <w:b/>
          <w:i w:val="0"/>
          <w:smallCaps w:val="0"/>
          <w:strike w:val="0"/>
          <w:sz w:val="22"/>
          <w:highlight w:val="cyan"/>
          <w:u w:val="single"/>
        </w:rPr>
        <w:t>become digital dictatorships</w:t>
      </w:r>
      <w:r>
        <w:rPr>
          <w:b w:val="0"/>
          <w:i w:val="0"/>
          <w:smallCaps w:val="0"/>
          <w:strike w:val="0"/>
          <w:sz w:val="22"/>
          <w:u w:val="single"/>
        </w:rPr>
        <w:t xml:space="preserve">. </w:t>
      </w:r>
      <w:r>
        <w:rPr>
          <w:b w:val="0"/>
          <w:i w:val="0"/>
          <w:smallCaps w:val="0"/>
          <w:strike w:val="0"/>
          <w:sz w:val="22"/>
          <w:u w:val="single"/>
        </w:rPr>
        <w:t xml:space="preserve">They use the </w:t>
      </w:r>
      <w:r>
        <w:rPr>
          <w:b w:val="0"/>
          <w:i w:val="0"/>
          <w:smallCaps w:val="0"/>
          <w:strike w:val="0"/>
          <w:sz w:val="22"/>
          <w:highlight w:val="cyan"/>
          <w:u w:val="single"/>
        </w:rPr>
        <w:t xml:space="preserve">knowledge power </w:t>
      </w:r>
      <w:r>
        <w:rPr>
          <w:b w:val="0"/>
          <w:i w:val="0"/>
          <w:smallCaps w:val="0"/>
          <w:strike w:val="0"/>
          <w:sz w:val="22"/>
          <w:u w:val="single"/>
        </w:rPr>
        <w:t xml:space="preserve">of compliant platforms </w:t>
      </w:r>
      <w:r>
        <w:rPr>
          <w:b w:val="0"/>
          <w:i w:val="0"/>
          <w:smallCaps w:val="0"/>
          <w:strike w:val="0"/>
          <w:sz w:val="22"/>
          <w:highlight w:val="cyan"/>
          <w:u w:val="single"/>
        </w:rPr>
        <w:t xml:space="preserve">as </w:t>
      </w:r>
      <w:r>
        <w:rPr>
          <w:b w:val="0"/>
          <w:i w:val="0"/>
          <w:smallCaps w:val="0"/>
          <w:strike w:val="0"/>
          <w:sz w:val="22"/>
          <w:u w:val="single"/>
        </w:rPr>
        <w:t xml:space="preserve">part of their </w:t>
      </w:r>
      <w:r>
        <w:rPr>
          <w:b w:val="0"/>
          <w:i w:val="0"/>
          <w:smallCaps w:val="0"/>
          <w:strike w:val="0"/>
          <w:sz w:val="22"/>
          <w:highlight w:val="cyan"/>
          <w:u w:val="single"/>
        </w:rPr>
        <w:t xml:space="preserve">surveillance </w:t>
      </w:r>
      <w:r>
        <w:rPr>
          <w:b w:val="0"/>
          <w:i w:val="0"/>
          <w:smallCaps w:val="0"/>
          <w:strike w:val="0"/>
          <w:sz w:val="22"/>
          <w:u w:val="single"/>
        </w:rPr>
        <w:t>machine</w:t>
      </w:r>
      <w:r>
        <w:rPr>
          <w:b w:val="0"/>
          <w:i w:val="0"/>
          <w:smallCaps w:val="0"/>
          <w:strike w:val="0"/>
          <w:u w:val="none"/>
        </w:rPr>
        <w:t xml:space="preserve"> while blocking those platforms that refuse to play by their rules. </w:t>
      </w:r>
      <w:r>
        <w:rPr>
          <w:b w:val="0"/>
          <w:i w:val="0"/>
          <w:smallCaps w:val="0"/>
          <w:strike w:val="0"/>
          <w:u w:val="none"/>
        </w:rPr>
        <w:t>China and Russia export their restrictive practices to other authoritarian states, helping them to adopt similar practices in their countries. Russia also uses social media platforms as tools to apply sharp power against liberal-democratic countries around the world. The Weakening Effect in Strong Democratic Regimes The spread of fake news, disinformation, misleading information, and falsehoods through social media platforms as part of malign “perception management”’ orchestrated by domestic populists and external forces (such as Russia) may weaken strong liberal-democratic regimes. Such social media campaigns amplify extreme views, polarization, conspiracy theories, and doubts about democratic institutions and processes and weaken people’s trust and confidence in these institutions and processes. In strong democracies, the erosion of democratic pillars is less dramatic than in weak democracies because the checks and balances of strong democratic regimes remain a solid protection against domestic populist opponents and malign external actors. The use of social media for political campaigning is not new to liberal-democratic regimes. American President Barack Obama used big data and individual marketing to drive people to the voting booths in both the 2008 and 2012 presidential elections.164 What is new is the malign use of these platforms and their mobilization by external forces and populist domestic opponents to change people’s perceptions. The dependence of democracies on free and open political discourse provides opportunities for external forces to infiltrate their information ecosystems.165 Researchers identify the 2016 U.S. presidential elections as a watershed moment in terms of the impact of fake news on social media platforms on presidential elections.166 A U.S. national intelligence report claims that Russia’s Internet Research Agency, an army of social media trolls created in 2014, was part of Russia’s efforts to interfere in the 2016 U.S. elections. This interference included propaganda campaigns in the media and a troll campaign on social media aimed at undermining public faith in the American democratic process.167 The Internet Research Agency spent more than $100,000 on Facebook political ads between June 2015 and May 2017, using 470 fake accounts.168 Facebook reported to the U.S. Senate that Russian trolls created events on Facebook that were seen by more than 300,000 users between 2015 and 2017 and that around 62,500 people planned to attend these events. Russian accounts used Facebook to promote pro-Trump rallies, such as “Florida Goes Trump” in August 2016, as well as events in May 2016 protesting the opening of an Islamic Center library.169 Facebook acknowledged that 146 million users might have viewed Russian misinformation on its platform during the election campaign, while YouTube identified 1,108 Russian-linked videos and Twitter acknowledged 36,746 Russian-linked accounts.170 Similarly, researchers discovered massive Russian meddling on Twitter in the lead up to the Brexit referendum in the United Kingdom in 2016.171 More than 150,000 Russian-language Twitter accounts posted tens of thousands of messages in English urging British people to vote to leave the European Union in the days prior to the referendum. Most of the messages sought to inflame fears about Muslims and immigrants and to intensify the polarization of the electorate.172 British Prime Minister Theresa May even publicly accused Moscow of seeking to “</w:t>
      </w:r>
      <w:r>
        <w:rPr>
          <w:b w:val="0"/>
          <w:i w:val="0"/>
          <w:smallCaps w:val="0"/>
          <w:strike w:val="0"/>
          <w:u w:val="none"/>
        </w:rPr>
        <w:t>weaponise</w:t>
      </w:r>
      <w:r>
        <w:rPr>
          <w:b w:val="0"/>
          <w:i w:val="0"/>
          <w:smallCaps w:val="0"/>
          <w:strike w:val="0"/>
          <w:u w:val="none"/>
        </w:rPr>
        <w:t xml:space="preserve"> information” and “sow discord in the West and undermine our institutions.”173 She added that Russia’s cyber activities included “deploying its state-run media organizations to plant fake stories and photo-shopped images.”174 This phenomenon seems to be spreading and intensifying. In 2017, for example, one year after the U.S. presidential elections, at least 18 other national elections were targeted by social media manipulation and disinformation tactics.175 According to the U.S. Justice Department, the Internet Research Agency used Facebook’s own tools to ensure that its propaganda was as effective as possible. These tools allowed the agency to receive real-time feedback about which ad campaigns were reaching their target audience and which posts were generating the most engagement with viewers.176 These “active measures” of media manipulation and disinformation, using social media campaigns, fake news, and troll armies, are designed to exploit political division and subvert the democratic process in the United States and Europe, “destabilizing the society and the state.”177 Russian “perception management” during liberal-democratic elections is based on the art of disinformation, or “using false or misleading information and injecting it or getting it credited by legitimate and credible sources.”178 Russia typically manipulates information using social media platforms to sow confusion and disruption. The aim is to create the impression that truth does not exist, thus undermining trust and authority in democracies. Russian manipulators on social media amplify extreme views, conspiracy theories, and doubts about democratic institutions.179 Russian intervention has found a receptive audience of people who believe that all truths are partial and that there are many legitimate ways to understand or represent an event.180 Using disinformation and fake news in the public sphere may diminish the role of facts in public life and lead to what Jennifer Kavanagh and Michael Rich call “truth decay.”181 Truth is a cornerstone of democracies and what distinguishes them from autocracies. The decaying of truth is dangerous for American democracy.182 But not everyone agrees that Russian intervention </w:t>
      </w:r>
      <w:r>
        <w:rPr>
          <w:b w:val="0"/>
          <w:i w:val="0"/>
          <w:smallCaps w:val="0"/>
          <w:strike w:val="0"/>
          <w:u w:val="none"/>
        </w:rPr>
        <w:t>actually affected</w:t>
      </w:r>
      <w:r>
        <w:rPr>
          <w:b w:val="0"/>
          <w:i w:val="0"/>
          <w:smallCaps w:val="0"/>
          <w:strike w:val="0"/>
          <w:u w:val="none"/>
        </w:rPr>
        <w:t xml:space="preserve"> the 2016 election process. Hunt Allcott and Matthew Gentzkow show in their research that exposure to fake news was insufficient to make a difference in the 2016 U.S. presidential election and that the effect of fake news was smaller than Trump’s margin of victory in key states.183 Another group of researchers also claim that the advertisements that Russia reportedly bought on social media were not targeted effectively on battlegrounds states and that the money it spent was dwarfed by the money spent by Trump and Clinton. Although Russia bought thousands of ads, they constituted only a fraction of the overall posts and tweets circulated on social media in the months leading up to the election. Moreover, even if people engaged with Russian-sponsored content, there is still the question of whether and how it affected their voting behavior.184 Even if Russian influence was not the main reason for Trump’s victory in the 2016 election, the spread of fake news via social media platforms deepened liberal societies’ distrust of political institutions and distrust of the </w:t>
      </w:r>
      <w:r>
        <w:rPr>
          <w:b w:val="0"/>
          <w:i w:val="0"/>
          <w:smallCaps w:val="0"/>
          <w:strike w:val="0"/>
          <w:u w:val="none"/>
        </w:rPr>
        <w:t>media in particular</w:t>
      </w:r>
      <w:r>
        <w:rPr>
          <w:b w:val="0"/>
          <w:i w:val="0"/>
          <w:smallCaps w:val="0"/>
          <w:strike w:val="0"/>
          <w:u w:val="none"/>
        </w:rPr>
        <w:t xml:space="preserve">. It can be hard to distinguish fake news and misinformation originating from external forces, such as Russia, from information coming from anti-establishment populist candidates in strong liberal democracies, such as Trump and Sen. Bernie Sanders in the United States and Boris Johnson and Jeremy Corbyn in the United Kingdom.185 These populists promote divisive narratives of “them” versus “us,” the “pure” against the “corrupt,” “the masses” against “the elite,” “the people” versus “politicians/parliament/judges.”186 These narratives deepen the polarization that already exists in these countries. The Fragile States Index shows that the Group Grievance and Factionalized Elites indicators in America and the United Kingdom doubled in the last 12 years.187 This polarization may lead to brinksmanship or gridlock, making the country less functional. According to Nate Haken, in this situation of fragmentation “the usual brokers (media, state institutions, opinion leaders, religious and community leaders) lose relevance and legitimacy, making consensus-building difficult with no shared vision or context to build from and organize around.”188 When populists mix divisive speech with fake news and disinformation, they further erode people’s trust in democratic institutions, processes, and the media. However, strong liberal democracies are still unlikely to undergo the same democratic decay experienced by some weak liberal regimes. While they are constrained in the means they can employ to counter the malign use of social media, their checks and balances are more stable and robust than in weak liberal democracies. Their greater resilience is grounded in a long-standing democratic tradition, and their checks and balances are less affected by recent actions, especially when the support for democracy among citizens is still high.189 Social media platforms can be used to weaken strong liberal-democratic regimes. These regimes derive their power from liberal-democratic institutions, which need constant attention and reinforcement </w:t>
      </w:r>
      <w:r>
        <w:rPr>
          <w:b w:val="0"/>
          <w:i w:val="0"/>
          <w:smallCaps w:val="0"/>
          <w:strike w:val="0"/>
          <w:u w:val="none"/>
        </w:rPr>
        <w:t>in order to</w:t>
      </w:r>
      <w:r>
        <w:rPr>
          <w:b w:val="0"/>
          <w:i w:val="0"/>
          <w:smallCaps w:val="0"/>
          <w:strike w:val="0"/>
          <w:u w:val="none"/>
        </w:rPr>
        <w:t xml:space="preserve"> serve as effective bulwarks of democracy. It is also important to keep the media free, unbiased, and devoid of fake news and disinformation. The spread of fake news and disinformation on social media as part of malign “perception management” orchestrated by domestic populists and external forces may weaken liberal-democratic regimes. Liberal democracies are restricted in the means they can employ to counter the malign use of social media. For now, the checks and balances of liberal-democratic regimes remain a solid protection against domestic populist opponents and malign external forces. Counterfactual Reasoning The causal model presented in the article proposes that social media platforms are used by three types of actors — domestic opposition, external forces, and the governing regime — for political purposes, and that their overall influence on the political system is determined both by the state’s capacity and the type of regime. One may ask whether these same outcomes — destabilizing, radicalizing, intensifying, and weakening — would still take place without social media. The problem is that exposure to social media is so extensive that it is almost impossible to find examples where an uprising took place without social media. Nevertheless, we will mention some counterfactual reasoning related to weak authoritarian and weak democratic countries found in our research. According to one study, during the Arab spring in 2011, internet penetration was higher in the countries that were experiencing unrest than in those that weren’t.190 Internet users made up just 1.1 percent of Iraqis and 3.4 percent of Afghans in 2010, for example, compared to over 21 percent of the population in Egypt, 34 percent in Tunisia, and 88 percent in Bahrain. In the first three months of 2011, the number of Facebook users in the Arab world increased by 30 percent compared to an 18 percent growth over the same period in 2010.191 Countries where major civil movements have occurred have shown exponential growth in social media use during and after those movements. Still, it is hard to say that social media’s absence decreased the probability of online mobilization campaigns against the governing regime taking form. Some of the unrest was also fueled by traditional media outlets, as discussed earlier.192 In addition, some protest movements were constrained by the ability of governments to block internet access, as was the case in Iran. When it comes to Brazil, the percentage of people using the internet grew from 40 percent in 2009 to 70 percent in 2018, while support for democracy dropped from a peak level of 55 percent to 34 percent during the same time period.193 Only 15 percent of Brazilians said they were satisfied with democracy in 2018 (a drop of 35 points compared to 2014).194 A survey conducted in August 2018 by the Brazilian Institute of Public Opinion and Statistics showed that only 25 percent of citizens trusted the federal government and only 18 percent trusted Congress.195 These numbers may indicate that Brazil had been radicalizing and drifting away from democracy for several years in relation to the growth in use of social media. But several researchers question the assertion that social media platforms are solely responsible for the deterioration of Brazil’s democracy, pointing to the many years of government corruption, rising crime, and economic recession.196 The above examples show that social media platforms did affect the political system in several countries, but that there may have been other causes as well. Nevertheless, as Patrícia Campos Mello claims, “the use of WhatsApp and other internet platforms amplifies whatever a political group says in an exponential way … If you find the right conditions in a country, they are </w:t>
      </w:r>
      <w:r>
        <w:rPr>
          <w:b w:val="0"/>
          <w:i w:val="0"/>
          <w:smallCaps w:val="0"/>
          <w:strike w:val="0"/>
          <w:u w:val="none"/>
        </w:rPr>
        <w:t>really dangerous</w:t>
      </w:r>
      <w:r>
        <w:rPr>
          <w:b w:val="0"/>
          <w:i w:val="0"/>
          <w:smallCaps w:val="0"/>
          <w:strike w:val="0"/>
          <w:u w:val="none"/>
        </w:rPr>
        <w:t xml:space="preserve"> tools to undermine democracy and manipulate public debate.”197 The Way Ahead This article looked at four case studies to illustrate the varying effects of social media platforms depending on who is using them — domestic opposition, external actors, or the governing regime — the regime type of the country, and the state’s capacity. In weak authoritarian states, social media can help dissidents to communicate and organize more easily (the destabilizing effect), while strong authoritarian states can use it as a suppressive tool to exploit the knowledge aggregated on the different social media platforms (the intensifying effect). When used to disseminate distorted information and fake news in strong liberal democracies, social media platforms can erode democratic institutions (the weakening effect). These platforms can facilitate populist leaders’ rise in weak liberal states (the radicalizing effect), making them more susceptible to turning into an illiberal or even authoritarian regime. </w:t>
      </w:r>
      <w:r>
        <w:rPr>
          <w:b w:val="0"/>
          <w:i w:val="0"/>
          <w:smallCaps w:val="0"/>
          <w:strike w:val="0"/>
          <w:sz w:val="22"/>
          <w:u w:val="single"/>
        </w:rPr>
        <w:t>The malign use of</w:t>
      </w:r>
      <w:r>
        <w:rPr>
          <w:b w:val="0"/>
          <w:i w:val="0"/>
          <w:smallCaps w:val="0"/>
          <w:strike w:val="0"/>
          <w:u w:val="none"/>
        </w:rPr>
        <w:t xml:space="preserve"> various inherent characteristics of </w:t>
      </w:r>
      <w:r>
        <w:rPr>
          <w:b w:val="0"/>
          <w:i w:val="0"/>
          <w:smallCaps w:val="0"/>
          <w:strike w:val="0"/>
          <w:sz w:val="22"/>
          <w:u w:val="single"/>
        </w:rPr>
        <w:t>social media</w:t>
      </w:r>
      <w:r>
        <w:rPr>
          <w:b w:val="0"/>
          <w:i w:val="0"/>
          <w:smallCaps w:val="0"/>
          <w:strike w:val="0"/>
          <w:u w:val="none"/>
        </w:rPr>
        <w:t xml:space="preserve"> platforms — such as </w:t>
      </w:r>
      <w:r>
        <w:rPr>
          <w:b w:val="0"/>
          <w:i w:val="0"/>
          <w:smallCaps w:val="0"/>
          <w:strike w:val="0"/>
          <w:sz w:val="22"/>
          <w:highlight w:val="cyan"/>
          <w:u w:val="single"/>
        </w:rPr>
        <w:t>filter bubbles</w:t>
      </w:r>
      <w:r>
        <w:rPr>
          <w:b w:val="0"/>
          <w:i w:val="0"/>
          <w:smallCaps w:val="0"/>
          <w:strike w:val="0"/>
          <w:sz w:val="22"/>
          <w:u w:val="single"/>
        </w:rPr>
        <w:t>, echo chambers,</w:t>
      </w:r>
      <w:r>
        <w:rPr>
          <w:b w:val="0"/>
          <w:i w:val="0"/>
          <w:smallCaps w:val="0"/>
          <w:strike w:val="0"/>
          <w:u w:val="none"/>
        </w:rPr>
        <w:t xml:space="preserve"> a low entry bar, </w:t>
      </w:r>
      <w:r>
        <w:rPr>
          <w:b w:val="0"/>
          <w:i w:val="0"/>
          <w:smallCaps w:val="0"/>
          <w:strike w:val="0"/>
          <w:sz w:val="22"/>
          <w:u w:val="single"/>
        </w:rPr>
        <w:t>aggregate knowledge</w:t>
      </w:r>
      <w:r>
        <w:rPr>
          <w:b w:val="0"/>
          <w:i w:val="0"/>
          <w:smallCaps w:val="0"/>
          <w:strike w:val="0"/>
          <w:u w:val="none"/>
        </w:rPr>
        <w:t xml:space="preserve"> about people, the </w:t>
      </w:r>
      <w:r>
        <w:rPr>
          <w:b w:val="0"/>
          <w:i w:val="0"/>
          <w:smallCaps w:val="0"/>
          <w:strike w:val="0"/>
          <w:sz w:val="22"/>
          <w:u w:val="single"/>
        </w:rPr>
        <w:t>lack of fact-checking, information cascades</w:t>
      </w:r>
      <w:r>
        <w:rPr>
          <w:b w:val="0"/>
          <w:i w:val="0"/>
          <w:smallCaps w:val="0"/>
          <w:strike w:val="0"/>
          <w:u w:val="none"/>
        </w:rPr>
        <w:t xml:space="preserve">, and the automatic recommendation algorithm — </w:t>
      </w:r>
      <w:r>
        <w:rPr>
          <w:b w:val="0"/>
          <w:i w:val="0"/>
          <w:smallCaps w:val="0"/>
          <w:strike w:val="0"/>
          <w:sz w:val="22"/>
          <w:u w:val="single"/>
        </w:rPr>
        <w:t xml:space="preserve">may </w:t>
      </w:r>
      <w:r>
        <w:rPr>
          <w:b w:val="0"/>
          <w:i w:val="0"/>
          <w:smallCaps w:val="0"/>
          <w:strike w:val="0"/>
          <w:sz w:val="22"/>
          <w:highlight w:val="cyan"/>
          <w:u w:val="single"/>
        </w:rPr>
        <w:t xml:space="preserve">lead to the </w:t>
      </w:r>
      <w:r>
        <w:rPr>
          <w:b/>
          <w:i w:val="0"/>
          <w:smallCaps w:val="0"/>
          <w:strike w:val="0"/>
          <w:sz w:val="22"/>
          <w:highlight w:val="cyan"/>
          <w:u w:val="single"/>
        </w:rPr>
        <w:t>erosion of democratic</w:t>
      </w:r>
      <w:r>
        <w:rPr>
          <w:b w:val="0"/>
          <w:i w:val="0"/>
          <w:smallCaps w:val="0"/>
          <w:strike w:val="0"/>
          <w:highlight w:val="cyan"/>
          <w:u w:val="none"/>
        </w:rPr>
        <w:t xml:space="preserve"> </w:t>
      </w:r>
      <w:r>
        <w:rPr>
          <w:b w:val="0"/>
          <w:i w:val="0"/>
          <w:smallCaps w:val="0"/>
          <w:strike w:val="0"/>
          <w:u w:val="none"/>
        </w:rPr>
        <w:t xml:space="preserve">principles and </w:t>
      </w:r>
      <w:r>
        <w:rPr>
          <w:b/>
          <w:i w:val="0"/>
          <w:smallCaps w:val="0"/>
          <w:strike w:val="0"/>
          <w:sz w:val="22"/>
          <w:highlight w:val="cyan"/>
          <w:u w:val="single"/>
        </w:rPr>
        <w:t>institutions</w:t>
      </w:r>
      <w:r>
        <w:rPr>
          <w:b w:val="0"/>
          <w:i w:val="0"/>
          <w:smallCaps w:val="0"/>
          <w:strike w:val="0"/>
          <w:sz w:val="22"/>
          <w:highlight w:val="cyan"/>
          <w:u w:val="single"/>
        </w:rPr>
        <w:t xml:space="preserve"> </w:t>
      </w:r>
      <w:r>
        <w:rPr>
          <w:b w:val="0"/>
          <w:i w:val="0"/>
          <w:smallCaps w:val="0"/>
          <w:strike w:val="0"/>
          <w:sz w:val="22"/>
          <w:u w:val="single"/>
        </w:rPr>
        <w:t xml:space="preserve">in liberal democracies </w:t>
      </w:r>
      <w:r>
        <w:rPr>
          <w:b w:val="0"/>
          <w:i w:val="0"/>
          <w:smallCaps w:val="0"/>
          <w:strike w:val="0"/>
          <w:sz w:val="22"/>
          <w:highlight w:val="cyan"/>
          <w:u w:val="single"/>
        </w:rPr>
        <w:t>across the world</w:t>
      </w:r>
      <w:r>
        <w:rPr>
          <w:b w:val="0"/>
          <w:i w:val="0"/>
          <w:smallCaps w:val="0"/>
          <w:strike w:val="0"/>
          <w:sz w:val="22"/>
          <w:u w:val="single"/>
        </w:rPr>
        <w:t xml:space="preserve">. </w:t>
      </w:r>
      <w:r>
        <w:rPr>
          <w:b w:val="0"/>
          <w:i w:val="0"/>
          <w:smallCaps w:val="0"/>
          <w:strike w:val="0"/>
          <w:u w:val="none"/>
        </w:rPr>
        <w:t xml:space="preserve">Although the Russian intervention during the 2016 U.S. elections caught the attention of American policymakers and the American public, what has been less discussed is social media’s impact on other liberal democracies and what that might mean for U.S. national security and the liberal international order. The malign use of social media platforms is only one reason for the disruption of that order. Other factors include the 2008 financial crisis, job losses related to changes in trade and technology, and the increased flow of migrants and refugees, among others.198 But when it comes to the abuse of social media platforms, America should not wait for social media companies to fix the problem themselves.199 In </w:t>
      </w:r>
      <w:r>
        <w:rPr>
          <w:b w:val="0"/>
          <w:i w:val="0"/>
          <w:smallCaps w:val="0"/>
          <w:strike w:val="0"/>
          <w:sz w:val="22"/>
          <w:u w:val="single"/>
        </w:rPr>
        <w:t xml:space="preserve">order </w:t>
      </w:r>
      <w:r>
        <w:rPr>
          <w:b w:val="0"/>
          <w:i w:val="0"/>
          <w:smallCaps w:val="0"/>
          <w:strike w:val="0"/>
          <w:sz w:val="22"/>
          <w:highlight w:val="cyan"/>
          <w:u w:val="single"/>
        </w:rPr>
        <w:t>to prevent</w:t>
      </w:r>
      <w:r>
        <w:rPr>
          <w:b w:val="0"/>
          <w:i w:val="0"/>
          <w:smallCaps w:val="0"/>
          <w:strike w:val="0"/>
          <w:sz w:val="22"/>
          <w:u w:val="single"/>
        </w:rPr>
        <w:t xml:space="preserve"> liberal </w:t>
      </w:r>
      <w:r>
        <w:rPr>
          <w:b w:val="0"/>
          <w:i w:val="0"/>
          <w:smallCaps w:val="0"/>
          <w:strike w:val="0"/>
          <w:sz w:val="22"/>
          <w:highlight w:val="cyan"/>
          <w:u w:val="single"/>
        </w:rPr>
        <w:t>democracies from becoming</w:t>
      </w:r>
      <w:r>
        <w:rPr>
          <w:b w:val="0"/>
          <w:i w:val="0"/>
          <w:smallCaps w:val="0"/>
          <w:strike w:val="0"/>
          <w:sz w:val="22"/>
          <w:u w:val="single"/>
        </w:rPr>
        <w:t xml:space="preserve"> illiberal or </w:t>
      </w:r>
      <w:r>
        <w:rPr>
          <w:b w:val="0"/>
          <w:i w:val="0"/>
          <w:smallCaps w:val="0"/>
          <w:strike w:val="0"/>
          <w:sz w:val="22"/>
          <w:highlight w:val="cyan"/>
          <w:u w:val="single"/>
        </w:rPr>
        <w:t xml:space="preserve">autocratic </w:t>
      </w:r>
      <w:r>
        <w:rPr>
          <w:b w:val="0"/>
          <w:i w:val="0"/>
          <w:smallCaps w:val="0"/>
          <w:strike w:val="0"/>
          <w:sz w:val="22"/>
          <w:u w:val="single"/>
        </w:rPr>
        <w:t xml:space="preserve">regimes </w:t>
      </w:r>
      <w:r>
        <w:rPr>
          <w:b w:val="0"/>
          <w:i w:val="0"/>
          <w:smallCaps w:val="0"/>
          <w:strike w:val="0"/>
          <w:sz w:val="22"/>
          <w:highlight w:val="cyan"/>
          <w:u w:val="single"/>
        </w:rPr>
        <w:t>and</w:t>
      </w:r>
      <w:r>
        <w:rPr>
          <w:b w:val="0"/>
          <w:i w:val="0"/>
          <w:smallCaps w:val="0"/>
          <w:strike w:val="0"/>
          <w:highlight w:val="cyan"/>
          <w:u w:val="none"/>
        </w:rPr>
        <w:t xml:space="preserve"> </w:t>
      </w:r>
      <w:r>
        <w:rPr>
          <w:b w:val="0"/>
          <w:i w:val="0"/>
          <w:smallCaps w:val="0"/>
          <w:strike w:val="0"/>
          <w:u w:val="none"/>
        </w:rPr>
        <w:t xml:space="preserve">potentially </w:t>
      </w:r>
      <w:r>
        <w:rPr>
          <w:b w:val="0"/>
          <w:i w:val="0"/>
          <w:smallCaps w:val="0"/>
          <w:strike w:val="0"/>
          <w:sz w:val="22"/>
          <w:highlight w:val="cyan"/>
          <w:u w:val="single"/>
        </w:rPr>
        <w:t xml:space="preserve">drifting into </w:t>
      </w:r>
      <w:r>
        <w:rPr>
          <w:b w:val="0"/>
          <w:i w:val="0"/>
          <w:smallCaps w:val="0"/>
          <w:strike w:val="0"/>
          <w:sz w:val="22"/>
          <w:u w:val="single"/>
        </w:rPr>
        <w:t xml:space="preserve">the </w:t>
      </w:r>
      <w:r>
        <w:rPr>
          <w:b w:val="0"/>
          <w:i w:val="0"/>
          <w:smallCaps w:val="0"/>
          <w:strike w:val="0"/>
          <w:sz w:val="22"/>
          <w:highlight w:val="cyan"/>
          <w:u w:val="single"/>
        </w:rPr>
        <w:t>Russian or Chinese</w:t>
      </w:r>
      <w:r>
        <w:rPr>
          <w:b w:val="0"/>
          <w:i w:val="0"/>
          <w:smallCaps w:val="0"/>
          <w:strike w:val="0"/>
          <w:sz w:val="22"/>
          <w:u w:val="single"/>
        </w:rPr>
        <w:t xml:space="preserve"> spheres of </w:t>
      </w:r>
      <w:r>
        <w:rPr>
          <w:b w:val="0"/>
          <w:i w:val="0"/>
          <w:smallCaps w:val="0"/>
          <w:strike w:val="0"/>
          <w:sz w:val="22"/>
          <w:highlight w:val="cyan"/>
          <w:u w:val="single"/>
        </w:rPr>
        <w:t>influence, it is crucial</w:t>
      </w:r>
      <w:r>
        <w:rPr>
          <w:b w:val="0"/>
          <w:i w:val="0"/>
          <w:smallCaps w:val="0"/>
          <w:strike w:val="0"/>
          <w:highlight w:val="cyan"/>
          <w:u w:val="none"/>
        </w:rPr>
        <w:t xml:space="preserve"> </w:t>
      </w:r>
      <w:r>
        <w:rPr>
          <w:b w:val="0"/>
          <w:i w:val="0"/>
          <w:smallCaps w:val="0"/>
          <w:strike w:val="0"/>
          <w:u w:val="none"/>
        </w:rPr>
        <w:t xml:space="preserve">that </w:t>
      </w:r>
      <w:r>
        <w:rPr>
          <w:b w:val="0"/>
          <w:i w:val="0"/>
          <w:smallCaps w:val="0"/>
          <w:strike w:val="0"/>
          <w:sz w:val="22"/>
          <w:highlight w:val="cyan"/>
          <w:u w:val="single"/>
        </w:rPr>
        <w:t>the U</w:t>
      </w:r>
      <w:r>
        <w:rPr>
          <w:b w:val="0"/>
          <w:i w:val="0"/>
          <w:smallCaps w:val="0"/>
          <w:strike w:val="0"/>
          <w:u w:val="none"/>
        </w:rPr>
        <w:t xml:space="preserve">nited </w:t>
      </w:r>
      <w:r>
        <w:rPr>
          <w:b w:val="0"/>
          <w:i w:val="0"/>
          <w:smallCaps w:val="0"/>
          <w:strike w:val="0"/>
          <w:sz w:val="22"/>
          <w:highlight w:val="cyan"/>
          <w:u w:val="single"/>
        </w:rPr>
        <w:t>S</w:t>
      </w:r>
      <w:r>
        <w:rPr>
          <w:b w:val="0"/>
          <w:i w:val="0"/>
          <w:smallCaps w:val="0"/>
          <w:strike w:val="0"/>
          <w:u w:val="none"/>
        </w:rPr>
        <w:t xml:space="preserve">tates and other democracies </w:t>
      </w:r>
      <w:r>
        <w:rPr>
          <w:b w:val="0"/>
          <w:i w:val="0"/>
          <w:smallCaps w:val="0"/>
          <w:strike w:val="0"/>
          <w:sz w:val="22"/>
          <w:u w:val="single"/>
        </w:rPr>
        <w:t>take action</w:t>
      </w:r>
      <w:r>
        <w:rPr>
          <w:b w:val="0"/>
          <w:i w:val="0"/>
          <w:smallCaps w:val="0"/>
          <w:strike w:val="0"/>
          <w:u w:val="none"/>
        </w:rPr>
        <w:t xml:space="preserve"> today. Maintaining the current liberal international order requires keeping the internet an American project led by private companies. This means countering Russia’s and China’s efforts to gain a greater voice in internet governance and to promote their agenda of cyber sovereignty, under which government control and internet regulations would replace a global and open internet.200 U.S. policymakers cannot rely solely on social media companies to implement policies and technological means to decrease the flow of hate speech and fake news on their platforms.201 There are a number of possible approaches to this problem that have been suggested. </w:t>
      </w:r>
      <w:r>
        <w:rPr>
          <w:b w:val="0"/>
          <w:i w:val="0"/>
          <w:smallCaps w:val="0"/>
          <w:strike w:val="0"/>
          <w:sz w:val="22"/>
          <w:u w:val="single"/>
        </w:rPr>
        <w:t>One</w:t>
      </w:r>
      <w:r>
        <w:rPr>
          <w:b w:val="0"/>
          <w:i w:val="0"/>
          <w:smallCaps w:val="0"/>
          <w:strike w:val="0"/>
          <w:u w:val="none"/>
        </w:rPr>
        <w:t xml:space="preserve"> possible </w:t>
      </w:r>
      <w:r>
        <w:rPr>
          <w:b w:val="0"/>
          <w:i w:val="0"/>
          <w:smallCaps w:val="0"/>
          <w:strike w:val="0"/>
          <w:sz w:val="22"/>
          <w:u w:val="single"/>
        </w:rPr>
        <w:t>solution</w:t>
      </w:r>
      <w:r>
        <w:rPr>
          <w:b w:val="0"/>
          <w:i w:val="0"/>
          <w:smallCaps w:val="0"/>
          <w:strike w:val="0"/>
          <w:u w:val="none"/>
        </w:rPr>
        <w:t xml:space="preserve"> that </w:t>
      </w:r>
      <w:r>
        <w:rPr>
          <w:b w:val="0"/>
          <w:i w:val="0"/>
          <w:smallCaps w:val="0"/>
          <w:strike w:val="0"/>
          <w:sz w:val="22"/>
          <w:u w:val="single"/>
        </w:rPr>
        <w:t xml:space="preserve">the U.S. government can pursue is to </w:t>
      </w:r>
      <w:r>
        <w:rPr>
          <w:b/>
          <w:i w:val="0"/>
          <w:smallCaps w:val="0"/>
          <w:strike w:val="0"/>
          <w:sz w:val="22"/>
          <w:highlight w:val="cyan"/>
          <w:u w:val="single"/>
        </w:rPr>
        <w:t>reintroduce competition</w:t>
      </w:r>
      <w:r>
        <w:rPr>
          <w:b w:val="0"/>
          <w:i w:val="0"/>
          <w:smallCaps w:val="0"/>
          <w:strike w:val="0"/>
          <w:highlight w:val="cyan"/>
          <w:u w:val="none"/>
        </w:rPr>
        <w:t xml:space="preserve"> </w:t>
      </w:r>
      <w:r>
        <w:rPr>
          <w:b w:val="0"/>
          <w:i w:val="0"/>
          <w:smallCaps w:val="0"/>
          <w:strike w:val="0"/>
          <w:u w:val="none"/>
        </w:rPr>
        <w:t xml:space="preserve">into this sector of the market by passing antimonopoly legislation in order </w:t>
      </w:r>
      <w:r>
        <w:rPr>
          <w:b w:val="0"/>
          <w:i w:val="0"/>
          <w:smallCaps w:val="0"/>
          <w:strike w:val="0"/>
          <w:sz w:val="22"/>
          <w:highlight w:val="cyan"/>
          <w:u w:val="single"/>
        </w:rPr>
        <w:t xml:space="preserve">to </w:t>
      </w:r>
      <w:r>
        <w:rPr>
          <w:b/>
          <w:i w:val="0"/>
          <w:smallCaps w:val="0"/>
          <w:strike w:val="0"/>
          <w:sz w:val="22"/>
          <w:highlight w:val="cyan"/>
          <w:u w:val="single"/>
        </w:rPr>
        <w:t>dilute the concentrated power</w:t>
      </w:r>
      <w:r>
        <w:rPr>
          <w:b w:val="0"/>
          <w:i w:val="0"/>
          <w:smallCaps w:val="0"/>
          <w:strike w:val="0"/>
          <w:sz w:val="22"/>
          <w:highlight w:val="cyan"/>
          <w:u w:val="single"/>
        </w:rPr>
        <w:t xml:space="preserve"> </w:t>
      </w:r>
      <w:r>
        <w:rPr>
          <w:b w:val="0"/>
          <w:i w:val="0"/>
          <w:smallCaps w:val="0"/>
          <w:strike w:val="0"/>
          <w:sz w:val="22"/>
          <w:u w:val="single"/>
        </w:rPr>
        <w:t>of social media platforms</w:t>
      </w:r>
      <w:r>
        <w:rPr>
          <w:b w:val="0"/>
          <w:i w:val="0"/>
          <w:smallCaps w:val="0"/>
          <w:strike w:val="0"/>
          <w:u w:val="none"/>
        </w:rPr>
        <w:t xml:space="preserve">.202 This approach views social media platforms as essential infrastructure (like public utilities) needing specific regulation.203 These regulatory tools would ensure that the infrastructure “serves the public’s needs — rather than incentivizing exploitative or exclusionary uses for private profit.”204 Relatedly, </w:t>
      </w:r>
      <w:r>
        <w:rPr>
          <w:b w:val="0"/>
          <w:i w:val="0"/>
          <w:smallCaps w:val="0"/>
          <w:strike w:val="0"/>
          <w:sz w:val="22"/>
          <w:u w:val="single"/>
        </w:rPr>
        <w:t>policymakers could</w:t>
      </w:r>
      <w:r>
        <w:rPr>
          <w:b w:val="0"/>
          <w:i w:val="0"/>
          <w:smallCaps w:val="0"/>
          <w:strike w:val="0"/>
          <w:u w:val="none"/>
        </w:rPr>
        <w:t xml:space="preserve"> consider </w:t>
      </w:r>
      <w:r>
        <w:rPr>
          <w:b w:val="0"/>
          <w:i w:val="0"/>
          <w:smallCaps w:val="0"/>
          <w:strike w:val="0"/>
          <w:sz w:val="22"/>
          <w:u w:val="single"/>
        </w:rPr>
        <w:t>break</w:t>
      </w:r>
      <w:r>
        <w:rPr>
          <w:b w:val="0"/>
          <w:i w:val="0"/>
          <w:smallCaps w:val="0"/>
          <w:strike w:val="0"/>
          <w:u w:val="none"/>
        </w:rPr>
        <w:t xml:space="preserve">ing </w:t>
      </w:r>
      <w:r>
        <w:rPr>
          <w:b w:val="0"/>
          <w:i w:val="0"/>
          <w:smallCaps w:val="0"/>
          <w:strike w:val="0"/>
          <w:sz w:val="22"/>
          <w:u w:val="single"/>
        </w:rPr>
        <w:t>up or decentraliz</w:t>
      </w:r>
      <w:r>
        <w:rPr>
          <w:b w:val="0"/>
          <w:i w:val="0"/>
          <w:smallCaps w:val="0"/>
          <w:strike w:val="0"/>
          <w:u w:val="none"/>
        </w:rPr>
        <w:t xml:space="preserve">ing </w:t>
      </w:r>
      <w:r>
        <w:rPr>
          <w:b w:val="0"/>
          <w:i w:val="0"/>
          <w:smallCaps w:val="0"/>
          <w:strike w:val="0"/>
          <w:sz w:val="22"/>
          <w:u w:val="single"/>
        </w:rPr>
        <w:t>these corporations</w:t>
      </w:r>
      <w:r>
        <w:rPr>
          <w:b w:val="0"/>
          <w:i w:val="0"/>
          <w:smallCaps w:val="0"/>
          <w:strike w:val="0"/>
          <w:u w:val="none"/>
        </w:rPr>
        <w:t xml:space="preserve">.205 Other options are more concentrated on users and the data that these companies own. One possibility is to make the companies declare “platform bankruptcy,” whereby social media platforms would reset their entire user and group follower counts to zero and rebuild communities from the ground up, with the platforms’ current rules in place.206 Another approach is to make these corporations collect less data and adopt practices to treat that data in a “manner commensurate with its value.”207 The problem is that none of these solutions is a “silver bullet” and American legislators may risk trampling on the constitutional right to free speech that they are trying to preserve.208 Ultimately, the best way to counter the spread of authoritarianism is to defend and restore democracy: the rule of law, fair elections, free speech, and freedom of the press.209 The United States should join other like-minded democratic governments in asserting principles to guarantee citizens the right to freedom of opinion based on reliable, pluralistic, and objectively sourced information. This can be done by securing free, independent, and reliable information and defending those who produce it.210 One such effort to impose democratic safeguards on digital information and communications platforms was made in September 2019 by 30 countries (not including the United States) signing the International Partnership on Information and Democracy.211 But government legislation has its challenges and should be recognized as a potentially dangerous tool. One challenge of this approach is identifying who gets to decide what is objective and reliable. Another challenge is demonstrated in the Network Enforcement Act proposed in Germany, which has come under criticism for practically legitimizing a model of online censorship that was subsequently copied by 13 governments around the world, most of which do not share Germany’s commitment to democracy, the rule of law, and human rights.212 An extreme measure suggested by Richard Clarke and Rob Knake is for the United States and its allies to create a digital bloc — an “Internet Freedom League” — in which data, services, and products can flow freely. Countries that do not respect freedom of expression or that engage in disruptive activity would be excluded from this internet realm.213 Whatever action U.S. policymakers decide to take, it is imperative that they act quickly. Disinformation and fake news will continue to materialize on social media platforms in new ways that cannot be easily countered. </w:t>
      </w:r>
      <w:r>
        <w:rPr>
          <w:b w:val="0"/>
          <w:i w:val="0"/>
          <w:smallCaps w:val="0"/>
          <w:strike w:val="0"/>
          <w:sz w:val="22"/>
          <w:highlight w:val="cyan"/>
          <w:u w:val="single"/>
        </w:rPr>
        <w:t>Without</w:t>
      </w:r>
      <w:r>
        <w:rPr>
          <w:b w:val="0"/>
          <w:i w:val="0"/>
          <w:smallCaps w:val="0"/>
          <w:strike w:val="0"/>
          <w:u w:val="none"/>
        </w:rPr>
        <w:t xml:space="preserve"> taking strict and </w:t>
      </w:r>
      <w:r>
        <w:rPr>
          <w:b w:val="0"/>
          <w:i w:val="0"/>
          <w:smallCaps w:val="0"/>
          <w:strike w:val="0"/>
          <w:sz w:val="22"/>
          <w:highlight w:val="cyan"/>
          <w:u w:val="single"/>
        </w:rPr>
        <w:t>prompt action, democracies around the world will</w:t>
      </w:r>
      <w:r>
        <w:rPr>
          <w:b w:val="0"/>
          <w:i w:val="0"/>
          <w:smallCaps w:val="0"/>
          <w:strike w:val="0"/>
          <w:sz w:val="22"/>
          <w:u w:val="single"/>
        </w:rPr>
        <w:t xml:space="preserve"> continue </w:t>
      </w:r>
      <w:r>
        <w:rPr>
          <w:b/>
          <w:i w:val="0"/>
          <w:smallCaps w:val="0"/>
          <w:strike w:val="0"/>
          <w:sz w:val="22"/>
          <w:highlight w:val="cyan"/>
          <w:u w:val="single"/>
        </w:rPr>
        <w:t>suffer</w:t>
      </w:r>
      <w:r>
        <w:rPr>
          <w:b w:val="0"/>
          <w:i w:val="0"/>
          <w:smallCaps w:val="0"/>
          <w:strike w:val="0"/>
          <w:u w:val="none"/>
        </w:rPr>
        <w:t>ing</w:t>
      </w:r>
      <w:r>
        <w:rPr>
          <w:b w:val="0"/>
          <w:i w:val="0"/>
          <w:smallCaps w:val="0"/>
          <w:strike w:val="0"/>
          <w:sz w:val="22"/>
          <w:u w:val="single"/>
        </w:rPr>
        <w:t xml:space="preserve"> the weakening and radicalizing effects of social media that some of them already suffer today</w:t>
      </w:r>
      <w:r>
        <w:rPr>
          <w:b w:val="0"/>
          <w:i w:val="0"/>
          <w:smallCaps w:val="0"/>
          <w:strike w:val="0"/>
          <w:u w:val="non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