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Digital authoritarianism causes </w:t>
      </w:r>
      <w:r>
        <w:rPr>
          <w:b/>
          <w:i w:val="0"/>
          <w:smallCaps w:val="0"/>
          <w:strike w:val="0"/>
          <w:sz w:val="26"/>
          <w:u w:val="single"/>
        </w:rPr>
        <w:t>extinction</w:t>
      </w:r>
      <w:r>
        <w:rPr>
          <w:b/>
          <w:i w:val="0"/>
          <w:smallCaps w:val="0"/>
          <w:strike w:val="0"/>
          <w:sz w:val="26"/>
          <w:u w:val="none"/>
        </w:rPr>
        <w:t xml:space="preserve"> and </w:t>
      </w:r>
      <w:r>
        <w:rPr>
          <w:b/>
          <w:i w:val="0"/>
          <w:smallCaps w:val="0"/>
          <w:strike w:val="0"/>
          <w:sz w:val="26"/>
          <w:u w:val="single"/>
        </w:rPr>
        <w:t xml:space="preserve">nuclear </w:t>
      </w:r>
      <w:r>
        <w:rPr>
          <w:b/>
          <w:i w:val="0"/>
          <w:smallCaps w:val="0"/>
          <w:strike w:val="0"/>
          <w:sz w:val="26"/>
          <w:u w:val="single"/>
        </w:rPr>
        <w:t>miscalc</w:t>
      </w:r>
    </w:p>
    <w:p>
      <w:pPr>
        <w:spacing w:after="80"/>
      </w:pPr>
      <w:r>
        <w:rPr>
          <w:b/>
          <w:i w:val="0"/>
          <w:smallCaps w:val="0"/>
          <w:strike w:val="0"/>
          <w:sz w:val="26"/>
          <w:u w:val="none"/>
        </w:rPr>
        <w:t>Manstead</w:t>
      </w:r>
      <w:r>
        <w:rPr>
          <w:b/>
          <w:i w:val="0"/>
          <w:smallCaps w:val="0"/>
          <w:strike w:val="0"/>
          <w:sz w:val="26"/>
          <w:u w:val="none"/>
        </w:rPr>
        <w:t xml:space="preserve"> ’20</w:t>
      </w:r>
      <w:r>
        <w:rPr>
          <w:b w:val="0"/>
          <w:i w:val="0"/>
          <w:smallCaps w:val="0"/>
          <w:strike w:val="0"/>
          <w:u w:val="none"/>
        </w:rPr>
        <w:t xml:space="preserve"> [Katherine; Non-Resident Fellow @ Alliance for Securing Democracy and Senior Adviser for Public Policy @ Australian National University’s National Security College; “Strong Yet Brittle: The Risks of Digital Authoritarianism”; https://securingdemocracy.gmfus.org/wp-content/uploads/2020/05/Strong-Yet-Brittle-The-Risks-of-Digital-Authoritarianism.pdf]</w:t>
      </w:r>
    </w:p>
    <w:p>
      <w:pPr>
        <w:spacing w:after="60"/>
      </w:pPr>
      <w:r>
        <w:rPr>
          <w:b w:val="0"/>
          <w:i w:val="0"/>
          <w:smallCaps w:val="0"/>
          <w:strike w:val="0"/>
          <w:u w:val="none"/>
        </w:rPr>
        <w:t xml:space="preserve">While </w:t>
      </w:r>
      <w:r>
        <w:rPr>
          <w:b/>
          <w:i w:val="0"/>
          <w:smallCaps w:val="0"/>
          <w:strike w:val="0"/>
          <w:sz w:val="22"/>
          <w:highlight w:val="cyan"/>
          <w:u w:val="single"/>
        </w:rPr>
        <w:t>digital authoritarianism</w:t>
      </w:r>
      <w:r>
        <w:rPr>
          <w:b w:val="0"/>
          <w:i w:val="0"/>
          <w:smallCaps w:val="0"/>
          <w:strike w:val="0"/>
          <w:u w:val="none"/>
        </w:rPr>
        <w:t xml:space="preserve"> can enhance regime durability and national power, it also </w:t>
      </w:r>
      <w:r>
        <w:rPr>
          <w:b w:val="0"/>
          <w:i w:val="0"/>
          <w:smallCaps w:val="0"/>
          <w:strike w:val="0"/>
          <w:sz w:val="22"/>
          <w:highlight w:val="cyan"/>
          <w:u w:val="single"/>
        </w:rPr>
        <w:t>introduces</w:t>
      </w:r>
      <w:r>
        <w:rPr>
          <w:b w:val="0"/>
          <w:i w:val="0"/>
          <w:smallCaps w:val="0"/>
          <w:strike w:val="0"/>
          <w:u w:val="none"/>
        </w:rPr>
        <w:t xml:space="preserve"> </w:t>
      </w:r>
      <w:r>
        <w:rPr>
          <w:b/>
          <w:i w:val="0"/>
          <w:smallCaps w:val="0"/>
          <w:strike w:val="0"/>
          <w:sz w:val="22"/>
          <w:u w:val="single"/>
        </w:rPr>
        <w:t xml:space="preserve">deep-seated </w:t>
      </w:r>
      <w:r>
        <w:rPr>
          <w:b/>
          <w:i w:val="0"/>
          <w:smallCaps w:val="0"/>
          <w:strike w:val="0"/>
          <w:sz w:val="22"/>
          <w:highlight w:val="cyan"/>
          <w:u w:val="single"/>
        </w:rPr>
        <w:t>vulnerabilities</w:t>
      </w:r>
      <w:r>
        <w:rPr>
          <w:b w:val="0"/>
          <w:i w:val="0"/>
          <w:smallCaps w:val="0"/>
          <w:strike w:val="0"/>
          <w:u w:val="none"/>
        </w:rPr>
        <w:t xml:space="preserve">, eight of which are considered below. Significantly, </w:t>
      </w:r>
      <w:r>
        <w:rPr>
          <w:b w:val="0"/>
          <w:i w:val="0"/>
          <w:smallCaps w:val="0"/>
          <w:strike w:val="0"/>
          <w:sz w:val="22"/>
          <w:u w:val="single"/>
        </w:rPr>
        <w:t>digital authoritarians</w:t>
      </w:r>
      <w:r>
        <w:rPr>
          <w:b w:val="0"/>
          <w:i w:val="0"/>
          <w:smallCaps w:val="0"/>
          <w:strike w:val="0"/>
          <w:u w:val="none"/>
        </w:rPr>
        <w:t xml:space="preserve"> may </w:t>
      </w:r>
      <w:r>
        <w:rPr>
          <w:b w:val="0"/>
          <w:i w:val="0"/>
          <w:smallCaps w:val="0"/>
          <w:strike w:val="0"/>
          <w:sz w:val="22"/>
          <w:u w:val="single"/>
        </w:rPr>
        <w:t xml:space="preserve">find themselves in a state </w:t>
      </w:r>
      <w:r>
        <w:rPr>
          <w:b w:val="0"/>
          <w:i w:val="0"/>
          <w:smallCaps w:val="0"/>
          <w:strike w:val="0"/>
          <w:sz w:val="22"/>
          <w:highlight w:val="cyan"/>
          <w:u w:val="single"/>
        </w:rPr>
        <w:t>of</w:t>
      </w:r>
      <w:r>
        <w:rPr>
          <w:b w:val="0"/>
          <w:i w:val="0"/>
          <w:smallCaps w:val="0"/>
          <w:strike w:val="0"/>
          <w:sz w:val="22"/>
          <w:u w:val="single"/>
        </w:rPr>
        <w:t xml:space="preserve"> </w:t>
      </w:r>
      <w:r>
        <w:rPr>
          <w:b/>
          <w:i w:val="0"/>
          <w:smallCaps w:val="0"/>
          <w:strike w:val="0"/>
          <w:sz w:val="22"/>
          <w:u w:val="single"/>
        </w:rPr>
        <w:t xml:space="preserve">constant </w:t>
      </w:r>
      <w:r>
        <w:rPr>
          <w:b/>
          <w:i w:val="0"/>
          <w:smallCaps w:val="0"/>
          <w:strike w:val="0"/>
          <w:sz w:val="22"/>
          <w:highlight w:val="cyan"/>
          <w:u w:val="single"/>
        </w:rPr>
        <w:t>contest</w:t>
      </w:r>
      <w:r>
        <w:rPr>
          <w:b w:val="0"/>
          <w:i w:val="0"/>
          <w:smallCaps w:val="0"/>
          <w:strike w:val="0"/>
          <w:highlight w:val="cyan"/>
          <w:u w:val="none"/>
        </w:rPr>
        <w:t xml:space="preserve"> </w:t>
      </w:r>
      <w:r>
        <w:rPr>
          <w:b w:val="0"/>
          <w:i w:val="0"/>
          <w:smallCaps w:val="0"/>
          <w:strike w:val="0"/>
          <w:sz w:val="22"/>
          <w:highlight w:val="cyan"/>
          <w:u w:val="single"/>
        </w:rPr>
        <w:t xml:space="preserve">with </w:t>
      </w:r>
      <w:r>
        <w:rPr>
          <w:b/>
          <w:i w:val="0"/>
          <w:smallCaps w:val="0"/>
          <w:strike w:val="0"/>
          <w:sz w:val="22"/>
          <w:highlight w:val="cyan"/>
          <w:u w:val="single"/>
        </w:rPr>
        <w:t>other</w:t>
      </w:r>
      <w:r>
        <w:rPr>
          <w:b w:val="0"/>
          <w:i w:val="0"/>
          <w:smallCaps w:val="0"/>
          <w:strike w:val="0"/>
          <w:sz w:val="22"/>
          <w:u w:val="single"/>
        </w:rPr>
        <w:t xml:space="preserve"> regime type</w:t>
      </w:r>
      <w:r>
        <w:rPr>
          <w:b/>
          <w:i w:val="0"/>
          <w:smallCaps w:val="0"/>
          <w:strike w:val="0"/>
          <w:sz w:val="22"/>
          <w:highlight w:val="cyan"/>
          <w:u w:val="single"/>
        </w:rPr>
        <w:t>s</w:t>
      </w:r>
      <w:r>
        <w:rPr>
          <w:b w:val="0"/>
          <w:i w:val="0"/>
          <w:smallCaps w:val="0"/>
          <w:strike w:val="0"/>
          <w:sz w:val="22"/>
          <w:u w:val="single"/>
        </w:rPr>
        <w:t xml:space="preserve">, trapped in </w:t>
      </w:r>
      <w:r>
        <w:rPr>
          <w:b/>
          <w:i w:val="0"/>
          <w:smallCaps w:val="0"/>
          <w:strike w:val="0"/>
          <w:sz w:val="22"/>
          <w:u w:val="single"/>
        </w:rPr>
        <w:t>cycles</w:t>
      </w:r>
      <w:r>
        <w:rPr>
          <w:b w:val="0"/>
          <w:i w:val="0"/>
          <w:smallCaps w:val="0"/>
          <w:strike w:val="0"/>
          <w:sz w:val="22"/>
          <w:u w:val="single"/>
        </w:rPr>
        <w:t xml:space="preserve"> of </w:t>
      </w:r>
      <w:r>
        <w:rPr>
          <w:b/>
          <w:i w:val="0"/>
          <w:smallCaps w:val="0"/>
          <w:strike w:val="0"/>
          <w:sz w:val="22"/>
          <w:highlight w:val="cyan"/>
          <w:u w:val="single"/>
        </w:rPr>
        <w:t>overreach</w:t>
      </w:r>
      <w:r>
        <w:rPr>
          <w:b w:val="0"/>
          <w:i w:val="0"/>
          <w:smallCaps w:val="0"/>
          <w:strike w:val="0"/>
          <w:sz w:val="22"/>
          <w:highlight w:val="cyan"/>
          <w:u w:val="single"/>
        </w:rPr>
        <w:t xml:space="preserve"> and</w:t>
      </w:r>
      <w:r>
        <w:rPr>
          <w:b w:val="0"/>
          <w:i w:val="0"/>
          <w:smallCaps w:val="0"/>
          <w:strike w:val="0"/>
          <w:highlight w:val="cyan"/>
          <w:u w:val="none"/>
        </w:rPr>
        <w:t xml:space="preserve"> </w:t>
      </w:r>
      <w:r>
        <w:rPr>
          <w:b/>
          <w:i w:val="0"/>
          <w:smallCaps w:val="0"/>
          <w:strike w:val="0"/>
          <w:sz w:val="22"/>
          <w:highlight w:val="cyan"/>
          <w:u w:val="single"/>
        </w:rPr>
        <w:t>backlash</w:t>
      </w:r>
      <w:r>
        <w:rPr>
          <w:b w:val="0"/>
          <w:i w:val="0"/>
          <w:smallCaps w:val="0"/>
          <w:strike w:val="0"/>
          <w:sz w:val="22"/>
          <w:highlight w:val="cyan"/>
          <w:u w:val="single"/>
        </w:rPr>
        <w:t>, and prone to</w:t>
      </w:r>
      <w:r>
        <w:rPr>
          <w:b w:val="0"/>
          <w:i w:val="0"/>
          <w:smallCaps w:val="0"/>
          <w:strike w:val="0"/>
          <w:sz w:val="22"/>
          <w:u w:val="single"/>
        </w:rPr>
        <w:t xml:space="preserve"> strategic </w:t>
      </w:r>
      <w:r>
        <w:rPr>
          <w:b/>
          <w:i w:val="0"/>
          <w:smallCaps w:val="0"/>
          <w:strike w:val="0"/>
          <w:sz w:val="22"/>
          <w:highlight w:val="cyan"/>
          <w:u w:val="single"/>
        </w:rPr>
        <w:t>miscalc</w:t>
      </w:r>
      <w:r>
        <w:rPr>
          <w:b w:val="0"/>
          <w:i w:val="0"/>
          <w:smallCaps w:val="0"/>
          <w:strike w:val="0"/>
          <w:sz w:val="22"/>
          <w:u w:val="single"/>
        </w:rPr>
        <w:t xml:space="preserve">ulations </w:t>
      </w:r>
      <w:r>
        <w:rPr>
          <w:b w:val="0"/>
          <w:i w:val="0"/>
          <w:smallCaps w:val="0"/>
          <w:strike w:val="0"/>
          <w:sz w:val="22"/>
          <w:highlight w:val="cyan"/>
          <w:u w:val="single"/>
        </w:rPr>
        <w:t xml:space="preserve">that pull them into interstate </w:t>
      </w:r>
      <w:r>
        <w:rPr>
          <w:b/>
          <w:i w:val="0"/>
          <w:smallCaps w:val="0"/>
          <w:strike w:val="0"/>
          <w:sz w:val="22"/>
          <w:highlight w:val="cyan"/>
          <w:u w:val="single"/>
        </w:rPr>
        <w:t>conflict</w:t>
      </w:r>
      <w:r>
        <w:rPr>
          <w:b w:val="0"/>
          <w:i w:val="0"/>
          <w:smallCaps w:val="0"/>
          <w:strike w:val="0"/>
          <w:sz w:val="22"/>
          <w:highlight w:val="cyan"/>
          <w:u w:val="single"/>
        </w:rPr>
        <w:t xml:space="preserve">. </w:t>
      </w:r>
      <w:r>
        <w:rPr>
          <w:b w:val="0"/>
          <w:i w:val="0"/>
          <w:smallCaps w:val="0"/>
          <w:strike w:val="0"/>
          <w:sz w:val="22"/>
          <w:u w:val="single"/>
        </w:rPr>
        <w:t xml:space="preserve">The current turn to </w:t>
      </w:r>
      <w:r>
        <w:rPr>
          <w:b w:val="0"/>
          <w:i w:val="0"/>
          <w:smallCaps w:val="0"/>
          <w:strike w:val="0"/>
          <w:sz w:val="22"/>
          <w:highlight w:val="cyan"/>
          <w:u w:val="single"/>
        </w:rPr>
        <w:t>digital authoritarianism</w:t>
      </w:r>
      <w:r>
        <w:rPr>
          <w:b w:val="0"/>
          <w:i w:val="0"/>
          <w:smallCaps w:val="0"/>
          <w:strike w:val="0"/>
          <w:sz w:val="22"/>
          <w:u w:val="single"/>
        </w:rPr>
        <w:t xml:space="preserve"> therefore also </w:t>
      </w:r>
      <w:r>
        <w:rPr>
          <w:b w:val="0"/>
          <w:i w:val="0"/>
          <w:smallCaps w:val="0"/>
          <w:strike w:val="0"/>
          <w:sz w:val="22"/>
          <w:highlight w:val="cyan"/>
          <w:u w:val="single"/>
        </w:rPr>
        <w:t>has</w:t>
      </w:r>
      <w:r>
        <w:rPr>
          <w:b w:val="0"/>
          <w:i w:val="0"/>
          <w:smallCaps w:val="0"/>
          <w:strike w:val="0"/>
          <w:sz w:val="22"/>
          <w:u w:val="single"/>
        </w:rPr>
        <w:t xml:space="preserve"> </w:t>
      </w:r>
      <w:r>
        <w:rPr>
          <w:b/>
          <w:i w:val="0"/>
          <w:smallCaps w:val="0"/>
          <w:strike w:val="0"/>
          <w:sz w:val="22"/>
          <w:u w:val="single"/>
        </w:rPr>
        <w:t xml:space="preserve">broader </w:t>
      </w:r>
      <w:r>
        <w:rPr>
          <w:b/>
          <w:i w:val="0"/>
          <w:smallCaps w:val="0"/>
          <w:strike w:val="0"/>
          <w:sz w:val="22"/>
          <w:highlight w:val="cyan"/>
          <w:u w:val="single"/>
        </w:rPr>
        <w:t>implications for international peace and stability</w:t>
      </w:r>
      <w:r>
        <w:rPr>
          <w:b w:val="0"/>
          <w:i w:val="0"/>
          <w:smallCaps w:val="0"/>
          <w:strike w:val="0"/>
          <w:u w:val="none"/>
        </w:rPr>
        <w:t>.</w:t>
      </w:r>
    </w:p>
    <w:p>
      <w:pPr>
        <w:spacing w:after="60"/>
      </w:pPr>
      <w:r>
        <w:rPr>
          <w:b w:val="0"/>
          <w:i w:val="0"/>
          <w:smallCaps w:val="0"/>
          <w:strike w:val="0"/>
          <w:u w:val="none"/>
        </w:rPr>
        <w:t>Brittle Legitimacy</w:t>
      </w:r>
    </w:p>
    <w:p>
      <w:pPr>
        <w:spacing w:after="60"/>
      </w:pPr>
      <w:r>
        <w:rPr>
          <w:b/>
          <w:i w:val="0"/>
          <w:smallCaps w:val="0"/>
          <w:strike w:val="0"/>
          <w:sz w:val="22"/>
          <w:u w:val="single"/>
        </w:rPr>
        <w:t>Reliance</w:t>
      </w:r>
      <w:r>
        <w:rPr>
          <w:b w:val="0"/>
          <w:i w:val="0"/>
          <w:smallCaps w:val="0"/>
          <w:strike w:val="0"/>
          <w:sz w:val="22"/>
          <w:u w:val="single"/>
        </w:rPr>
        <w:t xml:space="preserve"> on information control makes </w:t>
      </w:r>
      <w:r>
        <w:rPr>
          <w:b w:val="0"/>
          <w:i w:val="0"/>
          <w:smallCaps w:val="0"/>
          <w:strike w:val="0"/>
          <w:sz w:val="22"/>
          <w:highlight w:val="cyan"/>
          <w:u w:val="single"/>
        </w:rPr>
        <w:t>authoritarians</w:t>
      </w:r>
      <w:r>
        <w:rPr>
          <w:b w:val="0"/>
          <w:i w:val="0"/>
          <w:smallCaps w:val="0"/>
          <w:strike w:val="0"/>
          <w:highlight w:val="cyan"/>
          <w:u w:val="none"/>
        </w:rPr>
        <w:t xml:space="preserve"> </w:t>
      </w:r>
      <w:r>
        <w:rPr>
          <w:b/>
          <w:i w:val="0"/>
          <w:smallCaps w:val="0"/>
          <w:strike w:val="0"/>
          <w:sz w:val="22"/>
          <w:highlight w:val="cyan"/>
          <w:u w:val="single"/>
        </w:rPr>
        <w:t>brittle</w:t>
      </w:r>
      <w:r>
        <w:rPr>
          <w:b w:val="0"/>
          <w:i w:val="0"/>
          <w:smallCaps w:val="0"/>
          <w:strike w:val="0"/>
          <w:u w:val="none"/>
        </w:rPr>
        <w:t xml:space="preserve">. </w:t>
      </w:r>
      <w:r>
        <w:rPr>
          <w:b/>
          <w:i w:val="0"/>
          <w:smallCaps w:val="0"/>
          <w:strike w:val="0"/>
          <w:sz w:val="22"/>
          <w:u w:val="single"/>
        </w:rPr>
        <w:t>Small chinks</w:t>
      </w:r>
      <w:r>
        <w:rPr>
          <w:b w:val="0"/>
          <w:i w:val="0"/>
          <w:smallCaps w:val="0"/>
          <w:strike w:val="0"/>
          <w:u w:val="none"/>
        </w:rPr>
        <w:t xml:space="preserve"> </w:t>
      </w:r>
      <w:r>
        <w:rPr>
          <w:b w:val="0"/>
          <w:i w:val="0"/>
          <w:smallCaps w:val="0"/>
          <w:strike w:val="0"/>
          <w:sz w:val="22"/>
          <w:u w:val="single"/>
        </w:rPr>
        <w:t xml:space="preserve">in their information control armor could </w:t>
      </w:r>
      <w:r>
        <w:rPr>
          <w:b w:val="0"/>
          <w:i w:val="0"/>
          <w:smallCaps w:val="0"/>
          <w:strike w:val="0"/>
          <w:sz w:val="22"/>
          <w:highlight w:val="cyan"/>
          <w:u w:val="single"/>
        </w:rPr>
        <w:t xml:space="preserve">have </w:t>
      </w:r>
      <w:r>
        <w:rPr>
          <w:b/>
          <w:i w:val="0"/>
          <w:smallCaps w:val="0"/>
          <w:strike w:val="0"/>
          <w:sz w:val="22"/>
          <w:highlight w:val="cyan"/>
          <w:u w:val="single"/>
        </w:rPr>
        <w:t>existential consequences</w:t>
      </w:r>
      <w:r>
        <w:rPr>
          <w:b w:val="0"/>
          <w:i w:val="0"/>
          <w:smallCaps w:val="0"/>
          <w:strike w:val="0"/>
          <w:u w:val="none"/>
        </w:rPr>
        <w:t xml:space="preserve">, particularly </w:t>
      </w:r>
      <w:r>
        <w:rPr>
          <w:b w:val="0"/>
          <w:i w:val="0"/>
          <w:smallCaps w:val="0"/>
          <w:strike w:val="0"/>
          <w:sz w:val="22"/>
          <w:u w:val="single"/>
        </w:rPr>
        <w:t>during</w:t>
      </w:r>
      <w:r>
        <w:rPr>
          <w:b w:val="0"/>
          <w:i w:val="0"/>
          <w:smallCaps w:val="0"/>
          <w:strike w:val="0"/>
          <w:u w:val="none"/>
        </w:rPr>
        <w:t xml:space="preserve"> political or economic </w:t>
      </w:r>
      <w:r>
        <w:rPr>
          <w:b/>
          <w:i w:val="0"/>
          <w:smallCaps w:val="0"/>
          <w:strike w:val="0"/>
          <w:sz w:val="22"/>
          <w:u w:val="single"/>
        </w:rPr>
        <w:t>crises</w:t>
      </w:r>
      <w:r>
        <w:rPr>
          <w:b w:val="0"/>
          <w:i w:val="0"/>
          <w:smallCaps w:val="0"/>
          <w:strike w:val="0"/>
          <w:u w:val="none"/>
        </w:rPr>
        <w:t xml:space="preserve"> (i.e. when the regime needs to rely on control for legitimacy because it is not delivering for citizens). The information and ideas most dangerous to authoritarians include:</w:t>
      </w:r>
    </w:p>
    <w:p>
      <w:pPr>
        <w:spacing w:after="60"/>
      </w:pPr>
      <w:r>
        <w:rPr>
          <w:b w:val="0"/>
          <w:i w:val="0"/>
          <w:smallCaps w:val="0"/>
          <w:strike w:val="0"/>
          <w:u w:val="none"/>
        </w:rPr>
        <w:t>• the identity of opposition groups and leaders and their levels of support; 17</w:t>
      </w:r>
    </w:p>
    <w:p>
      <w:pPr>
        <w:spacing w:after="60"/>
      </w:pPr>
      <w:r>
        <w:rPr>
          <w:b w:val="0"/>
          <w:i w:val="0"/>
          <w:smallCaps w:val="0"/>
          <w:strike w:val="0"/>
          <w:u w:val="none"/>
        </w:rPr>
        <w:t>• technical means for subverting control of communications and surveillance technologies;18</w:t>
      </w:r>
    </w:p>
    <w:p>
      <w:pPr>
        <w:spacing w:after="60"/>
      </w:pPr>
      <w:r>
        <w:rPr>
          <w:b w:val="0"/>
          <w:i w:val="0"/>
          <w:smallCaps w:val="0"/>
          <w:strike w:val="0"/>
          <w:u w:val="none"/>
        </w:rPr>
        <w:t xml:space="preserve">• ideas about values that transcend state sovereignty, such as liberalism and human </w:t>
      </w:r>
      <w:r>
        <w:rPr>
          <w:b w:val="0"/>
          <w:i w:val="0"/>
          <w:smallCaps w:val="0"/>
          <w:strike w:val="0"/>
          <w:u w:val="none"/>
        </w:rPr>
        <w:t>rights;</w:t>
      </w:r>
      <w:r>
        <w:rPr>
          <w:b w:val="0"/>
          <w:i w:val="0"/>
          <w:smallCaps w:val="0"/>
          <w:strike w:val="0"/>
          <w:u w:val="none"/>
        </w:rPr>
        <w:t>19</w:t>
      </w:r>
    </w:p>
    <w:p>
      <w:pPr>
        <w:spacing w:after="60"/>
      </w:pPr>
      <w:r>
        <w:rPr>
          <w:b w:val="0"/>
          <w:i w:val="0"/>
          <w:smallCaps w:val="0"/>
          <w:strike w:val="0"/>
          <w:u w:val="none"/>
        </w:rPr>
        <w:t xml:space="preserve">• evidence that the central government is not delivering efficient </w:t>
      </w:r>
      <w:r>
        <w:rPr>
          <w:b w:val="0"/>
          <w:i w:val="0"/>
          <w:smallCaps w:val="0"/>
          <w:strike w:val="0"/>
          <w:u w:val="none"/>
        </w:rPr>
        <w:t>outcomes;</w:t>
      </w:r>
      <w:r>
        <w:rPr>
          <w:b w:val="0"/>
          <w:i w:val="0"/>
          <w:smallCaps w:val="0"/>
          <w:strike w:val="0"/>
          <w:u w:val="none"/>
        </w:rPr>
        <w:t>20 and</w:t>
      </w:r>
    </w:p>
    <w:p>
      <w:pPr>
        <w:spacing w:after="60"/>
      </w:pPr>
      <w:r>
        <w:rPr>
          <w:b w:val="0"/>
          <w:i w:val="0"/>
          <w:smallCaps w:val="0"/>
          <w:strike w:val="0"/>
          <w:u w:val="none"/>
        </w:rPr>
        <w:t>• ideas that undermine the myths and narratives used to legitimize authoritarian rule or the power of the ruling elite.21</w:t>
      </w:r>
    </w:p>
    <w:p>
      <w:pPr>
        <w:spacing w:after="60"/>
      </w:pPr>
      <w:r>
        <w:rPr>
          <w:b w:val="0"/>
          <w:i w:val="0"/>
          <w:smallCaps w:val="0"/>
          <w:strike w:val="0"/>
          <w:u w:val="none"/>
        </w:rPr>
        <w:t>Constant Contest</w:t>
      </w:r>
    </w:p>
    <w:p>
      <w:pPr>
        <w:spacing w:after="60"/>
      </w:pPr>
      <w:r>
        <w:rPr>
          <w:b w:val="0"/>
          <w:i w:val="0"/>
          <w:smallCaps w:val="0"/>
          <w:strike w:val="0"/>
          <w:sz w:val="16"/>
          <w:u w:val="none"/>
        </w:rPr>
        <w:t xml:space="preserve">Since technologies and ideas are dynamic, the battle for information control is a constant struggle. It can never be ‘won.’ </w:t>
      </w:r>
      <w:r>
        <w:rPr>
          <w:b w:val="0"/>
          <w:i w:val="0"/>
          <w:smallCaps w:val="0"/>
          <w:strike w:val="0"/>
          <w:sz w:val="22"/>
          <w:u w:val="single"/>
        </w:rPr>
        <w:t>Authoritarians are</w:t>
      </w:r>
      <w:r>
        <w:rPr>
          <w:b w:val="0"/>
          <w:i w:val="0"/>
          <w:smallCaps w:val="0"/>
          <w:strike w:val="0"/>
          <w:sz w:val="16"/>
          <w:u w:val="none"/>
        </w:rPr>
        <w:t xml:space="preserve"> therefore </w:t>
      </w:r>
      <w:r>
        <w:rPr>
          <w:b w:val="0"/>
          <w:i w:val="0"/>
          <w:smallCaps w:val="0"/>
          <w:strike w:val="0"/>
          <w:sz w:val="22"/>
          <w:highlight w:val="cyan"/>
          <w:u w:val="single"/>
        </w:rPr>
        <w:t>in</w:t>
      </w:r>
      <w:r>
        <w:rPr>
          <w:b w:val="0"/>
          <w:i w:val="0"/>
          <w:smallCaps w:val="0"/>
          <w:strike w:val="0"/>
          <w:sz w:val="22"/>
          <w:u w:val="single"/>
        </w:rPr>
        <w:t xml:space="preserve"> a </w:t>
      </w:r>
      <w:r>
        <w:rPr>
          <w:b/>
          <w:i w:val="0"/>
          <w:smallCaps w:val="0"/>
          <w:strike w:val="0"/>
          <w:sz w:val="22"/>
          <w:highlight w:val="cyan"/>
          <w:u w:val="single"/>
        </w:rPr>
        <w:t>perpetual</w:t>
      </w:r>
      <w:r>
        <w:rPr>
          <w:b/>
          <w:i w:val="0"/>
          <w:smallCaps w:val="0"/>
          <w:strike w:val="0"/>
          <w:sz w:val="22"/>
          <w:u w:val="single"/>
        </w:rPr>
        <w:t xml:space="preserve"> state of </w:t>
      </w:r>
      <w:r>
        <w:rPr>
          <w:b/>
          <w:i w:val="0"/>
          <w:smallCaps w:val="0"/>
          <w:strike w:val="0"/>
          <w:sz w:val="22"/>
          <w:highlight w:val="cyan"/>
          <w:u w:val="single"/>
        </w:rPr>
        <w:t>info</w:t>
      </w:r>
      <w:r>
        <w:rPr>
          <w:b/>
          <w:i w:val="0"/>
          <w:smallCaps w:val="0"/>
          <w:strike w:val="0"/>
          <w:sz w:val="22"/>
          <w:u w:val="single"/>
        </w:rPr>
        <w:t xml:space="preserve">rmation </w:t>
      </w:r>
      <w:r>
        <w:rPr>
          <w:b/>
          <w:i w:val="0"/>
          <w:smallCaps w:val="0"/>
          <w:strike w:val="0"/>
          <w:sz w:val="22"/>
          <w:highlight w:val="cyan"/>
          <w:u w:val="single"/>
        </w:rPr>
        <w:t>war</w:t>
      </w:r>
      <w:r>
        <w:rPr>
          <w:b/>
          <w:i w:val="0"/>
          <w:smallCaps w:val="0"/>
          <w:strike w:val="0"/>
          <w:sz w:val="22"/>
          <w:u w:val="single"/>
        </w:rPr>
        <w:t>fare</w:t>
      </w:r>
      <w:r>
        <w:rPr>
          <w:b w:val="0"/>
          <w:i w:val="0"/>
          <w:smallCaps w:val="0"/>
          <w:strike w:val="0"/>
          <w:sz w:val="22"/>
          <w:u w:val="single"/>
        </w:rPr>
        <w:t xml:space="preserve">, inside and outside their regime, and feel </w:t>
      </w:r>
      <w:r>
        <w:rPr>
          <w:b/>
          <w:i w:val="0"/>
          <w:smallCaps w:val="0"/>
          <w:strike w:val="0"/>
          <w:sz w:val="22"/>
          <w:u w:val="single"/>
        </w:rPr>
        <w:t>perpetually insecure</w:t>
      </w:r>
      <w:r>
        <w:rPr>
          <w:b w:val="0"/>
          <w:i w:val="0"/>
          <w:smallCaps w:val="0"/>
          <w:strike w:val="0"/>
          <w:sz w:val="22"/>
          <w:u w:val="single"/>
        </w:rPr>
        <w:t xml:space="preserve">. This dynamic may </w:t>
      </w:r>
      <w:r>
        <w:rPr>
          <w:b w:val="0"/>
          <w:i w:val="0"/>
          <w:smallCaps w:val="0"/>
          <w:strike w:val="0"/>
          <w:sz w:val="22"/>
          <w:highlight w:val="cyan"/>
          <w:u w:val="single"/>
        </w:rPr>
        <w:t>lead</w:t>
      </w:r>
      <w:r>
        <w:rPr>
          <w:b w:val="0"/>
          <w:i w:val="0"/>
          <w:smallCaps w:val="0"/>
          <w:strike w:val="0"/>
          <w:sz w:val="22"/>
          <w:u w:val="single"/>
        </w:rPr>
        <w:t xml:space="preserve"> authoritarian governments </w:t>
      </w:r>
      <w:r>
        <w:rPr>
          <w:b w:val="0"/>
          <w:i w:val="0"/>
          <w:smallCaps w:val="0"/>
          <w:strike w:val="0"/>
          <w:sz w:val="22"/>
          <w:highlight w:val="cyan"/>
          <w:u w:val="single"/>
        </w:rPr>
        <w:t>to</w:t>
      </w:r>
      <w:r>
        <w:rPr>
          <w:b w:val="0"/>
          <w:i w:val="0"/>
          <w:smallCaps w:val="0"/>
          <w:strike w:val="0"/>
          <w:sz w:val="22"/>
          <w:u w:val="single"/>
        </w:rPr>
        <w:t xml:space="preserve"> assess that it is worth engaging in </w:t>
      </w:r>
      <w:r>
        <w:rPr>
          <w:b/>
          <w:i w:val="0"/>
          <w:smallCaps w:val="0"/>
          <w:strike w:val="0"/>
          <w:sz w:val="22"/>
          <w:u w:val="single"/>
        </w:rPr>
        <w:t>information</w:t>
      </w:r>
      <w:r>
        <w:rPr>
          <w:b w:val="0"/>
          <w:i w:val="0"/>
          <w:smallCaps w:val="0"/>
          <w:strike w:val="0"/>
          <w:sz w:val="22"/>
          <w:u w:val="single"/>
        </w:rPr>
        <w:t xml:space="preserve"> or </w:t>
      </w:r>
      <w:r>
        <w:rPr>
          <w:b/>
          <w:i w:val="0"/>
          <w:smallCaps w:val="0"/>
          <w:strike w:val="0"/>
          <w:sz w:val="22"/>
          <w:highlight w:val="cyan"/>
          <w:u w:val="single"/>
        </w:rPr>
        <w:t>cyberattacks</w:t>
      </w:r>
      <w:r>
        <w:rPr>
          <w:b w:val="0"/>
          <w:i w:val="0"/>
          <w:smallCaps w:val="0"/>
          <w:strike w:val="0"/>
          <w:sz w:val="16"/>
          <w:u w:val="none"/>
        </w:rPr>
        <w:t xml:space="preserve"> </w:t>
      </w:r>
      <w:r>
        <w:rPr>
          <w:b w:val="0"/>
          <w:i w:val="0"/>
          <w:smallCaps w:val="0"/>
          <w:strike w:val="0"/>
          <w:sz w:val="22"/>
          <w:u w:val="single"/>
        </w:rPr>
        <w:t xml:space="preserve">to </w:t>
      </w:r>
      <w:r>
        <w:rPr>
          <w:b/>
          <w:i w:val="0"/>
          <w:smallCaps w:val="0"/>
          <w:strike w:val="0"/>
          <w:sz w:val="22"/>
          <w:u w:val="single"/>
        </w:rPr>
        <w:t>discredit liberal ideas</w:t>
      </w:r>
      <w:r>
        <w:rPr>
          <w:b w:val="0"/>
          <w:i w:val="0"/>
          <w:smallCaps w:val="0"/>
          <w:strike w:val="0"/>
          <w:sz w:val="16"/>
          <w:u w:val="none"/>
        </w:rPr>
        <w:t xml:space="preserve"> </w:t>
      </w:r>
      <w:r>
        <w:rPr>
          <w:b w:val="0"/>
          <w:i w:val="0"/>
          <w:smallCaps w:val="0"/>
          <w:strike w:val="0"/>
          <w:sz w:val="22"/>
          <w:u w:val="single"/>
        </w:rPr>
        <w:t xml:space="preserve">at their </w:t>
      </w:r>
      <w:r>
        <w:rPr>
          <w:b/>
          <w:i w:val="0"/>
          <w:smallCaps w:val="0"/>
          <w:strike w:val="0"/>
          <w:sz w:val="22"/>
          <w:u w:val="single"/>
        </w:rPr>
        <w:t>foreign source</w:t>
      </w:r>
      <w:r>
        <w:rPr>
          <w:b w:val="0"/>
          <w:i w:val="0"/>
          <w:smallCaps w:val="0"/>
          <w:strike w:val="0"/>
          <w:sz w:val="22"/>
          <w:u w:val="single"/>
        </w:rPr>
        <w:t xml:space="preserve"> or to shape or </w:t>
      </w:r>
      <w:r>
        <w:rPr>
          <w:b w:val="0"/>
          <w:i w:val="0"/>
          <w:smallCaps w:val="0"/>
          <w:strike w:val="0"/>
          <w:sz w:val="22"/>
          <w:u w:val="single"/>
        </w:rPr>
        <w:t xml:space="preserve">disable systems that jeopardize their information control—despite </w:t>
      </w:r>
      <w:r>
        <w:rPr>
          <w:b/>
          <w:i w:val="0"/>
          <w:smallCaps w:val="0"/>
          <w:strike w:val="0"/>
          <w:sz w:val="22"/>
          <w:u w:val="single"/>
        </w:rPr>
        <w:t>real risks of conflict escalation and global pushback</w:t>
      </w:r>
      <w:r>
        <w:rPr>
          <w:b w:val="0"/>
          <w:i w:val="0"/>
          <w:smallCaps w:val="0"/>
          <w:strike w:val="0"/>
          <w:sz w:val="22"/>
          <w:u w:val="single"/>
        </w:rPr>
        <w:t>.</w:t>
      </w:r>
      <w:r>
        <w:rPr>
          <w:b w:val="0"/>
          <w:i w:val="0"/>
          <w:smallCaps w:val="0"/>
          <w:strike w:val="0"/>
          <w:sz w:val="16"/>
          <w:u w:val="none"/>
        </w:rPr>
        <w:t xml:space="preserve"> Overreach and Backlash </w:t>
      </w:r>
      <w:r>
        <w:rPr>
          <w:b w:val="0"/>
          <w:i w:val="0"/>
          <w:smallCaps w:val="0"/>
          <w:strike w:val="0"/>
          <w:sz w:val="22"/>
          <w:u w:val="single"/>
        </w:rPr>
        <w:t xml:space="preserve">The fundamental </w:t>
      </w:r>
      <w:r>
        <w:rPr>
          <w:b/>
          <w:i w:val="0"/>
          <w:smallCaps w:val="0"/>
          <w:strike w:val="0"/>
          <w:sz w:val="22"/>
          <w:u w:val="single"/>
        </w:rPr>
        <w:t>importance</w:t>
      </w:r>
      <w:r>
        <w:rPr>
          <w:b w:val="0"/>
          <w:i w:val="0"/>
          <w:smallCaps w:val="0"/>
          <w:strike w:val="0"/>
          <w:sz w:val="16"/>
          <w:u w:val="none"/>
        </w:rPr>
        <w:t xml:space="preserve"> </w:t>
      </w:r>
      <w:r>
        <w:rPr>
          <w:b w:val="0"/>
          <w:i w:val="0"/>
          <w:smallCaps w:val="0"/>
          <w:strike w:val="0"/>
          <w:sz w:val="22"/>
          <w:u w:val="single"/>
        </w:rPr>
        <w:t>of information control</w:t>
      </w:r>
      <w:r>
        <w:rPr>
          <w:b w:val="0"/>
          <w:i w:val="0"/>
          <w:smallCaps w:val="0"/>
          <w:strike w:val="0"/>
          <w:sz w:val="16"/>
          <w:u w:val="none"/>
        </w:rPr>
        <w:t xml:space="preserve"> to authoritarians </w:t>
      </w:r>
      <w:r>
        <w:rPr>
          <w:b w:val="0"/>
          <w:i w:val="0"/>
          <w:smallCaps w:val="0"/>
          <w:strike w:val="0"/>
          <w:sz w:val="22"/>
          <w:u w:val="single"/>
        </w:rPr>
        <w:t xml:space="preserve">increases the likelihood of </w:t>
      </w:r>
      <w:r>
        <w:rPr>
          <w:b/>
          <w:i w:val="0"/>
          <w:smallCaps w:val="0"/>
          <w:strike w:val="0"/>
          <w:sz w:val="22"/>
          <w:u w:val="single"/>
        </w:rPr>
        <w:t>overreach</w:t>
      </w:r>
      <w:r>
        <w:rPr>
          <w:b w:val="0"/>
          <w:i w:val="0"/>
          <w:smallCaps w:val="0"/>
          <w:strike w:val="0"/>
          <w:sz w:val="16"/>
          <w:u w:val="none"/>
        </w:rPr>
        <w:t xml:space="preserve">, </w:t>
      </w:r>
      <w:r>
        <w:rPr>
          <w:b w:val="0"/>
          <w:i w:val="0"/>
          <w:smallCaps w:val="0"/>
          <w:strike w:val="0"/>
          <w:sz w:val="22"/>
          <w:u w:val="single"/>
        </w:rPr>
        <w:t xml:space="preserve">leading to </w:t>
      </w:r>
      <w:r>
        <w:rPr>
          <w:b/>
          <w:i w:val="0"/>
          <w:smallCaps w:val="0"/>
          <w:strike w:val="0"/>
          <w:sz w:val="22"/>
          <w:u w:val="single"/>
        </w:rPr>
        <w:t>cycles of backlash</w:t>
      </w:r>
      <w:r>
        <w:rPr>
          <w:b w:val="0"/>
          <w:i w:val="0"/>
          <w:smallCaps w:val="0"/>
          <w:strike w:val="0"/>
          <w:sz w:val="22"/>
          <w:u w:val="single"/>
        </w:rPr>
        <w:t xml:space="preserve"> and</w:t>
      </w:r>
      <w:r>
        <w:rPr>
          <w:b w:val="0"/>
          <w:i w:val="0"/>
          <w:smallCaps w:val="0"/>
          <w:strike w:val="0"/>
          <w:sz w:val="16"/>
          <w:u w:val="none"/>
        </w:rPr>
        <w:t xml:space="preserve"> </w:t>
      </w:r>
      <w:r>
        <w:rPr>
          <w:b/>
          <w:i w:val="0"/>
          <w:smallCaps w:val="0"/>
          <w:strike w:val="0"/>
          <w:sz w:val="22"/>
          <w:u w:val="single"/>
        </w:rPr>
        <w:t>reprisal</w:t>
      </w:r>
      <w:r>
        <w:rPr>
          <w:b w:val="0"/>
          <w:i w:val="0"/>
          <w:smallCaps w:val="0"/>
          <w:strike w:val="0"/>
          <w:sz w:val="16"/>
          <w:u w:val="none"/>
        </w:rPr>
        <w:t xml:space="preserve">. Many perceive China’s heavy-handed narrative warfare in Hong Kong and confrontational efforts to control narratives about coronavirus to be strategic missteps. For example, </w:t>
      </w:r>
      <w:r>
        <w:rPr>
          <w:b w:val="0"/>
          <w:i w:val="0"/>
          <w:smallCaps w:val="0"/>
          <w:strike w:val="0"/>
          <w:sz w:val="22"/>
          <w:u w:val="single"/>
        </w:rPr>
        <w:t xml:space="preserve">CCP efforts to stifle dissent by </w:t>
      </w:r>
      <w:r>
        <w:rPr>
          <w:b/>
          <w:i w:val="0"/>
          <w:smallCaps w:val="0"/>
          <w:strike w:val="0"/>
          <w:sz w:val="22"/>
          <w:u w:val="single"/>
        </w:rPr>
        <w:t>punishing</w:t>
      </w:r>
      <w:r>
        <w:rPr>
          <w:b w:val="0"/>
          <w:i w:val="0"/>
          <w:smallCaps w:val="0"/>
          <w:strike w:val="0"/>
          <w:sz w:val="16"/>
          <w:u w:val="none"/>
        </w:rPr>
        <w:t xml:space="preserve"> online gaming company </w:t>
      </w:r>
      <w:r>
        <w:rPr>
          <w:b/>
          <w:i w:val="0"/>
          <w:smallCaps w:val="0"/>
          <w:strike w:val="0"/>
          <w:sz w:val="22"/>
          <w:u w:val="single"/>
        </w:rPr>
        <w:t>Blizzard</w:t>
      </w:r>
      <w:r>
        <w:rPr>
          <w:b w:val="0"/>
          <w:i w:val="0"/>
          <w:smallCaps w:val="0"/>
          <w:strike w:val="0"/>
          <w:sz w:val="16"/>
          <w:u w:val="none"/>
        </w:rPr>
        <w:t xml:space="preserve"> </w:t>
      </w:r>
      <w:r>
        <w:rPr>
          <w:b w:val="0"/>
          <w:i w:val="0"/>
          <w:smallCaps w:val="0"/>
          <w:strike w:val="0"/>
          <w:sz w:val="22"/>
          <w:u w:val="single"/>
        </w:rPr>
        <w:t>and the</w:t>
      </w:r>
      <w:r>
        <w:rPr>
          <w:b w:val="0"/>
          <w:i w:val="0"/>
          <w:smallCaps w:val="0"/>
          <w:strike w:val="0"/>
          <w:sz w:val="16"/>
          <w:u w:val="none"/>
        </w:rPr>
        <w:t xml:space="preserve"> National Basketball Association (</w:t>
      </w:r>
      <w:r>
        <w:rPr>
          <w:b/>
          <w:i w:val="0"/>
          <w:smallCaps w:val="0"/>
          <w:strike w:val="0"/>
          <w:sz w:val="22"/>
          <w:u w:val="single"/>
        </w:rPr>
        <w:t>NBA</w:t>
      </w:r>
      <w:r>
        <w:rPr>
          <w:b w:val="0"/>
          <w:i w:val="0"/>
          <w:smallCaps w:val="0"/>
          <w:strike w:val="0"/>
          <w:sz w:val="16"/>
          <w:u w:val="none"/>
        </w:rPr>
        <w:t xml:space="preserve">) arguably </w:t>
      </w:r>
      <w:r>
        <w:rPr>
          <w:b w:val="0"/>
          <w:i w:val="0"/>
          <w:smallCaps w:val="0"/>
          <w:strike w:val="0"/>
          <w:sz w:val="22"/>
          <w:u w:val="single"/>
        </w:rPr>
        <w:t>aided</w:t>
      </w:r>
      <w:r>
        <w:rPr>
          <w:b w:val="0"/>
          <w:i w:val="0"/>
          <w:smallCaps w:val="0"/>
          <w:strike w:val="0"/>
          <w:sz w:val="16"/>
          <w:u w:val="none"/>
        </w:rPr>
        <w:t xml:space="preserve"> </w:t>
      </w:r>
      <w:r>
        <w:rPr>
          <w:b/>
          <w:i w:val="0"/>
          <w:smallCaps w:val="0"/>
          <w:strike w:val="0"/>
          <w:sz w:val="22"/>
          <w:u w:val="single"/>
        </w:rPr>
        <w:t>Hong Kong</w:t>
      </w:r>
      <w:r>
        <w:rPr>
          <w:b w:val="0"/>
          <w:i w:val="0"/>
          <w:smallCaps w:val="0"/>
          <w:strike w:val="0"/>
          <w:sz w:val="16"/>
          <w:u w:val="none"/>
        </w:rPr>
        <w:t xml:space="preserve"> protester </w:t>
      </w:r>
      <w:r>
        <w:rPr>
          <w:b w:val="0"/>
          <w:i w:val="0"/>
          <w:smallCaps w:val="0"/>
          <w:strike w:val="0"/>
          <w:sz w:val="22"/>
          <w:u w:val="single"/>
        </w:rPr>
        <w:t>narratives</w:t>
      </w:r>
      <w:r>
        <w:rPr>
          <w:b w:val="0"/>
          <w:i w:val="0"/>
          <w:smallCaps w:val="0"/>
          <w:strike w:val="0"/>
          <w:sz w:val="16"/>
          <w:u w:val="none"/>
        </w:rPr>
        <w:t xml:space="preserve">;22 </w:t>
      </w:r>
      <w:r>
        <w:rPr>
          <w:b w:val="0"/>
          <w:i w:val="0"/>
          <w:smallCaps w:val="0"/>
          <w:strike w:val="0"/>
          <w:sz w:val="22"/>
          <w:u w:val="single"/>
        </w:rPr>
        <w:t xml:space="preserve">while CCP obfuscation about coronavirus has prompted unprecedented </w:t>
      </w:r>
      <w:r>
        <w:rPr>
          <w:b/>
          <w:i w:val="0"/>
          <w:smallCaps w:val="0"/>
          <w:strike w:val="0"/>
          <w:sz w:val="22"/>
          <w:u w:val="single"/>
        </w:rPr>
        <w:t>diplomatic rebukes</w:t>
      </w:r>
      <w:r>
        <w:rPr>
          <w:b w:val="0"/>
          <w:i w:val="0"/>
          <w:smallCaps w:val="0"/>
          <w:strike w:val="0"/>
          <w:sz w:val="16"/>
          <w:u w:val="none"/>
        </w:rPr>
        <w:t xml:space="preserve"> from world leaders.23 </w:t>
      </w:r>
      <w:r>
        <w:rPr>
          <w:b w:val="0"/>
          <w:i w:val="0"/>
          <w:smallCaps w:val="0"/>
          <w:strike w:val="0"/>
          <w:sz w:val="22"/>
          <w:u w:val="single"/>
        </w:rPr>
        <w:t>Despite rising international awareness and condemnation of China’s sharp power tactics</w:t>
      </w:r>
      <w:r>
        <w:rPr>
          <w:b w:val="0"/>
          <w:i w:val="0"/>
          <w:smallCaps w:val="0"/>
          <w:strike w:val="0"/>
          <w:sz w:val="16"/>
          <w:u w:val="none"/>
        </w:rPr>
        <w:t xml:space="preserve">,24 </w:t>
      </w:r>
      <w:r>
        <w:rPr>
          <w:b w:val="0"/>
          <w:i w:val="0"/>
          <w:smallCaps w:val="0"/>
          <w:strike w:val="0"/>
          <w:sz w:val="22"/>
          <w:u w:val="single"/>
        </w:rPr>
        <w:t xml:space="preserve">China is </w:t>
      </w:r>
      <w:r>
        <w:rPr>
          <w:b/>
          <w:i w:val="0"/>
          <w:smallCaps w:val="0"/>
          <w:strike w:val="0"/>
          <w:sz w:val="22"/>
          <w:u w:val="single"/>
        </w:rPr>
        <w:t>accelerating, not muting</w:t>
      </w:r>
      <w:r>
        <w:rPr>
          <w:b w:val="0"/>
          <w:i w:val="0"/>
          <w:smallCaps w:val="0"/>
          <w:strike w:val="0"/>
          <w:sz w:val="16"/>
          <w:u w:val="none"/>
        </w:rPr>
        <w:t xml:space="preserve">, these behaviors.25 One explanation for this is that </w:t>
      </w:r>
      <w:r>
        <w:rPr>
          <w:b w:val="0"/>
          <w:i w:val="0"/>
          <w:smallCaps w:val="0"/>
          <w:strike w:val="0"/>
          <w:sz w:val="22"/>
          <w:u w:val="single"/>
        </w:rPr>
        <w:t>the CCP calculates that the risks of international backlash</w:t>
      </w:r>
      <w:r>
        <w:rPr>
          <w:b w:val="0"/>
          <w:i w:val="0"/>
          <w:smallCaps w:val="0"/>
          <w:strike w:val="0"/>
          <w:sz w:val="16"/>
          <w:u w:val="none"/>
        </w:rPr>
        <w:t xml:space="preserve"> (and occasional overreach by its officials) </w:t>
      </w:r>
      <w:r>
        <w:rPr>
          <w:b w:val="0"/>
          <w:i w:val="0"/>
          <w:smallCaps w:val="0"/>
          <w:strike w:val="0"/>
          <w:sz w:val="22"/>
          <w:u w:val="single"/>
        </w:rPr>
        <w:t>are</w:t>
      </w:r>
      <w:r>
        <w:rPr>
          <w:b w:val="0"/>
          <w:i w:val="0"/>
          <w:smallCaps w:val="0"/>
          <w:strike w:val="0"/>
          <w:sz w:val="16"/>
          <w:u w:val="none"/>
        </w:rPr>
        <w:t xml:space="preserve"> </w:t>
      </w:r>
      <w:r>
        <w:rPr>
          <w:b/>
          <w:i w:val="0"/>
          <w:smallCaps w:val="0"/>
          <w:strike w:val="0"/>
          <w:sz w:val="22"/>
          <w:u w:val="single"/>
        </w:rPr>
        <w:t>acceptable</w:t>
      </w:r>
      <w:r>
        <w:rPr>
          <w:b w:val="0"/>
          <w:i w:val="0"/>
          <w:smallCaps w:val="0"/>
          <w:strike w:val="0"/>
          <w:sz w:val="16"/>
          <w:u w:val="none"/>
        </w:rPr>
        <w:t xml:space="preserve">, </w:t>
      </w:r>
      <w:r>
        <w:rPr>
          <w:b w:val="0"/>
          <w:i w:val="0"/>
          <w:smallCaps w:val="0"/>
          <w:strike w:val="0"/>
          <w:sz w:val="22"/>
          <w:u w:val="single"/>
        </w:rPr>
        <w:t xml:space="preserve">compared with the risk of letting domestic information control </w:t>
      </w:r>
      <w:r>
        <w:rPr>
          <w:b/>
          <w:i w:val="0"/>
          <w:smallCaps w:val="0"/>
          <w:strike w:val="0"/>
          <w:sz w:val="22"/>
          <w:u w:val="single"/>
        </w:rPr>
        <w:t>falter</w:t>
      </w:r>
      <w:r>
        <w:rPr>
          <w:b w:val="0"/>
          <w:i w:val="0"/>
          <w:smallCaps w:val="0"/>
          <w:strike w:val="0"/>
          <w:sz w:val="16"/>
          <w:u w:val="none"/>
        </w:rPr>
        <w:t xml:space="preserve">. Impaired Feedback Mechanisms Authoritarians embrace technology to increase the legibility of their societies. But legibility requires cooperation from society. It is facilitated by an open information ecosystem, robust civil society, mechanisms of transparency, and protections for political speech.26 Conversely, information control and technology-enabled systems of surveillance and enforcement discourage accurate reporting and punish whistleblowing, while incentivizing officials to conceal failures and exaggerate successes.27 In 2007, Le Keqiang (before he became China’s premier) described China’s national income figures as “man-made” and unreliable, and noted that more objectively verifiable proxies should be preferred to official statistics collected by provinces.28 Without elections, authoritarians can also struggle to understand public sentiment, a problem highlighted by the Chinese government’s mismanagement of massive ongoing protests in Hong Kong. Party leaders wrongly assessed that the protestors’ grievances were primarily economic rather than political and that they did not enjoy broader public support.29 As Zeynep </w:t>
      </w:r>
      <w:r>
        <w:rPr>
          <w:b w:val="0"/>
          <w:i w:val="0"/>
          <w:smallCaps w:val="0"/>
          <w:strike w:val="0"/>
          <w:sz w:val="16"/>
          <w:u w:val="none"/>
        </w:rPr>
        <w:t>Tufekci</w:t>
      </w:r>
      <w:r>
        <w:rPr>
          <w:b w:val="0"/>
          <w:i w:val="0"/>
          <w:smallCaps w:val="0"/>
          <w:strike w:val="0"/>
          <w:sz w:val="16"/>
          <w:u w:val="none"/>
        </w:rPr>
        <w:t xml:space="preserve"> has observed, the costs of China’s “authoritarian blindness” have been immense: a solvable issue (demands to withdraw a relatively unimportant extradition treaty) became “a bigger, durable crisis” with ongoing political consequences.30 China’s delayed reaction to coronavirus is a stark example of the authoritarian legibility and feedback problem. Local officials and hospital administrators in Wuhan suppressed information about the outbreak and punished doctor whistleblowers—depriving other provinces and the central government (not to mention international authorities) of vital signals that would have allowed swifter action to control the pandemic.31 Once authorities acknowledged the pandemic, China deployed the full weight of its digital surveillance capabilities. It was able to implement top-down lockdowns quickly; marshal its tech sector to build health apps; force citizens to download these apps; and access vast commercial holdings of personal data to cross-check compliance. However, it lacked critical bottom-up feedback systems that may have obviated the need for such draconian measures in the first place.32 Indeed, controlling for income and population size, </w:t>
      </w:r>
      <w:r>
        <w:rPr>
          <w:b/>
          <w:i w:val="0"/>
          <w:smallCaps w:val="0"/>
          <w:strike w:val="0"/>
          <w:sz w:val="22"/>
          <w:highlight w:val="cyan"/>
          <w:u w:val="single"/>
        </w:rPr>
        <w:t>authoritarian</w:t>
      </w:r>
      <w:r>
        <w:rPr>
          <w:b w:val="0"/>
          <w:i w:val="0"/>
          <w:smallCaps w:val="0"/>
          <w:strike w:val="0"/>
          <w:sz w:val="22"/>
          <w:u w:val="single"/>
        </w:rPr>
        <w:t xml:space="preserve"> regime</w:t>
      </w:r>
      <w:r>
        <w:rPr>
          <w:b/>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appear</w:t>
      </w:r>
      <w:r>
        <w:rPr>
          <w:b w:val="0"/>
          <w:i w:val="0"/>
          <w:smallCaps w:val="0"/>
          <w:strike w:val="0"/>
          <w:sz w:val="22"/>
          <w:u w:val="single"/>
        </w:rPr>
        <w:t xml:space="preserve"> to be more </w:t>
      </w:r>
      <w:r>
        <w:rPr>
          <w:b w:val="0"/>
          <w:i w:val="0"/>
          <w:smallCaps w:val="0"/>
          <w:strike w:val="0"/>
          <w:sz w:val="22"/>
          <w:highlight w:val="cyan"/>
          <w:u w:val="single"/>
        </w:rPr>
        <w:t>lethal</w:t>
      </w:r>
      <w:r>
        <w:rPr>
          <w:b w:val="0"/>
          <w:i w:val="0"/>
          <w:smallCaps w:val="0"/>
          <w:strike w:val="0"/>
          <w:sz w:val="22"/>
          <w:u w:val="single"/>
        </w:rPr>
        <w:t xml:space="preserve"> than democracies during </w:t>
      </w:r>
      <w:r>
        <w:rPr>
          <w:b/>
          <w:i w:val="0"/>
          <w:smallCaps w:val="0"/>
          <w:strike w:val="0"/>
          <w:sz w:val="22"/>
          <w:u w:val="single"/>
        </w:rPr>
        <w:t>epidemics</w:t>
      </w:r>
      <w:r>
        <w:rPr>
          <w:b w:val="0"/>
          <w:i w:val="0"/>
          <w:smallCaps w:val="0"/>
          <w:strike w:val="0"/>
          <w:sz w:val="16"/>
          <w:u w:val="none"/>
        </w:rPr>
        <w:t xml:space="preserve">, arguably </w:t>
      </w:r>
      <w:r>
        <w:rPr>
          <w:b/>
          <w:i w:val="0"/>
          <w:smallCaps w:val="0"/>
          <w:strike w:val="0"/>
          <w:sz w:val="22"/>
          <w:highlight w:val="cyan"/>
          <w:u w:val="single"/>
        </w:rPr>
        <w:t>because</w:t>
      </w:r>
      <w:r>
        <w:rPr>
          <w:b w:val="0"/>
          <w:i w:val="0"/>
          <w:smallCaps w:val="0"/>
          <w:strike w:val="0"/>
          <w:sz w:val="22"/>
          <w:highlight w:val="cyan"/>
          <w:u w:val="single"/>
        </w:rPr>
        <w:t xml:space="preserve"> of</w:t>
      </w:r>
      <w:r>
        <w:rPr>
          <w:b w:val="0"/>
          <w:i w:val="0"/>
          <w:smallCaps w:val="0"/>
          <w:strike w:val="0"/>
          <w:sz w:val="22"/>
          <w:u w:val="single"/>
        </w:rPr>
        <w:t xml:space="preserve"> their </w:t>
      </w:r>
      <w:r>
        <w:rPr>
          <w:b w:val="0"/>
          <w:i w:val="0"/>
          <w:smallCaps w:val="0"/>
          <w:strike w:val="0"/>
          <w:sz w:val="22"/>
          <w:highlight w:val="cyan"/>
          <w:u w:val="single"/>
        </w:rPr>
        <w:t xml:space="preserve">closed </w:t>
      </w:r>
      <w:r>
        <w:rPr>
          <w:b/>
          <w:i w:val="0"/>
          <w:smallCaps w:val="0"/>
          <w:strike w:val="0"/>
          <w:sz w:val="22"/>
          <w:highlight w:val="cyan"/>
          <w:u w:val="single"/>
        </w:rPr>
        <w:t>info</w:t>
      </w:r>
      <w:r>
        <w:rPr>
          <w:b w:val="0"/>
          <w:i w:val="0"/>
          <w:smallCaps w:val="0"/>
          <w:strike w:val="0"/>
          <w:sz w:val="22"/>
          <w:u w:val="single"/>
        </w:rPr>
        <w:t>rmation ecosystems</w:t>
      </w:r>
      <w:r>
        <w:rPr>
          <w:b w:val="0"/>
          <w:i w:val="0"/>
          <w:smallCaps w:val="0"/>
          <w:strike w:val="0"/>
          <w:sz w:val="16"/>
          <w:u w:val="none"/>
        </w:rPr>
        <w:t xml:space="preserve">.33 Overreliance on Technological Systems which ‘Fail Hard’ </w:t>
      </w:r>
      <w:r>
        <w:rPr>
          <w:b w:val="0"/>
          <w:i w:val="0"/>
          <w:smallCaps w:val="0"/>
          <w:strike w:val="0"/>
          <w:sz w:val="22"/>
          <w:u w:val="single"/>
        </w:rPr>
        <w:t xml:space="preserve">Many </w:t>
      </w:r>
      <w:r>
        <w:rPr>
          <w:b w:val="0"/>
          <w:i w:val="0"/>
          <w:smallCaps w:val="0"/>
          <w:strike w:val="0"/>
          <w:sz w:val="22"/>
          <w:u w:val="single"/>
        </w:rPr>
        <w:t xml:space="preserve">authoritarian governments are </w:t>
      </w:r>
      <w:r>
        <w:rPr>
          <w:b w:val="0"/>
          <w:i w:val="0"/>
          <w:smallCaps w:val="0"/>
          <w:strike w:val="0"/>
          <w:sz w:val="22"/>
          <w:highlight w:val="cyan"/>
          <w:u w:val="single"/>
        </w:rPr>
        <w:t>embracing</w:t>
      </w:r>
      <w:r>
        <w:rPr>
          <w:b w:val="0"/>
          <w:i w:val="0"/>
          <w:smallCaps w:val="0"/>
          <w:strike w:val="0"/>
          <w:sz w:val="16"/>
          <w:u w:val="none"/>
        </w:rPr>
        <w:t xml:space="preserve"> </w:t>
      </w:r>
      <w:r>
        <w:rPr>
          <w:b/>
          <w:i w:val="0"/>
          <w:smallCaps w:val="0"/>
          <w:strike w:val="0"/>
          <w:sz w:val="22"/>
          <w:highlight w:val="cyan"/>
          <w:u w:val="single"/>
        </w:rPr>
        <w:t>AI-driven surveillance and control</w:t>
      </w:r>
      <w:r>
        <w:rPr>
          <w:b w:val="0"/>
          <w:i w:val="0"/>
          <w:smallCaps w:val="0"/>
          <w:strike w:val="0"/>
          <w:sz w:val="16"/>
          <w:u w:val="none"/>
        </w:rPr>
        <w:t xml:space="preserve"> methods—from ‘smart cities’ to digital currencies, e-payment platforms and social apps. However, </w:t>
      </w:r>
      <w:r>
        <w:rPr>
          <w:b w:val="0"/>
          <w:i w:val="0"/>
          <w:smallCaps w:val="0"/>
          <w:strike w:val="0"/>
          <w:sz w:val="22"/>
          <w:u w:val="single"/>
        </w:rPr>
        <w:t xml:space="preserve">when </w:t>
      </w:r>
      <w:r>
        <w:rPr>
          <w:b w:val="0"/>
          <w:i w:val="0"/>
          <w:smallCaps w:val="0"/>
          <w:strike w:val="0"/>
          <w:sz w:val="22"/>
          <w:highlight w:val="cyan"/>
          <w:u w:val="single"/>
        </w:rPr>
        <w:t>AI systems fail</w:t>
      </w:r>
      <w:r>
        <w:rPr>
          <w:b w:val="0"/>
          <w:i w:val="0"/>
          <w:smallCaps w:val="0"/>
          <w:strike w:val="0"/>
          <w:sz w:val="22"/>
          <w:u w:val="single"/>
        </w:rPr>
        <w:t>, they</w:t>
      </w:r>
      <w:r>
        <w:rPr>
          <w:b w:val="0"/>
          <w:i w:val="0"/>
          <w:smallCaps w:val="0"/>
          <w:strike w:val="0"/>
          <w:sz w:val="16"/>
          <w:u w:val="none"/>
        </w:rPr>
        <w:t xml:space="preserve"> tend to </w:t>
      </w:r>
      <w:r>
        <w:rPr>
          <w:b w:val="0"/>
          <w:i w:val="0"/>
          <w:smallCaps w:val="0"/>
          <w:strike w:val="0"/>
          <w:sz w:val="22"/>
          <w:u w:val="single"/>
        </w:rPr>
        <w:t xml:space="preserve">fail </w:t>
      </w:r>
      <w:r>
        <w:rPr>
          <w:b w:val="0"/>
          <w:i w:val="0"/>
          <w:smallCaps w:val="0"/>
          <w:strike w:val="0"/>
          <w:sz w:val="22"/>
          <w:u w:val="single"/>
        </w:rPr>
        <w:t>in</w:t>
      </w:r>
      <w:r>
        <w:rPr>
          <w:b w:val="0"/>
          <w:i w:val="0"/>
          <w:smallCaps w:val="0"/>
          <w:strike w:val="0"/>
          <w:sz w:val="22"/>
          <w:u w:val="single"/>
        </w:rPr>
        <w:t xml:space="preserve"> </w:t>
      </w:r>
      <w:r>
        <w:rPr>
          <w:b/>
          <w:i w:val="0"/>
          <w:smallCaps w:val="0"/>
          <w:strike w:val="0"/>
          <w:sz w:val="22"/>
          <w:u w:val="single"/>
        </w:rPr>
        <w:t>unpredictable</w:t>
      </w:r>
      <w:r>
        <w:rPr>
          <w:b w:val="0"/>
          <w:i w:val="0"/>
          <w:smallCaps w:val="0"/>
          <w:strike w:val="0"/>
          <w:sz w:val="16"/>
          <w:u w:val="none"/>
        </w:rPr>
        <w:t xml:space="preserve">, often </w:t>
      </w:r>
      <w:r>
        <w:rPr>
          <w:b/>
          <w:i w:val="0"/>
          <w:smallCaps w:val="0"/>
          <w:strike w:val="0"/>
          <w:sz w:val="22"/>
          <w:u w:val="single"/>
        </w:rPr>
        <w:t>catastrophic ways</w:t>
      </w:r>
      <w:r>
        <w:rPr>
          <w:b w:val="0"/>
          <w:i w:val="0"/>
          <w:smallCaps w:val="0"/>
          <w:strike w:val="0"/>
          <w:sz w:val="16"/>
          <w:u w:val="none"/>
        </w:rPr>
        <w:t xml:space="preserve">. While citizens in democracies lament slow adoption of digital governance, </w:t>
      </w:r>
      <w:r>
        <w:rPr>
          <w:b w:val="0"/>
          <w:i w:val="0"/>
          <w:smallCaps w:val="0"/>
          <w:strike w:val="0"/>
          <w:sz w:val="22"/>
          <w:u w:val="single"/>
        </w:rPr>
        <w:t>authoritarians’</w:t>
      </w:r>
      <w:r>
        <w:rPr>
          <w:b w:val="0"/>
          <w:i w:val="0"/>
          <w:smallCaps w:val="0"/>
          <w:strike w:val="0"/>
          <w:sz w:val="16"/>
          <w:u w:val="none"/>
        </w:rPr>
        <w:t xml:space="preserve"> </w:t>
      </w:r>
      <w:r>
        <w:rPr>
          <w:b/>
          <w:i w:val="0"/>
          <w:smallCaps w:val="0"/>
          <w:strike w:val="0"/>
          <w:sz w:val="22"/>
          <w:u w:val="single"/>
        </w:rPr>
        <w:t>speed</w:t>
      </w:r>
      <w:r>
        <w:rPr>
          <w:b w:val="0"/>
          <w:i w:val="0"/>
          <w:smallCaps w:val="0"/>
          <w:strike w:val="0"/>
          <w:sz w:val="16"/>
          <w:u w:val="none"/>
        </w:rPr>
        <w:t xml:space="preserve"> </w:t>
      </w:r>
      <w:r>
        <w:rPr>
          <w:b w:val="0"/>
          <w:i w:val="0"/>
          <w:smallCaps w:val="0"/>
          <w:strike w:val="0"/>
          <w:sz w:val="22"/>
          <w:u w:val="single"/>
        </w:rPr>
        <w:t xml:space="preserve">comes with the risk that authorities roll out </w:t>
      </w:r>
      <w:r>
        <w:rPr>
          <w:b/>
          <w:i w:val="0"/>
          <w:smallCaps w:val="0"/>
          <w:strike w:val="0"/>
          <w:sz w:val="22"/>
          <w:u w:val="single"/>
        </w:rPr>
        <w:t>unsafe</w:t>
      </w:r>
      <w:r>
        <w:rPr>
          <w:b w:val="0"/>
          <w:i w:val="0"/>
          <w:smallCaps w:val="0"/>
          <w:strike w:val="0"/>
          <w:sz w:val="22"/>
          <w:u w:val="single"/>
        </w:rPr>
        <w:t xml:space="preserve"> or </w:t>
      </w:r>
      <w:r>
        <w:rPr>
          <w:b/>
          <w:i w:val="0"/>
          <w:smallCaps w:val="0"/>
          <w:strike w:val="0"/>
          <w:sz w:val="22"/>
          <w:u w:val="single"/>
        </w:rPr>
        <w:t>vulnerable systems</w:t>
      </w:r>
      <w:r>
        <w:rPr>
          <w:b w:val="0"/>
          <w:i w:val="0"/>
          <w:smallCaps w:val="0"/>
          <w:strike w:val="0"/>
          <w:sz w:val="16"/>
          <w:u w:val="none"/>
        </w:rPr>
        <w:t xml:space="preserve">.34 </w:t>
      </w:r>
      <w:r>
        <w:rPr>
          <w:b w:val="0"/>
          <w:i w:val="0"/>
          <w:smallCaps w:val="0"/>
          <w:strike w:val="0"/>
          <w:sz w:val="22"/>
          <w:u w:val="single"/>
        </w:rPr>
        <w:t xml:space="preserve">Imagine a critical failure of China’s </w:t>
      </w:r>
      <w:r>
        <w:rPr>
          <w:b/>
          <w:i w:val="0"/>
          <w:smallCaps w:val="0"/>
          <w:strike w:val="0"/>
          <w:sz w:val="22"/>
          <w:u w:val="single"/>
        </w:rPr>
        <w:t>social credit system</w:t>
      </w:r>
      <w:r>
        <w:rPr>
          <w:b w:val="0"/>
          <w:i w:val="0"/>
          <w:smallCaps w:val="0"/>
          <w:strike w:val="0"/>
          <w:sz w:val="16"/>
          <w:u w:val="none"/>
        </w:rPr>
        <w:t xml:space="preserve">—whether by accident or sabotage—which affected the integrity of records. </w:t>
      </w:r>
      <w:r>
        <w:rPr>
          <w:b w:val="0"/>
          <w:i w:val="0"/>
          <w:smallCaps w:val="0"/>
          <w:strike w:val="0"/>
          <w:sz w:val="22"/>
          <w:u w:val="single"/>
        </w:rPr>
        <w:t xml:space="preserve">The implications for </w:t>
      </w:r>
      <w:r>
        <w:rPr>
          <w:b/>
          <w:i w:val="0"/>
          <w:smallCaps w:val="0"/>
          <w:strike w:val="0"/>
          <w:sz w:val="22"/>
          <w:u w:val="single"/>
        </w:rPr>
        <w:t>regime stability</w:t>
      </w:r>
      <w:r>
        <w:rPr>
          <w:b w:val="0"/>
          <w:i w:val="0"/>
          <w:smallCaps w:val="0"/>
          <w:strike w:val="0"/>
          <w:sz w:val="22"/>
          <w:u w:val="single"/>
        </w:rPr>
        <w:t xml:space="preserve"> could be </w:t>
      </w:r>
      <w:r>
        <w:rPr>
          <w:b/>
          <w:i w:val="0"/>
          <w:smallCaps w:val="0"/>
          <w:strike w:val="0"/>
          <w:sz w:val="22"/>
          <w:u w:val="single"/>
        </w:rPr>
        <w:t>significant</w:t>
      </w:r>
      <w:r>
        <w:rPr>
          <w:b w:val="0"/>
          <w:i w:val="0"/>
          <w:smallCaps w:val="0"/>
          <w:strike w:val="0"/>
          <w:sz w:val="16"/>
          <w:u w:val="none"/>
        </w:rPr>
        <w:t xml:space="preserve">. </w:t>
      </w:r>
      <w:r>
        <w:rPr>
          <w:b w:val="0"/>
          <w:i w:val="0"/>
          <w:smallCaps w:val="0"/>
          <w:strike w:val="0"/>
          <w:sz w:val="22"/>
          <w:u w:val="single"/>
        </w:rPr>
        <w:t xml:space="preserve">AI systems do not need to fail to produce problematic </w:t>
      </w:r>
      <w:r>
        <w:rPr>
          <w:b/>
          <w:i w:val="0"/>
          <w:smallCaps w:val="0"/>
          <w:strike w:val="0"/>
          <w:sz w:val="22"/>
          <w:u w:val="single"/>
        </w:rPr>
        <w:t>results</w:t>
      </w:r>
      <w:r>
        <w:rPr>
          <w:b w:val="0"/>
          <w:i w:val="0"/>
          <w:smallCaps w:val="0"/>
          <w:strike w:val="0"/>
          <w:sz w:val="16"/>
          <w:u w:val="none"/>
        </w:rPr>
        <w:t xml:space="preserve">. </w:t>
      </w:r>
      <w:r>
        <w:rPr>
          <w:b w:val="0"/>
          <w:i w:val="0"/>
          <w:smallCaps w:val="0"/>
          <w:strike w:val="0"/>
          <w:sz w:val="22"/>
          <w:u w:val="single"/>
        </w:rPr>
        <w:t xml:space="preserve">They draw insights and make predictions based on correlations in vast datasets but are not good at identifying causal mechanisms. This means that AI systems often produce outcomes which </w:t>
      </w:r>
      <w:r>
        <w:rPr>
          <w:b/>
          <w:i w:val="0"/>
          <w:smallCaps w:val="0"/>
          <w:strike w:val="0"/>
          <w:sz w:val="22"/>
          <w:u w:val="single"/>
        </w:rPr>
        <w:t>humans cannot reverse engineer</w:t>
      </w:r>
      <w:r>
        <w:rPr>
          <w:b w:val="0"/>
          <w:i w:val="0"/>
          <w:smallCaps w:val="0"/>
          <w:strike w:val="0"/>
          <w:sz w:val="16"/>
          <w:u w:val="none"/>
        </w:rPr>
        <w:t xml:space="preserve"> or routinely evaluate. </w:t>
      </w:r>
      <w:r>
        <w:rPr>
          <w:b w:val="0"/>
          <w:i w:val="0"/>
          <w:smallCaps w:val="0"/>
          <w:strike w:val="0"/>
          <w:sz w:val="22"/>
          <w:u w:val="single"/>
        </w:rPr>
        <w:t xml:space="preserve">Like using </w:t>
      </w:r>
      <w:r>
        <w:rPr>
          <w:b/>
          <w:i w:val="0"/>
          <w:smallCaps w:val="0"/>
          <w:strike w:val="0"/>
          <w:sz w:val="22"/>
          <w:u w:val="single"/>
        </w:rPr>
        <w:t>asbestos to build a city</w:t>
      </w:r>
      <w:r>
        <w:rPr>
          <w:b w:val="0"/>
          <w:i w:val="0"/>
          <w:smallCaps w:val="0"/>
          <w:strike w:val="0"/>
          <w:sz w:val="22"/>
          <w:u w:val="single"/>
        </w:rPr>
        <w:t xml:space="preserve">, </w:t>
      </w:r>
      <w:r>
        <w:rPr>
          <w:b w:val="0"/>
          <w:i w:val="0"/>
          <w:smallCaps w:val="0"/>
          <w:strike w:val="0"/>
          <w:sz w:val="22"/>
          <w:u w:val="single"/>
        </w:rPr>
        <w:t>AI governance</w:t>
      </w:r>
      <w:r>
        <w:rPr>
          <w:b w:val="0"/>
          <w:i w:val="0"/>
          <w:smallCaps w:val="0"/>
          <w:strike w:val="0"/>
          <w:sz w:val="22"/>
          <w:u w:val="single"/>
        </w:rPr>
        <w:t xml:space="preserve"> systems might produce good results in the </w:t>
      </w:r>
      <w:r>
        <w:rPr>
          <w:b/>
          <w:i w:val="0"/>
          <w:smallCaps w:val="0"/>
          <w:strike w:val="0"/>
          <w:sz w:val="22"/>
          <w:u w:val="single"/>
        </w:rPr>
        <w:t>short-term</w:t>
      </w:r>
      <w:r>
        <w:rPr>
          <w:b w:val="0"/>
          <w:i w:val="0"/>
          <w:smallCaps w:val="0"/>
          <w:strike w:val="0"/>
          <w:sz w:val="16"/>
          <w:u w:val="none"/>
        </w:rPr>
        <w:t xml:space="preserve">, </w:t>
      </w:r>
      <w:r>
        <w:rPr>
          <w:b w:val="0"/>
          <w:i w:val="0"/>
          <w:smallCaps w:val="0"/>
          <w:strike w:val="0"/>
          <w:sz w:val="22"/>
          <w:u w:val="single"/>
        </w:rPr>
        <w:t xml:space="preserve">but inconsistencies or oversights in their approaches could </w:t>
      </w:r>
      <w:r>
        <w:rPr>
          <w:b w:val="0"/>
          <w:i w:val="0"/>
          <w:smallCaps w:val="0"/>
          <w:strike w:val="0"/>
          <w:sz w:val="22"/>
          <w:highlight w:val="cyan"/>
          <w:u w:val="single"/>
        </w:rPr>
        <w:t xml:space="preserve">lead to </w:t>
      </w:r>
      <w:r>
        <w:rPr>
          <w:b/>
          <w:i w:val="0"/>
          <w:smallCaps w:val="0"/>
          <w:strike w:val="0"/>
          <w:sz w:val="22"/>
          <w:highlight w:val="cyan"/>
          <w:u w:val="single"/>
        </w:rPr>
        <w:t>cascading failures</w:t>
      </w:r>
      <w:r>
        <w:rPr>
          <w:b w:val="0"/>
          <w:i w:val="0"/>
          <w:smallCaps w:val="0"/>
          <w:strike w:val="0"/>
          <w:sz w:val="16"/>
          <w:u w:val="none"/>
        </w:rPr>
        <w:t xml:space="preserve"> that humans struggle to identify, let alone rectify.35 Unintended Consequences from High-Tech Modernism Fixation by central governments on achieving targets or deploying certain technologies creates incentives for local officials to deploy “technology placebos” that do little to address underlying economic and social concerns. For example, many so-called smart city projects in authoritarian societies have failed to meet development and economic goals. They are fraught with issues such as “unclear strategic goals” (e.g. they often optimize for surveillance, not development) and “inadequate implementation.”36 This problem may be particularly pronounced for less-developed authoritarian governments which have been persuaded, for strategic reasons, to buy Chinese-exported digital surveillance tools that are not customized to local circumstances. These cities may also become locked into unstable or insecure technical architectures37 and economic dependence on China.38 Commitments to targets, and </w:t>
      </w:r>
      <w:r>
        <w:rPr>
          <w:b/>
          <w:i w:val="0"/>
          <w:smallCaps w:val="0"/>
          <w:strike w:val="0"/>
          <w:sz w:val="22"/>
          <w:u w:val="single"/>
        </w:rPr>
        <w:t>ideological fervor</w:t>
      </w:r>
      <w:r>
        <w:rPr>
          <w:b w:val="0"/>
          <w:i w:val="0"/>
          <w:smallCaps w:val="0"/>
          <w:strike w:val="0"/>
          <w:sz w:val="16"/>
          <w:u w:val="none"/>
        </w:rPr>
        <w:t xml:space="preserve"> about technology, </w:t>
      </w:r>
      <w:r>
        <w:rPr>
          <w:b w:val="0"/>
          <w:i w:val="0"/>
          <w:smallCaps w:val="0"/>
          <w:strike w:val="0"/>
          <w:sz w:val="22"/>
          <w:u w:val="single"/>
        </w:rPr>
        <w:t>can</w:t>
      </w:r>
      <w:r>
        <w:rPr>
          <w:b w:val="0"/>
          <w:i w:val="0"/>
          <w:smallCaps w:val="0"/>
          <w:strike w:val="0"/>
          <w:sz w:val="16"/>
          <w:u w:val="none"/>
        </w:rPr>
        <w:t xml:space="preserve"> also </w:t>
      </w:r>
      <w:r>
        <w:rPr>
          <w:b w:val="0"/>
          <w:i w:val="0"/>
          <w:smallCaps w:val="0"/>
          <w:strike w:val="0"/>
          <w:sz w:val="22"/>
          <w:u w:val="single"/>
        </w:rPr>
        <w:t>distort</w:t>
      </w:r>
      <w:r>
        <w:rPr>
          <w:b w:val="0"/>
          <w:i w:val="0"/>
          <w:smallCaps w:val="0"/>
          <w:strike w:val="0"/>
          <w:sz w:val="16"/>
          <w:u w:val="none"/>
        </w:rPr>
        <w:t xml:space="preserve"> </w:t>
      </w:r>
      <w:r>
        <w:rPr>
          <w:b/>
          <w:i w:val="0"/>
          <w:smallCaps w:val="0"/>
          <w:strike w:val="0"/>
          <w:sz w:val="22"/>
          <w:u w:val="single"/>
        </w:rPr>
        <w:t>commercial</w:t>
      </w:r>
      <w:r>
        <w:rPr>
          <w:b w:val="0"/>
          <w:i w:val="0"/>
          <w:smallCaps w:val="0"/>
          <w:strike w:val="0"/>
          <w:sz w:val="16"/>
          <w:u w:val="none"/>
        </w:rPr>
        <w:t xml:space="preserve"> </w:t>
      </w:r>
      <w:r>
        <w:rPr>
          <w:b w:val="0"/>
          <w:i w:val="0"/>
          <w:smallCaps w:val="0"/>
          <w:strike w:val="0"/>
          <w:sz w:val="22"/>
          <w:u w:val="single"/>
        </w:rPr>
        <w:t xml:space="preserve">decisions and raise unrealistic </w:t>
      </w:r>
      <w:r>
        <w:rPr>
          <w:b/>
          <w:i w:val="0"/>
          <w:smallCaps w:val="0"/>
          <w:strike w:val="0"/>
          <w:sz w:val="22"/>
          <w:u w:val="single"/>
        </w:rPr>
        <w:t>public</w:t>
      </w:r>
      <w:r>
        <w:rPr>
          <w:b w:val="0"/>
          <w:i w:val="0"/>
          <w:smallCaps w:val="0"/>
          <w:strike w:val="0"/>
          <w:sz w:val="22"/>
          <w:u w:val="single"/>
        </w:rPr>
        <w:t xml:space="preserve"> expectations</w:t>
      </w:r>
      <w:r>
        <w:rPr>
          <w:b w:val="0"/>
          <w:i w:val="0"/>
          <w:smallCaps w:val="0"/>
          <w:strike w:val="0"/>
          <w:sz w:val="16"/>
          <w:u w:val="none"/>
        </w:rPr>
        <w:t xml:space="preserve">. Analysis of China’s AI industry, for example, suggests that companies are eschewing investment in basic research and focusing on quick wins in applied research.39 Additionally, China is already behind on meeting a number of its technology targets40—a lag that will likely be exacerbated by the global economic downturn following the coronavirus pandemic, and rising security fears in foreign markets about the security of Chinese technology and IP theft by its companies. From a strategic perspective, </w:t>
      </w:r>
      <w:r>
        <w:rPr>
          <w:b w:val="0"/>
          <w:i w:val="0"/>
          <w:smallCaps w:val="0"/>
          <w:strike w:val="0"/>
          <w:sz w:val="22"/>
          <w:u w:val="single"/>
        </w:rPr>
        <w:t xml:space="preserve">there are </w:t>
      </w:r>
      <w:r>
        <w:rPr>
          <w:b/>
          <w:i w:val="0"/>
          <w:smallCaps w:val="0"/>
          <w:strike w:val="0"/>
          <w:sz w:val="22"/>
          <w:u w:val="single"/>
        </w:rPr>
        <w:t>risks</w:t>
      </w:r>
      <w:r>
        <w:rPr>
          <w:b w:val="0"/>
          <w:i w:val="0"/>
          <w:smallCaps w:val="0"/>
          <w:strike w:val="0"/>
          <w:sz w:val="16"/>
          <w:u w:val="none"/>
        </w:rPr>
        <w:t xml:space="preserve"> </w:t>
      </w:r>
      <w:r>
        <w:rPr>
          <w:b w:val="0"/>
          <w:i w:val="0"/>
          <w:smallCaps w:val="0"/>
          <w:strike w:val="0"/>
          <w:sz w:val="22"/>
          <w:u w:val="single"/>
        </w:rPr>
        <w:t xml:space="preserve">that </w:t>
      </w:r>
      <w:r>
        <w:rPr>
          <w:b w:val="0"/>
          <w:i w:val="0"/>
          <w:smallCaps w:val="0"/>
          <w:strike w:val="0"/>
          <w:sz w:val="22"/>
          <w:u w:val="single"/>
        </w:rPr>
        <w:t xml:space="preserve">authoritarian governments’ fixation on technology-centric strategies will lead them to </w:t>
      </w:r>
      <w:r>
        <w:rPr>
          <w:b/>
          <w:i w:val="0"/>
          <w:smallCaps w:val="0"/>
          <w:strike w:val="0"/>
          <w:sz w:val="22"/>
          <w:u w:val="single"/>
        </w:rPr>
        <w:t>overestimate</w:t>
      </w:r>
      <w:r>
        <w:rPr>
          <w:b w:val="0"/>
          <w:i w:val="0"/>
          <w:smallCaps w:val="0"/>
          <w:strike w:val="0"/>
          <w:sz w:val="22"/>
          <w:u w:val="single"/>
        </w:rPr>
        <w:t xml:space="preserve"> what technology can in fact achieve</w:t>
      </w:r>
      <w:r>
        <w:rPr>
          <w:b w:val="0"/>
          <w:i w:val="0"/>
          <w:smallCaps w:val="0"/>
          <w:strike w:val="0"/>
          <w:sz w:val="16"/>
          <w:u w:val="none"/>
        </w:rPr>
        <w:t xml:space="preserve">. For example, </w:t>
      </w:r>
      <w:r>
        <w:rPr>
          <w:b w:val="0"/>
          <w:i w:val="0"/>
          <w:smallCaps w:val="0"/>
          <w:strike w:val="0"/>
          <w:sz w:val="22"/>
          <w:highlight w:val="cyan"/>
          <w:u w:val="single"/>
        </w:rPr>
        <w:t>Chinese</w:t>
      </w:r>
      <w:r>
        <w:rPr>
          <w:b w:val="0"/>
          <w:i w:val="0"/>
          <w:smallCaps w:val="0"/>
          <w:strike w:val="0"/>
          <w:sz w:val="22"/>
          <w:u w:val="single"/>
        </w:rPr>
        <w:t xml:space="preserve"> military </w:t>
      </w:r>
      <w:r>
        <w:rPr>
          <w:b w:val="0"/>
          <w:i w:val="0"/>
          <w:smallCaps w:val="0"/>
          <w:strike w:val="0"/>
          <w:sz w:val="22"/>
          <w:highlight w:val="cyan"/>
          <w:u w:val="single"/>
        </w:rPr>
        <w:t>strategists</w:t>
      </w:r>
      <w:r>
        <w:rPr>
          <w:b w:val="0"/>
          <w:i w:val="0"/>
          <w:smallCaps w:val="0"/>
          <w:strike w:val="0"/>
          <w:sz w:val="22"/>
          <w:u w:val="single"/>
        </w:rPr>
        <w:t xml:space="preserve"> have </w:t>
      </w:r>
      <w:r>
        <w:rPr>
          <w:b/>
          <w:i w:val="0"/>
          <w:smallCaps w:val="0"/>
          <w:strike w:val="0"/>
          <w:sz w:val="22"/>
          <w:highlight w:val="cyan"/>
          <w:u w:val="single"/>
        </w:rPr>
        <w:t>posit</w:t>
      </w:r>
      <w:r>
        <w:rPr>
          <w:b w:val="0"/>
          <w:i w:val="0"/>
          <w:smallCaps w:val="0"/>
          <w:strike w:val="0"/>
          <w:sz w:val="22"/>
          <w:u w:val="single"/>
        </w:rPr>
        <w:t xml:space="preserve">ed that </w:t>
      </w:r>
      <w:r>
        <w:rPr>
          <w:b/>
          <w:i w:val="0"/>
          <w:smallCaps w:val="0"/>
          <w:strike w:val="0"/>
          <w:sz w:val="22"/>
          <w:highlight w:val="cyan"/>
          <w:u w:val="single"/>
        </w:rPr>
        <w:t>AI</w:t>
      </w:r>
      <w:r>
        <w:rPr>
          <w:b w:val="0"/>
          <w:i w:val="0"/>
          <w:smallCaps w:val="0"/>
          <w:strike w:val="0"/>
          <w:sz w:val="22"/>
          <w:highlight w:val="cyan"/>
          <w:u w:val="single"/>
        </w:rPr>
        <w:t xml:space="preserve"> could</w:t>
      </w:r>
      <w:r>
        <w:rPr>
          <w:b w:val="0"/>
          <w:i w:val="0"/>
          <w:smallCaps w:val="0"/>
          <w:strike w:val="0"/>
          <w:sz w:val="22"/>
          <w:u w:val="single"/>
        </w:rPr>
        <w:t xml:space="preserve"> </w:t>
      </w:r>
      <w:r>
        <w:rPr>
          <w:b/>
          <w:i w:val="0"/>
          <w:smallCaps w:val="0"/>
          <w:strike w:val="0"/>
          <w:sz w:val="22"/>
          <w:u w:val="single"/>
        </w:rPr>
        <w:t>lift the ‘fog’ of war</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highlight w:val="cyan"/>
          <w:u w:val="single"/>
        </w:rPr>
        <w:t>eliminate uncertainty</w:t>
      </w:r>
      <w:r>
        <w:rPr>
          <w:b w:val="0"/>
          <w:i w:val="0"/>
          <w:smallCaps w:val="0"/>
          <w:strike w:val="0"/>
          <w:sz w:val="16"/>
          <w:u w:val="none"/>
        </w:rPr>
        <w:t xml:space="preserve"> and confusion </w:t>
      </w:r>
      <w:r>
        <w:rPr>
          <w:b w:val="0"/>
          <w:i w:val="0"/>
          <w:smallCaps w:val="0"/>
          <w:strike w:val="0"/>
          <w:sz w:val="22"/>
          <w:highlight w:val="cyan"/>
          <w:u w:val="single"/>
        </w:rPr>
        <w:t>on</w:t>
      </w:r>
      <w:r>
        <w:rPr>
          <w:b w:val="0"/>
          <w:i w:val="0"/>
          <w:smallCaps w:val="0"/>
          <w:strike w:val="0"/>
          <w:sz w:val="16"/>
          <w:u w:val="none"/>
        </w:rPr>
        <w:t xml:space="preserve"> the </w:t>
      </w:r>
      <w:r>
        <w:rPr>
          <w:b/>
          <w:i w:val="0"/>
          <w:smallCaps w:val="0"/>
          <w:strike w:val="0"/>
          <w:sz w:val="22"/>
          <w:highlight w:val="cyan"/>
          <w:u w:val="single"/>
        </w:rPr>
        <w:t>battle</w:t>
      </w:r>
      <w:r>
        <w:rPr>
          <w:b w:val="0"/>
          <w:i w:val="0"/>
          <w:smallCaps w:val="0"/>
          <w:strike w:val="0"/>
          <w:sz w:val="16"/>
          <w:u w:val="none"/>
        </w:rPr>
        <w:t xml:space="preserve">field. </w:t>
      </w:r>
      <w:r>
        <w:rPr>
          <w:b w:val="0"/>
          <w:i w:val="0"/>
          <w:smallCaps w:val="0"/>
          <w:strike w:val="0"/>
          <w:sz w:val="22"/>
          <w:highlight w:val="cyan"/>
          <w:u w:val="single"/>
        </w:rPr>
        <w:t>This</w:t>
      </w:r>
      <w:r>
        <w:rPr>
          <w:b w:val="0"/>
          <w:i w:val="0"/>
          <w:smallCaps w:val="0"/>
          <w:strike w:val="0"/>
          <w:sz w:val="22"/>
          <w:u w:val="single"/>
        </w:rPr>
        <w:t xml:space="preserve"> is an ahistorical and unlikely prediction that </w:t>
      </w:r>
      <w:r>
        <w:rPr>
          <w:b w:val="0"/>
          <w:i w:val="0"/>
          <w:smallCaps w:val="0"/>
          <w:strike w:val="0"/>
          <w:sz w:val="22"/>
          <w:highlight w:val="cyan"/>
          <w:u w:val="single"/>
        </w:rPr>
        <w:t xml:space="preserve">could </w:t>
      </w:r>
      <w:r>
        <w:rPr>
          <w:b/>
          <w:i w:val="0"/>
          <w:smallCaps w:val="0"/>
          <w:strike w:val="0"/>
          <w:sz w:val="22"/>
          <w:highlight w:val="cyan"/>
          <w:u w:val="single"/>
        </w:rPr>
        <w:t>inspire miscalc</w:t>
      </w:r>
      <w:r>
        <w:rPr>
          <w:b w:val="0"/>
          <w:i w:val="0"/>
          <w:smallCaps w:val="0"/>
          <w:strike w:val="0"/>
          <w:sz w:val="22"/>
          <w:u w:val="single"/>
        </w:rPr>
        <w:t>ulation</w:t>
      </w:r>
      <w:r>
        <w:rPr>
          <w:b w:val="0"/>
          <w:i w:val="0"/>
          <w:smallCaps w:val="0"/>
          <w:strike w:val="0"/>
          <w:sz w:val="16"/>
          <w:u w:val="none"/>
        </w:rPr>
        <w:t xml:space="preserve">.41 </w:t>
      </w:r>
      <w:r>
        <w:rPr>
          <w:b w:val="0"/>
          <w:i w:val="0"/>
          <w:smallCaps w:val="0"/>
          <w:strike w:val="0"/>
          <w:sz w:val="22"/>
          <w:u w:val="single"/>
        </w:rPr>
        <w:t xml:space="preserve">Russian strategists theorize about how </w:t>
      </w:r>
      <w:r>
        <w:rPr>
          <w:b/>
          <w:i w:val="0"/>
          <w:smallCaps w:val="0"/>
          <w:strike w:val="0"/>
          <w:sz w:val="22"/>
          <w:u w:val="single"/>
        </w:rPr>
        <w:t>psychological</w:t>
      </w:r>
      <w:r>
        <w:rPr>
          <w:b w:val="0"/>
          <w:i w:val="0"/>
          <w:smallCaps w:val="0"/>
          <w:strike w:val="0"/>
          <w:sz w:val="22"/>
          <w:u w:val="single"/>
        </w:rPr>
        <w:t xml:space="preserve"> operations might </w:t>
      </w:r>
      <w:r>
        <w:rPr>
          <w:b/>
          <w:i w:val="0"/>
          <w:smallCaps w:val="0"/>
          <w:strike w:val="0"/>
          <w:sz w:val="22"/>
          <w:u w:val="single"/>
        </w:rPr>
        <w:t>subdue adversaries</w:t>
      </w:r>
      <w:r>
        <w:rPr>
          <w:b w:val="0"/>
          <w:i w:val="0"/>
          <w:smallCaps w:val="0"/>
          <w:strike w:val="0"/>
          <w:sz w:val="22"/>
          <w:u w:val="single"/>
        </w:rPr>
        <w:t xml:space="preserve"> </w:t>
      </w:r>
      <w:r>
        <w:rPr>
          <w:b/>
          <w:i w:val="0"/>
          <w:smallCaps w:val="0"/>
          <w:strike w:val="0"/>
          <w:sz w:val="22"/>
          <w:u w:val="single"/>
        </w:rPr>
        <w:t>without a shot being fired</w:t>
      </w:r>
      <w:r>
        <w:rPr>
          <w:b w:val="0"/>
          <w:i w:val="0"/>
          <w:smallCaps w:val="0"/>
          <w:strike w:val="0"/>
          <w:sz w:val="22"/>
          <w:u w:val="single"/>
        </w:rPr>
        <w:t xml:space="preserve">—an approach that may </w:t>
      </w:r>
      <w:r>
        <w:rPr>
          <w:b/>
          <w:i w:val="0"/>
          <w:smallCaps w:val="0"/>
          <w:strike w:val="0"/>
          <w:sz w:val="22"/>
          <w:u w:val="single"/>
        </w:rPr>
        <w:t>overestimate</w:t>
      </w:r>
      <w:r>
        <w:rPr>
          <w:b w:val="0"/>
          <w:i w:val="0"/>
          <w:smallCaps w:val="0"/>
          <w:strike w:val="0"/>
          <w:sz w:val="16"/>
          <w:u w:val="none"/>
        </w:rPr>
        <w:t xml:space="preserve"> </w:t>
      </w:r>
      <w:r>
        <w:rPr>
          <w:b w:val="0"/>
          <w:i w:val="0"/>
          <w:smallCaps w:val="0"/>
          <w:strike w:val="0"/>
          <w:sz w:val="22"/>
          <w:u w:val="single"/>
        </w:rPr>
        <w:t>what cognitive warfare can achieve</w:t>
      </w:r>
      <w:r>
        <w:rPr>
          <w:b w:val="0"/>
          <w:i w:val="0"/>
          <w:smallCaps w:val="0"/>
          <w:strike w:val="0"/>
          <w:sz w:val="16"/>
          <w:u w:val="none"/>
        </w:rPr>
        <w:t xml:space="preserve">, at least without being combined with other elements of national power.42 Challenges to Social Cohesion The medium- and long-term social consequences of digital authoritarianism are yet untested. Overreliance on surveillance and enforcement systems could attenuate relationships within a society, exacerbating authoritarians’ underlying low trust problems. Since they tend to reduce citizens to data inputs, these systems may deny citizens’ intrinsic desire for dignity and identity—with unexpected results.43 Information control tactics—such as flooding—can repress opposition, but long-term may exacerbate public uncertainty and decrease business confidence and trust in official information, with implications for social cohesion and economic progress.44 Dysfunctional Innovation Ecosystems Information control and state-led pushes for technology dominance risk hampering innovation. For example, to achieve Xi Jinping’s ‘Made in China 2025’ goals, the CCP is supporting high-tech monopolies, restricting international collaboration, and yoking the state and market together.45 However, monopolies are notoriously inefficient and cross-border collaboration is an important driver of innovation. Further, innovation works best under free market conditions and in open societies.46 Some analysts argue that China’s success in deploying AI applications is an exception to this rule. However, there is a risk that Chinese companies are prioritizing </w:t>
      </w:r>
      <w:r>
        <w:rPr>
          <w:b w:val="0"/>
          <w:i w:val="0"/>
          <w:smallCaps w:val="0"/>
          <w:strike w:val="0"/>
          <w:sz w:val="16"/>
          <w:u w:val="none"/>
        </w:rPr>
        <w:t>shortterm</w:t>
      </w:r>
      <w:r>
        <w:rPr>
          <w:b w:val="0"/>
          <w:i w:val="0"/>
          <w:smallCaps w:val="0"/>
          <w:strike w:val="0"/>
          <w:sz w:val="16"/>
          <w:u w:val="none"/>
        </w:rPr>
        <w:t xml:space="preserve"> breakthroughs (e.g. analyzing existing datasets to find new insights) at the expense of long-term investment in basic research.47 While authoritarians may excel at developing and deploying AI applications, conceptual research is arguably the real engine of AI advancement—and something that will continue to thrive in open societies. Summary and Further Research All states face risks in the information age, but the extent to which regime type affects the relative likelihood of these risks materializing, and their magnitude, is understudied. For example, much has been written about liberal democracies’ vulnerabilities to propaganda and foreign interference via social media.48 But </w:t>
      </w:r>
      <w:r>
        <w:rPr>
          <w:b w:val="0"/>
          <w:i w:val="0"/>
          <w:smallCaps w:val="0"/>
          <w:strike w:val="0"/>
          <w:sz w:val="22"/>
          <w:u w:val="single"/>
        </w:rPr>
        <w:t xml:space="preserve">while </w:t>
      </w:r>
      <w:r>
        <w:rPr>
          <w:b/>
          <w:i w:val="0"/>
          <w:smallCaps w:val="0"/>
          <w:strike w:val="0"/>
          <w:sz w:val="22"/>
          <w:highlight w:val="cyan"/>
          <w:u w:val="single"/>
        </w:rPr>
        <w:t>info</w:t>
      </w:r>
      <w:r>
        <w:rPr>
          <w:b w:val="0"/>
          <w:i w:val="0"/>
          <w:smallCaps w:val="0"/>
          <w:strike w:val="0"/>
          <w:sz w:val="22"/>
          <w:u w:val="single"/>
        </w:rPr>
        <w:t xml:space="preserve">rmation </w:t>
      </w:r>
      <w:r>
        <w:rPr>
          <w:b/>
          <w:i w:val="0"/>
          <w:smallCaps w:val="0"/>
          <w:strike w:val="0"/>
          <w:sz w:val="22"/>
          <w:highlight w:val="cyan"/>
          <w:u w:val="single"/>
        </w:rPr>
        <w:t>war</w:t>
      </w:r>
      <w:r>
        <w:rPr>
          <w:b w:val="0"/>
          <w:i w:val="0"/>
          <w:smallCaps w:val="0"/>
          <w:strike w:val="0"/>
          <w:sz w:val="22"/>
          <w:u w:val="single"/>
        </w:rPr>
        <w:t xml:space="preserve">fare </w:t>
      </w:r>
      <w:r>
        <w:rPr>
          <w:b/>
          <w:i w:val="0"/>
          <w:smallCaps w:val="0"/>
          <w:strike w:val="0"/>
          <w:sz w:val="22"/>
          <w:u w:val="single"/>
        </w:rPr>
        <w:t>against</w:t>
      </w:r>
      <w:r>
        <w:rPr>
          <w:b w:val="0"/>
          <w:i w:val="0"/>
          <w:smallCaps w:val="0"/>
          <w:strike w:val="0"/>
          <w:sz w:val="22"/>
          <w:u w:val="single"/>
        </w:rPr>
        <w:t xml:space="preserve"> open societies is more </w:t>
      </w:r>
      <w:r>
        <w:rPr>
          <w:b/>
          <w:i w:val="0"/>
          <w:smallCaps w:val="0"/>
          <w:strike w:val="0"/>
          <w:sz w:val="22"/>
          <w:u w:val="single"/>
        </w:rPr>
        <w:t>likely</w:t>
      </w:r>
      <w:r>
        <w:rPr>
          <w:b w:val="0"/>
          <w:i w:val="0"/>
          <w:smallCaps w:val="0"/>
          <w:strike w:val="0"/>
          <w:sz w:val="16"/>
          <w:u w:val="none"/>
        </w:rPr>
        <w:t xml:space="preserve">, arguably </w:t>
      </w:r>
      <w:r>
        <w:rPr>
          <w:b w:val="0"/>
          <w:i w:val="0"/>
          <w:smallCaps w:val="0"/>
          <w:strike w:val="0"/>
          <w:sz w:val="22"/>
          <w:u w:val="single"/>
        </w:rPr>
        <w:t xml:space="preserve">it </w:t>
      </w:r>
      <w:r>
        <w:rPr>
          <w:b w:val="0"/>
          <w:i w:val="0"/>
          <w:smallCaps w:val="0"/>
          <w:strike w:val="0"/>
          <w:sz w:val="22"/>
          <w:highlight w:val="cyan"/>
          <w:u w:val="single"/>
        </w:rPr>
        <w:t xml:space="preserve">is a </w:t>
      </w:r>
      <w:r>
        <w:rPr>
          <w:b/>
          <w:i w:val="0"/>
          <w:smallCaps w:val="0"/>
          <w:strike w:val="0"/>
          <w:sz w:val="22"/>
          <w:highlight w:val="cyan"/>
          <w:u w:val="single"/>
        </w:rPr>
        <w:t xml:space="preserve">higher </w:t>
      </w:r>
      <w:r>
        <w:rPr>
          <w:b/>
          <w:i w:val="0"/>
          <w:smallCaps w:val="0"/>
          <w:strike w:val="0"/>
          <w:sz w:val="22"/>
          <w:u w:val="single"/>
        </w:rPr>
        <w:t xml:space="preserve">magnitude </w:t>
      </w:r>
      <w:r>
        <w:rPr>
          <w:b/>
          <w:i w:val="0"/>
          <w:smallCaps w:val="0"/>
          <w:strike w:val="0"/>
          <w:sz w:val="22"/>
          <w:highlight w:val="cyan"/>
          <w:u w:val="single"/>
        </w:rPr>
        <w:t>threat</w:t>
      </w:r>
      <w:r>
        <w:rPr>
          <w:b w:val="0"/>
          <w:i w:val="0"/>
          <w:smallCaps w:val="0"/>
          <w:strike w:val="0"/>
          <w:sz w:val="16"/>
          <w:u w:val="none"/>
        </w:rPr>
        <w:t xml:space="preserve"> </w:t>
      </w:r>
      <w:r>
        <w:rPr>
          <w:b w:val="0"/>
          <w:i w:val="0"/>
          <w:smallCaps w:val="0"/>
          <w:strike w:val="0"/>
          <w:sz w:val="22"/>
          <w:highlight w:val="cyan"/>
          <w:u w:val="single"/>
        </w:rPr>
        <w:t>for</w:t>
      </w:r>
      <w:r>
        <w:rPr>
          <w:b w:val="0"/>
          <w:i w:val="0"/>
          <w:smallCaps w:val="0"/>
          <w:strike w:val="0"/>
          <w:sz w:val="16"/>
          <w:u w:val="none"/>
        </w:rPr>
        <w:t xml:space="preserve"> </w:t>
      </w:r>
      <w:r>
        <w:rPr>
          <w:b/>
          <w:i w:val="0"/>
          <w:smallCaps w:val="0"/>
          <w:strike w:val="0"/>
          <w:sz w:val="22"/>
          <w:highlight w:val="cyan"/>
          <w:u w:val="single"/>
        </w:rPr>
        <w:t>authoritarians</w:t>
      </w:r>
      <w:r>
        <w:rPr>
          <w:b w:val="0"/>
          <w:i w:val="0"/>
          <w:smallCaps w:val="0"/>
          <w:strike w:val="0"/>
          <w:sz w:val="16"/>
          <w:u w:val="none"/>
        </w:rPr>
        <w:t xml:space="preserve">, </w:t>
      </w:r>
      <w:r>
        <w:rPr>
          <w:b w:val="0"/>
          <w:i w:val="0"/>
          <w:smallCaps w:val="0"/>
          <w:strike w:val="0"/>
          <w:sz w:val="22"/>
          <w:u w:val="single"/>
        </w:rPr>
        <w:t xml:space="preserve">where </w:t>
      </w:r>
      <w:r>
        <w:rPr>
          <w:b/>
          <w:i w:val="0"/>
          <w:smallCaps w:val="0"/>
          <w:strike w:val="0"/>
          <w:sz w:val="22"/>
          <w:u w:val="single"/>
        </w:rPr>
        <w:t>control</w:t>
      </w:r>
      <w:r>
        <w:rPr>
          <w:b w:val="0"/>
          <w:i w:val="0"/>
          <w:smallCaps w:val="0"/>
          <w:strike w:val="0"/>
          <w:sz w:val="22"/>
          <w:u w:val="single"/>
        </w:rPr>
        <w:t xml:space="preserve"> of </w:t>
      </w:r>
      <w:r>
        <w:rPr>
          <w:b/>
          <w:i w:val="0"/>
          <w:smallCaps w:val="0"/>
          <w:strike w:val="0"/>
          <w:sz w:val="22"/>
          <w:u w:val="single"/>
        </w:rPr>
        <w:t>information</w:t>
      </w:r>
      <w:r>
        <w:rPr>
          <w:b w:val="0"/>
          <w:i w:val="0"/>
          <w:smallCaps w:val="0"/>
          <w:strike w:val="0"/>
          <w:sz w:val="16"/>
          <w:u w:val="none"/>
        </w:rPr>
        <w:t xml:space="preserve"> </w:t>
      </w:r>
      <w:r>
        <w:rPr>
          <w:b w:val="0"/>
          <w:i w:val="0"/>
          <w:smallCaps w:val="0"/>
          <w:strike w:val="0"/>
          <w:sz w:val="22"/>
          <w:u w:val="single"/>
        </w:rPr>
        <w:t>is</w:t>
      </w:r>
      <w:r>
        <w:rPr>
          <w:b w:val="0"/>
          <w:i w:val="0"/>
          <w:smallCaps w:val="0"/>
          <w:strike w:val="0"/>
          <w:sz w:val="16"/>
          <w:u w:val="none"/>
        </w:rPr>
        <w:t xml:space="preserve"> </w:t>
      </w:r>
      <w:r>
        <w:rPr>
          <w:b/>
          <w:i w:val="0"/>
          <w:smallCaps w:val="0"/>
          <w:strike w:val="0"/>
          <w:sz w:val="22"/>
          <w:u w:val="single"/>
        </w:rPr>
        <w:t>core to regime survival</w:t>
      </w:r>
      <w:r>
        <w:rPr>
          <w:b w:val="0"/>
          <w:i w:val="0"/>
          <w:smallCaps w:val="0"/>
          <w:strike w:val="0"/>
          <w:sz w:val="22"/>
          <w:u w:val="single"/>
        </w:rPr>
        <w:t xml:space="preserve">. Similarly, analysts often lament that democratic governments have been </w:t>
      </w:r>
      <w:r>
        <w:rPr>
          <w:b/>
          <w:i w:val="0"/>
          <w:smallCaps w:val="0"/>
          <w:strike w:val="0"/>
          <w:sz w:val="22"/>
          <w:u w:val="single"/>
        </w:rPr>
        <w:t>slow to digitize governance systems</w:t>
      </w:r>
      <w:r>
        <w:rPr>
          <w:b w:val="0"/>
          <w:i w:val="0"/>
          <w:smallCaps w:val="0"/>
          <w:strike w:val="0"/>
          <w:sz w:val="16"/>
          <w:u w:val="none"/>
        </w:rPr>
        <w:t xml:space="preserve"> and craft forward-looking technology policy.49 </w:t>
      </w:r>
      <w:r>
        <w:rPr>
          <w:b w:val="0"/>
          <w:i w:val="0"/>
          <w:smallCaps w:val="0"/>
          <w:strike w:val="0"/>
          <w:sz w:val="22"/>
          <w:u w:val="single"/>
        </w:rPr>
        <w:t xml:space="preserve">But while digital authoritarians might outcompete democracies in the </w:t>
      </w:r>
      <w:r>
        <w:rPr>
          <w:b/>
          <w:i w:val="0"/>
          <w:smallCaps w:val="0"/>
          <w:strike w:val="0"/>
          <w:sz w:val="22"/>
          <w:u w:val="single"/>
        </w:rPr>
        <w:t>roll-out</w:t>
      </w:r>
      <w:r>
        <w:rPr>
          <w:b w:val="0"/>
          <w:i w:val="0"/>
          <w:smallCaps w:val="0"/>
          <w:strike w:val="0"/>
          <w:sz w:val="16"/>
          <w:u w:val="none"/>
        </w:rPr>
        <w:t xml:space="preserve"> of advanced technologies, </w:t>
      </w:r>
      <w:r>
        <w:rPr>
          <w:b w:val="0"/>
          <w:i w:val="0"/>
          <w:smallCaps w:val="0"/>
          <w:strike w:val="0"/>
          <w:sz w:val="22"/>
          <w:u w:val="single"/>
        </w:rPr>
        <w:t xml:space="preserve">this creates </w:t>
      </w:r>
      <w:r>
        <w:rPr>
          <w:b/>
          <w:i w:val="0"/>
          <w:smallCaps w:val="0"/>
          <w:strike w:val="0"/>
          <w:sz w:val="22"/>
          <w:u w:val="single"/>
        </w:rPr>
        <w:t>new vulnerabilities</w:t>
      </w:r>
      <w:r>
        <w:rPr>
          <w:b w:val="0"/>
          <w:i w:val="0"/>
          <w:smallCaps w:val="0"/>
          <w:strike w:val="0"/>
          <w:sz w:val="16"/>
          <w:u w:val="none"/>
        </w:rPr>
        <w:t xml:space="preserve"> and risks. </w:t>
      </w:r>
      <w:r>
        <w:rPr>
          <w:b w:val="0"/>
          <w:i w:val="0"/>
          <w:smallCaps w:val="0"/>
          <w:strike w:val="0"/>
          <w:sz w:val="22"/>
          <w:u w:val="single"/>
        </w:rPr>
        <w:t xml:space="preserve">Inappropriate safeguards and </w:t>
      </w:r>
      <w:r>
        <w:rPr>
          <w:b w:val="0"/>
          <w:i w:val="0"/>
          <w:smallCaps w:val="0"/>
          <w:strike w:val="0"/>
          <w:sz w:val="22"/>
          <w:highlight w:val="cyan"/>
          <w:u w:val="single"/>
        </w:rPr>
        <w:t xml:space="preserve">accidents may result in </w:t>
      </w:r>
      <w:r>
        <w:rPr>
          <w:b/>
          <w:i w:val="0"/>
          <w:smallCaps w:val="0"/>
          <w:strike w:val="0"/>
          <w:sz w:val="22"/>
          <w:highlight w:val="cyan"/>
          <w:u w:val="single"/>
        </w:rPr>
        <w:t>cascading failures</w:t>
      </w:r>
      <w:r>
        <w:rPr>
          <w:b w:val="0"/>
          <w:i w:val="0"/>
          <w:smallCaps w:val="0"/>
          <w:strike w:val="0"/>
          <w:sz w:val="22"/>
          <w:u w:val="single"/>
        </w:rPr>
        <w:t xml:space="preserve">, while heavily digitized governance systems may be </w:t>
      </w:r>
      <w:r>
        <w:rPr>
          <w:b/>
          <w:i w:val="0"/>
          <w:smallCaps w:val="0"/>
          <w:strike w:val="0"/>
          <w:sz w:val="22"/>
          <w:u w:val="single"/>
        </w:rPr>
        <w:t>susceptible to foreign attack</w:t>
      </w:r>
      <w:r>
        <w:rPr>
          <w:b w:val="0"/>
          <w:i w:val="0"/>
          <w:smallCaps w:val="0"/>
          <w:strike w:val="0"/>
          <w:sz w:val="22"/>
          <w:u w:val="single"/>
        </w:rPr>
        <w:t xml:space="preserve">. Regime type may also affect the relative ability of authoritarians and democracies to </w:t>
      </w:r>
      <w:r>
        <w:rPr>
          <w:b/>
          <w:i w:val="0"/>
          <w:smallCaps w:val="0"/>
          <w:strike w:val="0"/>
          <w:sz w:val="22"/>
          <w:u w:val="single"/>
        </w:rPr>
        <w:t>mitigate</w:t>
      </w:r>
      <w:r>
        <w:rPr>
          <w:b w:val="0"/>
          <w:i w:val="0"/>
          <w:smallCaps w:val="0"/>
          <w:strike w:val="0"/>
          <w:sz w:val="22"/>
          <w:u w:val="single"/>
        </w:rPr>
        <w:t xml:space="preserve"> their information age risks</w:t>
      </w:r>
      <w:r>
        <w:rPr>
          <w:b w:val="0"/>
          <w:i w:val="0"/>
          <w:smallCaps w:val="0"/>
          <w:strike w:val="0"/>
          <w:sz w:val="16"/>
          <w:u w:val="none"/>
        </w:rPr>
        <w:t xml:space="preserve">. For example, </w:t>
      </w:r>
      <w:r>
        <w:rPr>
          <w:b w:val="0"/>
          <w:i w:val="0"/>
          <w:smallCaps w:val="0"/>
          <w:strike w:val="0"/>
          <w:sz w:val="22"/>
          <w:u w:val="single"/>
        </w:rPr>
        <w:t xml:space="preserve">a democracy can build resilience to cyber and information threats through a variety of civil society and market-based interventions. Digital authoritarians must rely on a more limited set of </w:t>
      </w:r>
      <w:r>
        <w:rPr>
          <w:b/>
          <w:i w:val="0"/>
          <w:smallCaps w:val="0"/>
          <w:strike w:val="0"/>
          <w:sz w:val="22"/>
          <w:u w:val="single"/>
        </w:rPr>
        <w:t>top-down policy tools</w:t>
      </w:r>
      <w:r>
        <w:rPr>
          <w:b w:val="0"/>
          <w:i w:val="0"/>
          <w:smallCaps w:val="0"/>
          <w:strike w:val="0"/>
          <w:sz w:val="16"/>
          <w:u w:val="none"/>
        </w:rPr>
        <w:t xml:space="preserve">. Ultimately, a more systematic effort to map the comparative strengths and vulnerabilities of authoritarians and democracies in the information age could help both to better understand the other’s threat perceptions and manage escalation risks. It might also highlight ways in which democracies can hold digital authoritarians’ core interests at risk, </w:t>
      </w:r>
      <w:r>
        <w:rPr>
          <w:b w:val="0"/>
          <w:i w:val="0"/>
          <w:smallCaps w:val="0"/>
          <w:strike w:val="0"/>
          <w:sz w:val="16"/>
          <w:u w:val="none"/>
        </w:rPr>
        <w:t>in order to</w:t>
      </w:r>
      <w:r>
        <w:rPr>
          <w:b w:val="0"/>
          <w:i w:val="0"/>
          <w:smallCaps w:val="0"/>
          <w:strike w:val="0"/>
          <w:sz w:val="16"/>
          <w:u w:val="none"/>
        </w:rPr>
        <w:t xml:space="preserve"> deter authoritarian interference in their own digital environments.</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