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Sitraman</w:t>
      </w:r>
      <w:r>
        <w:rPr>
          <w:b/>
          <w:i w:val="0"/>
          <w:smallCaps w:val="0"/>
          <w:strike w:val="0"/>
          <w:sz w:val="26"/>
          <w:u w:val="none"/>
        </w:rPr>
        <w:t xml:space="preserve"> says digital authoritarianism chokes internet access. Extinction</w:t>
      </w:r>
    </w:p>
    <w:p>
      <w:pPr>
        <w:spacing w:after="80"/>
      </w:pPr>
      <w:r>
        <w:rPr>
          <w:b/>
          <w:i w:val="0"/>
          <w:smallCaps w:val="0"/>
          <w:strike w:val="0"/>
          <w:sz w:val="26"/>
          <w:u w:val="none"/>
        </w:rPr>
        <w:t>Eagleman 10</w:t>
      </w:r>
      <w:r>
        <w:rPr>
          <w:b/>
          <w:i w:val="0"/>
          <w:smallCaps w:val="0"/>
          <w:strike w:val="0"/>
          <w:u w:val="none"/>
        </w:rPr>
        <w:t xml:space="preserve"> </w:t>
      </w:r>
      <w:r>
        <w:rPr>
          <w:b w:val="0"/>
          <w:i w:val="0"/>
          <w:smallCaps w:val="0"/>
          <w:strike w:val="0"/>
          <w:u w:val="none"/>
        </w:rPr>
        <w:t xml:space="preserve">- American neuroscientist and writer at Baylor College of Medicine, where he directs the Laboratory for Perception and Action and the Initiative on Neuroscience and Law (David, “Six ways the internet will save civilization” Wired, 9/10, </w:t>
      </w:r>
      <w:r>
        <w:rPr>
          <w:b w:val="0"/>
          <w:i w:val="0"/>
          <w:smallCaps w:val="0"/>
          <w:strike w:val="0"/>
          <w:u w:val="none"/>
        </w:rPr>
        <w:t>)</w:t>
      </w:r>
    </w:p>
    <w:p>
      <w:pPr>
        <w:spacing w:after="60"/>
      </w:pPr>
      <w:r>
        <w:rPr>
          <w:b w:val="0"/>
          <w:i w:val="0"/>
          <w:smallCaps w:val="0"/>
          <w:strike w:val="0"/>
          <w:u w:val="single"/>
        </w:rPr>
        <w:t xml:space="preserve">Many great </w:t>
      </w:r>
      <w:r>
        <w:rPr>
          <w:b w:val="0"/>
          <w:i w:val="0"/>
          <w:smallCaps w:val="0"/>
          <w:strike w:val="0"/>
          <w:highlight w:val="cyan"/>
          <w:u w:val="single"/>
        </w:rPr>
        <w:t>civilisations</w:t>
      </w:r>
      <w:r>
        <w:rPr>
          <w:b w:val="0"/>
          <w:i w:val="0"/>
          <w:smallCaps w:val="0"/>
          <w:strike w:val="0"/>
          <w:highlight w:val="cyan"/>
          <w:u w:val="single"/>
        </w:rPr>
        <w:t xml:space="preserve"> have fallen</w:t>
      </w:r>
      <w:r>
        <w:rPr>
          <w:b w:val="0"/>
          <w:i w:val="0"/>
          <w:smallCaps w:val="0"/>
          <w:strike w:val="0"/>
          <w:sz w:val="12"/>
          <w:u w:val="none"/>
        </w:rPr>
        <w:t xml:space="preserve">, leaving nothing but cracked ruins and scattered genetics. </w:t>
      </w:r>
      <w:r>
        <w:rPr>
          <w:b w:val="0"/>
          <w:i w:val="0"/>
          <w:smallCaps w:val="0"/>
          <w:strike w:val="0"/>
          <w:u w:val="single"/>
        </w:rPr>
        <w:t xml:space="preserve">Usually this results </w:t>
      </w:r>
      <w:r>
        <w:rPr>
          <w:b w:val="0"/>
          <w:i w:val="0"/>
          <w:smallCaps w:val="0"/>
          <w:strike w:val="0"/>
          <w:highlight w:val="cyan"/>
          <w:u w:val="single"/>
        </w:rPr>
        <w:t>from: natural disasters, resource depletion, economic meltdown, disease, poor information flow and corruption.</w:t>
      </w:r>
      <w:r>
        <w:rPr>
          <w:b w:val="0"/>
          <w:i w:val="0"/>
          <w:smallCaps w:val="0"/>
          <w:strike w:val="0"/>
          <w:u w:val="single"/>
        </w:rPr>
        <w:t xml:space="preserve"> But we’re luckier than our predecessors because we command</w:t>
      </w:r>
      <w:r>
        <w:rPr>
          <w:b w:val="0"/>
          <w:i w:val="0"/>
          <w:smallCaps w:val="0"/>
          <w:strike w:val="0"/>
          <w:sz w:val="12"/>
          <w:u w:val="none"/>
        </w:rPr>
        <w:t xml:space="preserve"> a technology that no one else possessed: a rapid communication network that finds its highest expression </w:t>
      </w:r>
      <w:r>
        <w:rPr>
          <w:b w:val="0"/>
          <w:i w:val="0"/>
          <w:smallCaps w:val="0"/>
          <w:strike w:val="0"/>
          <w:sz w:val="12"/>
          <w:u w:val="none"/>
        </w:rPr>
        <w:t>in</w:t>
      </w:r>
      <w:r>
        <w:rPr>
          <w:b w:val="0"/>
          <w:i w:val="0"/>
          <w:smallCaps w:val="0"/>
          <w:strike w:val="0"/>
          <w:sz w:val="12"/>
          <w:u w:val="none"/>
        </w:rPr>
        <w:t xml:space="preserve"> </w:t>
      </w:r>
      <w:r>
        <w:rPr>
          <w:b w:val="0"/>
          <w:i w:val="0"/>
          <w:smallCaps w:val="0"/>
          <w:strike w:val="0"/>
          <w:u w:val="single"/>
        </w:rPr>
        <w:t>the internet</w:t>
      </w:r>
      <w:r>
        <w:rPr>
          <w:b w:val="0"/>
          <w:i w:val="0"/>
          <w:smallCaps w:val="0"/>
          <w:strike w:val="0"/>
          <w:sz w:val="12"/>
          <w:u w:val="none"/>
        </w:rPr>
        <w:t xml:space="preserve">. I propose that there are six ways in which the net has vastly reduced the threat of societal collapse. </w:t>
      </w:r>
      <w:r>
        <w:rPr>
          <w:b w:val="0"/>
          <w:i w:val="0"/>
          <w:smallCaps w:val="0"/>
          <w:strike w:val="0"/>
          <w:u w:val="single"/>
        </w:rPr>
        <w:t xml:space="preserve">Epidemics can be deflected by telepresence </w:t>
      </w:r>
      <w:r>
        <w:rPr>
          <w:b w:val="0"/>
          <w:i w:val="0"/>
          <w:smallCaps w:val="0"/>
          <w:strike w:val="0"/>
          <w:sz w:val="12"/>
          <w:u w:val="none"/>
        </w:rPr>
        <w:t xml:space="preserve">One of our more dire prospects for collapse is an infectious-disease epidemic. Viral and bacterial epidemics precipitated the fall of the Golden Age of Athens, the Roman Empire and most of the empires of the Native Americans. The internet can be our key to survival because the ability to work </w:t>
      </w:r>
      <w:r>
        <w:rPr>
          <w:b w:val="0"/>
          <w:i w:val="0"/>
          <w:smallCaps w:val="0"/>
          <w:strike w:val="0"/>
          <w:sz w:val="12"/>
          <w:u w:val="none"/>
        </w:rPr>
        <w:t>telepresently</w:t>
      </w:r>
      <w:r>
        <w:rPr>
          <w:b w:val="0"/>
          <w:i w:val="0"/>
          <w:smallCaps w:val="0"/>
          <w:strike w:val="0"/>
          <w:sz w:val="12"/>
          <w:u w:val="none"/>
        </w:rPr>
        <w:t xml:space="preserve"> can inhibit microbial transmission by reducing human-to-human contact. </w:t>
      </w:r>
      <w:r>
        <w:rPr>
          <w:b w:val="0"/>
          <w:i w:val="0"/>
          <w:smallCaps w:val="0"/>
          <w:strike w:val="0"/>
          <w:u w:val="single"/>
        </w:rPr>
        <w:t xml:space="preserve">In the face of an otherwise devastating epidemic, </w:t>
      </w:r>
      <w:r>
        <w:rPr>
          <w:b w:val="0"/>
          <w:i w:val="0"/>
          <w:smallCaps w:val="0"/>
          <w:strike w:val="0"/>
          <w:highlight w:val="cyan"/>
          <w:u w:val="single"/>
        </w:rPr>
        <w:t>businesses</w:t>
      </w:r>
      <w:r>
        <w:rPr>
          <w:b w:val="0"/>
          <w:i w:val="0"/>
          <w:smallCaps w:val="0"/>
          <w:strike w:val="0"/>
          <w:u w:val="single"/>
        </w:rPr>
        <w:t xml:space="preserve"> can </w:t>
      </w:r>
      <w:r>
        <w:rPr>
          <w:b w:val="0"/>
          <w:i w:val="0"/>
          <w:smallCaps w:val="0"/>
          <w:strike w:val="0"/>
          <w:highlight w:val="cyan"/>
          <w:u w:val="single"/>
        </w:rPr>
        <w:t>keep supply chains running</w:t>
      </w:r>
      <w:r>
        <w:rPr>
          <w:b w:val="0"/>
          <w:i w:val="0"/>
          <w:smallCaps w:val="0"/>
          <w:strike w:val="0"/>
          <w:u w:val="single"/>
        </w:rPr>
        <w:t xml:space="preserve"> with the maximum number of employees working from home. This can reduce host density below the tipping point required for an epidemic</w:t>
      </w:r>
      <w:r>
        <w:rPr>
          <w:b w:val="0"/>
          <w:i w:val="0"/>
          <w:smallCaps w:val="0"/>
          <w:strike w:val="0"/>
          <w:sz w:val="12"/>
          <w:u w:val="none"/>
        </w:rPr>
        <w:t xml:space="preserve">. If we are well prepared when an epidemic arrives, we can fluidly shift into a self-quarantined society in which microbes fail due to host scarcity. Whatever the social ills of isolation, they are worse for the microbes than for us. </w:t>
      </w:r>
      <w:r>
        <w:rPr>
          <w:b w:val="0"/>
          <w:i w:val="0"/>
          <w:smallCaps w:val="0"/>
          <w:strike w:val="0"/>
          <w:highlight w:val="cyan"/>
          <w:u w:val="single"/>
        </w:rPr>
        <w:t>The internet will predict natural disasters</w:t>
      </w:r>
      <w:r>
        <w:rPr>
          <w:b w:val="0"/>
          <w:i w:val="0"/>
          <w:smallCaps w:val="0"/>
          <w:strike w:val="0"/>
          <w:u w:val="single"/>
        </w:rPr>
        <w:t xml:space="preserve"> </w:t>
      </w:r>
      <w:r>
        <w:rPr>
          <w:b w:val="0"/>
          <w:i w:val="0"/>
          <w:smallCaps w:val="0"/>
          <w:strike w:val="0"/>
          <w:sz w:val="12"/>
          <w:u w:val="none"/>
        </w:rPr>
        <w:t xml:space="preserve">We are witnessing the downfall of slow central control in the media: news stories are increasingly becoming user-generated nets of up-to-the-minute information. During the recent California wildfires, locals went to the TV stations to learn whether their </w:t>
      </w:r>
      <w:r>
        <w:rPr>
          <w:b w:val="0"/>
          <w:i w:val="0"/>
          <w:smallCaps w:val="0"/>
          <w:strike w:val="0"/>
          <w:sz w:val="12"/>
          <w:u w:val="none"/>
        </w:rPr>
        <w:t>neighbourhoods</w:t>
      </w:r>
      <w:r>
        <w:rPr>
          <w:b w:val="0"/>
          <w:i w:val="0"/>
          <w:smallCaps w:val="0"/>
          <w:strike w:val="0"/>
          <w:sz w:val="12"/>
          <w:u w:val="none"/>
        </w:rPr>
        <w:t xml:space="preserve"> were in danger. But the news stations appeared most concerned with the fate of celebrity mansions, so Californians changed their tack: they uploaded geotagged mobile-phone pictures, updated Facebook statuses and tweeted. The balance tipped: the internet carried news about the fire more quickly and accurately than any news station could. In this </w:t>
      </w:r>
      <w:r>
        <w:rPr>
          <w:b w:val="0"/>
          <w:i w:val="0"/>
          <w:smallCaps w:val="0"/>
          <w:strike w:val="0"/>
          <w:sz w:val="12"/>
          <w:u w:val="none"/>
        </w:rPr>
        <w:t>grass-roots</w:t>
      </w:r>
      <w:r>
        <w:rPr>
          <w:b w:val="0"/>
          <w:i w:val="0"/>
          <w:smallCaps w:val="0"/>
          <w:strike w:val="0"/>
          <w:sz w:val="12"/>
          <w:u w:val="none"/>
        </w:rPr>
        <w:t xml:space="preserve">, </w:t>
      </w:r>
      <w:r>
        <w:rPr>
          <w:b w:val="0"/>
          <w:i w:val="0"/>
          <w:smallCaps w:val="0"/>
          <w:strike w:val="0"/>
          <w:sz w:val="12"/>
          <w:u w:val="none"/>
        </w:rPr>
        <w:t>decentralised</w:t>
      </w:r>
      <w:r>
        <w:rPr>
          <w:b w:val="0"/>
          <w:i w:val="0"/>
          <w:smallCaps w:val="0"/>
          <w:strike w:val="0"/>
          <w:sz w:val="12"/>
          <w:u w:val="none"/>
        </w:rPr>
        <w:t xml:space="preserve"> scheme, there were embedded reporters on every block, and the news shockwave kept ahead of the fire. This head start could provide the extra hours that save us. If the Pompeiians had had the internet in 79AD, they could have easily marched 10km to safety, well ahead of the pyroclastic flow from Mount Vesuvius. If the Indian Ocean had the Pacific’s networked tsunami-warning system, South-East Asia would look quite different today. Discoveries are retained and shared </w:t>
      </w:r>
      <w:r>
        <w:rPr>
          <w:b w:val="0"/>
          <w:i w:val="0"/>
          <w:smallCaps w:val="0"/>
          <w:strike w:val="0"/>
          <w:sz w:val="12"/>
          <w:u w:val="none"/>
        </w:rPr>
        <w:t>Historically,</w:t>
      </w:r>
      <w:r>
        <w:rPr>
          <w:b w:val="0"/>
          <w:i w:val="0"/>
          <w:smallCaps w:val="0"/>
          <w:strike w:val="0"/>
          <w:sz w:val="12"/>
          <w:u w:val="none"/>
        </w:rPr>
        <w:t xml:space="preserve"> critical information has required constant rediscovery. Collections of learning -- from the library at Alexandria to the entire Minoan </w:t>
      </w:r>
      <w:r>
        <w:rPr>
          <w:b w:val="0"/>
          <w:i w:val="0"/>
          <w:smallCaps w:val="0"/>
          <w:strike w:val="0"/>
          <w:sz w:val="12"/>
          <w:u w:val="none"/>
        </w:rPr>
        <w:t>civilisation</w:t>
      </w:r>
      <w:r>
        <w:rPr>
          <w:b w:val="0"/>
          <w:i w:val="0"/>
          <w:smallCaps w:val="0"/>
          <w:strike w:val="0"/>
          <w:sz w:val="12"/>
          <w:u w:val="none"/>
        </w:rPr>
        <w:t xml:space="preserve"> -- have fallen to the bonfires of invaders or the wrecking ball of natural disaster. Knowledge is hard won but easily lost. And information that survives often does not spread. Consider smallpox inoculation: this was under way in India, China and Africa centuries before it made its way to Europe. By the time the idea reached North America, native </w:t>
      </w:r>
      <w:r>
        <w:rPr>
          <w:b w:val="0"/>
          <w:i w:val="0"/>
          <w:smallCaps w:val="0"/>
          <w:strike w:val="0"/>
          <w:sz w:val="12"/>
          <w:u w:val="none"/>
        </w:rPr>
        <w:t>civilisations</w:t>
      </w:r>
      <w:r>
        <w:rPr>
          <w:b w:val="0"/>
          <w:i w:val="0"/>
          <w:smallCaps w:val="0"/>
          <w:strike w:val="0"/>
          <w:sz w:val="12"/>
          <w:u w:val="none"/>
        </w:rPr>
        <w:t xml:space="preserve"> who needed it had already collapsed. The net solved the problem. </w:t>
      </w:r>
      <w:r>
        <w:rPr>
          <w:b w:val="0"/>
          <w:i w:val="0"/>
          <w:smallCaps w:val="0"/>
          <w:strike w:val="0"/>
          <w:u w:val="single"/>
        </w:rPr>
        <w:t xml:space="preserve">New discoveries catch on </w:t>
      </w:r>
      <w:r>
        <w:rPr>
          <w:b w:val="0"/>
          <w:i w:val="0"/>
          <w:smallCaps w:val="0"/>
          <w:strike w:val="0"/>
          <w:u w:val="single"/>
        </w:rPr>
        <w:t>immediately;</w:t>
      </w:r>
      <w:r>
        <w:rPr>
          <w:b w:val="0"/>
          <w:i w:val="0"/>
          <w:smallCaps w:val="0"/>
          <w:strike w:val="0"/>
          <w:u w:val="single"/>
        </w:rPr>
        <w:t xml:space="preserve"> i</w:t>
      </w:r>
      <w:r>
        <w:rPr>
          <w:b w:val="0"/>
          <w:i w:val="0"/>
          <w:smallCaps w:val="0"/>
          <w:strike w:val="0"/>
          <w:highlight w:val="cyan"/>
          <w:u w:val="single"/>
        </w:rPr>
        <w:t>nformation spreads widely</w:t>
      </w:r>
      <w:r>
        <w:rPr>
          <w:b w:val="0"/>
          <w:i w:val="0"/>
          <w:smallCaps w:val="0"/>
          <w:strike w:val="0"/>
          <w:u w:val="single"/>
        </w:rPr>
        <w:t>. In this way, societies can optimally ratchet up, using the latest bricks of knowledge in their fortification against risk</w:t>
      </w:r>
      <w:r>
        <w:rPr>
          <w:b w:val="0"/>
          <w:i w:val="0"/>
          <w:smallCaps w:val="0"/>
          <w:strike w:val="0"/>
          <w:sz w:val="12"/>
          <w:u w:val="none"/>
        </w:rPr>
        <w:t xml:space="preserve">. Tyranny is mitigated Censorship of ideas was a familiar </w:t>
      </w:r>
      <w:r>
        <w:rPr>
          <w:b w:val="0"/>
          <w:i w:val="0"/>
          <w:smallCaps w:val="0"/>
          <w:strike w:val="0"/>
          <w:sz w:val="12"/>
          <w:u w:val="none"/>
        </w:rPr>
        <w:t>spectre</w:t>
      </w:r>
      <w:r>
        <w:rPr>
          <w:b w:val="0"/>
          <w:i w:val="0"/>
          <w:smallCaps w:val="0"/>
          <w:strike w:val="0"/>
          <w:sz w:val="12"/>
          <w:u w:val="none"/>
        </w:rPr>
        <w:t xml:space="preserve"> in the last century, with state-approved news outlets ruling the press, airwaves and copying machines in the USSR, Romania, Cuba, China, Iraq and elsewhere. In many cases, such as Lysenko’s agricultural despotism in the USSR, it directly contributed to the collapse of the nation. Historically, a more successful strategy has been to confront free speech with free speech -- and </w:t>
      </w:r>
      <w:r>
        <w:rPr>
          <w:b w:val="0"/>
          <w:i w:val="0"/>
          <w:smallCaps w:val="0"/>
          <w:strike w:val="0"/>
          <w:highlight w:val="cyan"/>
          <w:u w:val="single"/>
        </w:rPr>
        <w:t>the internet</w:t>
      </w:r>
      <w:r>
        <w:rPr>
          <w:b w:val="0"/>
          <w:i w:val="0"/>
          <w:smallCaps w:val="0"/>
          <w:strike w:val="0"/>
          <w:sz w:val="12"/>
          <w:u w:val="none"/>
        </w:rPr>
        <w:t xml:space="preserve"> allows this in a natural way. It </w:t>
      </w:r>
      <w:r>
        <w:rPr>
          <w:b w:val="0"/>
          <w:i w:val="0"/>
          <w:smallCaps w:val="0"/>
          <w:strike w:val="0"/>
          <w:sz w:val="22"/>
          <w:highlight w:val="cyan"/>
          <w:u w:val="single"/>
        </w:rPr>
        <w:t>d</w:t>
      </w:r>
      <w:r>
        <w:rPr>
          <w:b w:val="0"/>
          <w:i w:val="0"/>
          <w:smallCaps w:val="0"/>
          <w:strike w:val="0"/>
          <w:highlight w:val="cyan"/>
          <w:u w:val="single"/>
        </w:rPr>
        <w:t>emocratises</w:t>
      </w:r>
      <w:r>
        <w:rPr>
          <w:b w:val="0"/>
          <w:i w:val="0"/>
          <w:smallCaps w:val="0"/>
          <w:strike w:val="0"/>
          <w:highlight w:val="cyan"/>
          <w:u w:val="single"/>
        </w:rPr>
        <w:t xml:space="preserve"> the flow of information</w:t>
      </w:r>
      <w:r>
        <w:rPr>
          <w:b w:val="0"/>
          <w:i w:val="0"/>
          <w:smallCaps w:val="0"/>
          <w:strike w:val="0"/>
          <w:sz w:val="12"/>
          <w:u w:val="none"/>
        </w:rPr>
        <w:t xml:space="preserve"> by offering access to the newspapers of the world, the photographers of every nation, the bloggers of every political stripe. Some posts are full of doctoring and dishonesty whereas others strive for independence and impartiality -- but all are available to us to sift through. </w:t>
      </w:r>
      <w:r>
        <w:rPr>
          <w:b w:val="0"/>
          <w:i w:val="0"/>
          <w:smallCaps w:val="0"/>
          <w:strike w:val="0"/>
          <w:u w:val="single"/>
        </w:rPr>
        <w:t>Given the attempts by some governments to build firewalls, it’s clear that this benefit of the net requires constant vigilance</w:t>
      </w:r>
      <w:r>
        <w:rPr>
          <w:b w:val="0"/>
          <w:i w:val="0"/>
          <w:smallCaps w:val="0"/>
          <w:strike w:val="0"/>
          <w:sz w:val="12"/>
          <w:u w:val="none"/>
        </w:rPr>
        <w:t xml:space="preserve">. Human capital is vastly increased Crowdsourcing brings people together to solve problems. Yet far fewer than one per cent of the world’s population is involved. We need expand human capital. Most of the world </w:t>
      </w:r>
      <w:r>
        <w:rPr>
          <w:b w:val="0"/>
          <w:i w:val="0"/>
          <w:smallCaps w:val="0"/>
          <w:strike w:val="0"/>
          <w:sz w:val="12"/>
          <w:u w:val="none"/>
        </w:rPr>
        <w:t>not have</w:t>
      </w:r>
      <w:r>
        <w:rPr>
          <w:b w:val="0"/>
          <w:i w:val="0"/>
          <w:smallCaps w:val="0"/>
          <w:strike w:val="0"/>
          <w:sz w:val="12"/>
          <w:u w:val="none"/>
        </w:rPr>
        <w:t xml:space="preserve"> access to the education afforded a small minority. For every Albert Einstein, Yo-Yo Ma or Barack Obama who has educational opportunities, uncountable others do not. This squandering of talent translates into reduced economic output and a smaller pool of problem solvers. </w:t>
      </w:r>
      <w:r>
        <w:rPr>
          <w:b w:val="0"/>
          <w:i w:val="0"/>
          <w:smallCaps w:val="0"/>
          <w:strike w:val="0"/>
          <w:highlight w:val="cyan"/>
          <w:u w:val="single"/>
        </w:rPr>
        <w:t>The net opens the gates education to anyone</w:t>
      </w:r>
      <w:r>
        <w:rPr>
          <w:b w:val="0"/>
          <w:i w:val="0"/>
          <w:smallCaps w:val="0"/>
          <w:strike w:val="0"/>
          <w:u w:val="single"/>
        </w:rPr>
        <w:t xml:space="preserve"> with a computer</w:t>
      </w:r>
      <w:r>
        <w:rPr>
          <w:b w:val="0"/>
          <w:i w:val="0"/>
          <w:smallCaps w:val="0"/>
          <w:strike w:val="0"/>
          <w:sz w:val="12"/>
          <w:u w:val="none"/>
        </w:rPr>
        <w:t xml:space="preserve">. A motivated teen anywhere on the planet can walk through the world’s knowledge -- from the webs of Wikipedia to the curriculum of MIT’s </w:t>
      </w:r>
      <w:r>
        <w:rPr>
          <w:b w:val="0"/>
          <w:i w:val="0"/>
          <w:smallCaps w:val="0"/>
          <w:strike w:val="0"/>
          <w:sz w:val="12"/>
          <w:u w:val="none"/>
        </w:rPr>
        <w:t>OpenCourseWare</w:t>
      </w:r>
      <w:r>
        <w:rPr>
          <w:b w:val="0"/>
          <w:i w:val="0"/>
          <w:smallCaps w:val="0"/>
          <w:strike w:val="0"/>
          <w:sz w:val="12"/>
          <w:u w:val="none"/>
        </w:rPr>
        <w:t xml:space="preserve">. </w:t>
      </w:r>
      <w:r>
        <w:rPr>
          <w:b w:val="0"/>
          <w:i w:val="0"/>
          <w:smallCaps w:val="0"/>
          <w:strike w:val="0"/>
          <w:u w:val="single"/>
        </w:rPr>
        <w:t>The new human capital will serve us well when we confront existential threats</w:t>
      </w:r>
      <w:r>
        <w:rPr>
          <w:b w:val="0"/>
          <w:i w:val="0"/>
          <w:smallCaps w:val="0"/>
          <w:strike w:val="0"/>
          <w:sz w:val="12"/>
          <w:u w:val="none"/>
        </w:rPr>
        <w:t xml:space="preserve"> we’ve never imagined before. Energy expenditure is reduced </w:t>
      </w:r>
      <w:r>
        <w:rPr>
          <w:b w:val="0"/>
          <w:i w:val="0"/>
          <w:smallCaps w:val="0"/>
          <w:strike w:val="0"/>
          <w:highlight w:val="cyan"/>
          <w:u w:val="single"/>
        </w:rPr>
        <w:t>Societal collapse can often be understood in terms of an energy budget</w:t>
      </w:r>
      <w:r>
        <w:rPr>
          <w:b w:val="0"/>
          <w:i w:val="0"/>
          <w:smallCaps w:val="0"/>
          <w:strike w:val="0"/>
          <w:u w:val="single"/>
        </w:rPr>
        <w:t>: when energy spend outweighs energy return, collapse ensues</w:t>
      </w:r>
      <w:r>
        <w:rPr>
          <w:b w:val="0"/>
          <w:i w:val="0"/>
          <w:smallCaps w:val="0"/>
          <w:strike w:val="0"/>
          <w:sz w:val="12"/>
          <w:u w:val="none"/>
        </w:rPr>
        <w:t xml:space="preserve">. </w:t>
      </w:r>
      <w:r>
        <w:rPr>
          <w:b w:val="0"/>
          <w:i w:val="0"/>
          <w:smallCaps w:val="0"/>
          <w:strike w:val="0"/>
          <w:u w:val="single"/>
        </w:rPr>
        <w:t xml:space="preserve">This has taken the form of deforestation or soil erosion; </w:t>
      </w:r>
      <w:r>
        <w:rPr>
          <w:b w:val="0"/>
          <w:i w:val="0"/>
          <w:smallCaps w:val="0"/>
          <w:strike w:val="0"/>
          <w:u w:val="single"/>
        </w:rPr>
        <w:t>currently, the worry involves fossil-fuel depletion</w:t>
      </w:r>
      <w:r>
        <w:rPr>
          <w:b w:val="0"/>
          <w:i w:val="0"/>
          <w:smallCaps w:val="0"/>
          <w:strike w:val="0"/>
          <w:sz w:val="12"/>
          <w:u w:val="none"/>
        </w:rPr>
        <w:t xml:space="preserve">. </w:t>
      </w:r>
      <w:r>
        <w:rPr>
          <w:b w:val="0"/>
          <w:i w:val="0"/>
          <w:smallCaps w:val="0"/>
          <w:strike w:val="0"/>
          <w:highlight w:val="cyan"/>
          <w:u w:val="single"/>
        </w:rPr>
        <w:t>The internet addresses the energy problem</w:t>
      </w:r>
      <w:r>
        <w:rPr>
          <w:b w:val="0"/>
          <w:i w:val="0"/>
          <w:smallCaps w:val="0"/>
          <w:strike w:val="0"/>
          <w:sz w:val="12"/>
          <w:u w:val="none"/>
        </w:rPr>
        <w:t xml:space="preserve"> with a natural ease. Consider the massive energy savings inherent in the shift from paper to electrons -- as seen in the transition from the post to email. </w:t>
      </w:r>
      <w:r>
        <w:rPr>
          <w:b w:val="0"/>
          <w:i w:val="0"/>
          <w:smallCaps w:val="0"/>
          <w:strike w:val="0"/>
          <w:highlight w:val="cyan"/>
          <w:u w:val="single"/>
        </w:rPr>
        <w:t>Ecommerce reduces the need to drive long distances to purchase products. Delivery trucks are more eco-friendly than individuals driving around</w:t>
      </w:r>
      <w:r>
        <w:rPr>
          <w:b w:val="0"/>
          <w:i w:val="0"/>
          <w:smallCaps w:val="0"/>
          <w:strike w:val="0"/>
          <w:sz w:val="12"/>
          <w:highlight w:val="cyan"/>
          <w:u w:val="none"/>
        </w:rPr>
        <w:t>,</w:t>
      </w:r>
      <w:r>
        <w:rPr>
          <w:b w:val="0"/>
          <w:i w:val="0"/>
          <w:smallCaps w:val="0"/>
          <w:strike w:val="0"/>
          <w:sz w:val="12"/>
          <w:u w:val="none"/>
        </w:rPr>
        <w:t xml:space="preserve"> not least because of tight packaging and </w:t>
      </w:r>
      <w:r>
        <w:rPr>
          <w:b w:val="0"/>
          <w:i w:val="0"/>
          <w:smallCaps w:val="0"/>
          <w:strike w:val="0"/>
          <w:sz w:val="12"/>
          <w:u w:val="none"/>
        </w:rPr>
        <w:t>optimisation</w:t>
      </w:r>
      <w:r>
        <w:rPr>
          <w:b w:val="0"/>
          <w:i w:val="0"/>
          <w:smallCaps w:val="0"/>
          <w:strike w:val="0"/>
          <w:sz w:val="12"/>
          <w:u w:val="none"/>
        </w:rPr>
        <w:t xml:space="preserve"> algorithms for driving routes. Of course, there are energy costs to the banks of computers that underpin the internet -- but these costs are less than the wood, coal and oil that would be expended for the same quantity of information flow. The tangle of events that triggers societal collapse can be complex, and there are several threats the net does not address. But </w:t>
      </w:r>
      <w:r>
        <w:rPr>
          <w:b w:val="0"/>
          <w:i w:val="0"/>
          <w:smallCaps w:val="0"/>
          <w:strike w:val="0"/>
          <w:u w:val="single"/>
        </w:rPr>
        <w:t xml:space="preserve">vast, </w:t>
      </w:r>
      <w:r>
        <w:rPr>
          <w:b w:val="0"/>
          <w:i w:val="0"/>
          <w:smallCaps w:val="0"/>
          <w:strike w:val="0"/>
          <w:highlight w:val="cyan"/>
          <w:u w:val="single"/>
        </w:rPr>
        <w:t>networked communication can be an antidote to</w:t>
      </w:r>
      <w:r>
        <w:rPr>
          <w:b w:val="0"/>
          <w:i w:val="0"/>
          <w:smallCaps w:val="0"/>
          <w:strike w:val="0"/>
          <w:u w:val="single"/>
        </w:rPr>
        <w:t xml:space="preserve"> several of the </w:t>
      </w:r>
      <w:r>
        <w:rPr>
          <w:b w:val="0"/>
          <w:i w:val="0"/>
          <w:smallCaps w:val="0"/>
          <w:strike w:val="0"/>
          <w:u w:val="single"/>
        </w:rPr>
        <w:t>most deadly</w:t>
      </w:r>
      <w:r>
        <w:rPr>
          <w:b w:val="0"/>
          <w:i w:val="0"/>
          <w:smallCaps w:val="0"/>
          <w:strike w:val="0"/>
          <w:u w:val="single"/>
        </w:rPr>
        <w:t xml:space="preserve"> </w:t>
      </w:r>
      <w:r>
        <w:rPr>
          <w:b w:val="0"/>
          <w:i w:val="0"/>
          <w:smallCaps w:val="0"/>
          <w:strike w:val="0"/>
          <w:highlight w:val="cyan"/>
          <w:u w:val="single"/>
        </w:rPr>
        <w:t>diseases</w:t>
      </w:r>
      <w:r>
        <w:rPr>
          <w:b w:val="0"/>
          <w:i w:val="0"/>
          <w:smallCaps w:val="0"/>
          <w:strike w:val="0"/>
          <w:u w:val="single"/>
        </w:rPr>
        <w:t xml:space="preserve"> threatening </w:t>
      </w:r>
      <w:r>
        <w:rPr>
          <w:b w:val="0"/>
          <w:i w:val="0"/>
          <w:smallCaps w:val="0"/>
          <w:strike w:val="0"/>
          <w:u w:val="single"/>
        </w:rPr>
        <w:t>civilisation</w:t>
      </w:r>
      <w:r>
        <w:rPr>
          <w:b w:val="0"/>
          <w:i w:val="0"/>
          <w:smallCaps w:val="0"/>
          <w:strike w:val="0"/>
          <w:sz w:val="12"/>
          <w:u w:val="none"/>
        </w:rPr>
        <w:t>. The next time your coworker laments internet addiction, the banality of tweeting or the decline of face-to-face conversation, you may want to suggest that the net may just be the technology that saves us.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