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Biden is a </w:t>
      </w:r>
      <w:r>
        <w:rPr>
          <w:b/>
          <w:i w:val="0"/>
          <w:smallCaps w:val="0"/>
          <w:strike w:val="0"/>
          <w:sz w:val="26"/>
          <w:u w:val="single"/>
        </w:rPr>
        <w:t>half president</w:t>
      </w:r>
      <w:r>
        <w:rPr>
          <w:b/>
          <w:i w:val="0"/>
          <w:smallCaps w:val="0"/>
          <w:strike w:val="0"/>
          <w:sz w:val="26"/>
          <w:u w:val="none"/>
        </w:rPr>
        <w:t xml:space="preserve">.  </w:t>
      </w:r>
    </w:p>
    <w:p>
      <w:pPr>
        <w:spacing w:after="80"/>
      </w:pPr>
      <w:r>
        <w:rPr>
          <w:b w:val="0"/>
          <w:i w:val="0"/>
          <w:smallCaps w:val="0"/>
          <w:strike w:val="0"/>
          <w:u w:val="none"/>
        </w:rPr>
        <w:t xml:space="preserve">John F. </w:t>
      </w:r>
      <w:r>
        <w:rPr>
          <w:b/>
          <w:i w:val="0"/>
          <w:smallCaps w:val="0"/>
          <w:strike w:val="0"/>
          <w:sz w:val="26"/>
          <w:u w:val="none"/>
        </w:rPr>
        <w:t>Harris 7/25</w:t>
      </w:r>
      <w:r>
        <w:rPr>
          <w:b w:val="0"/>
          <w:i w:val="0"/>
          <w:smallCaps w:val="0"/>
          <w:strike w:val="0"/>
          <w:u w:val="none"/>
        </w:rPr>
        <w:t>, founding editor and global editor-in-chief of POLITICO, “Biden Lost His Voice, Then His Power,” POLITICO, 7/25/2024, https://www.politico.com/news/magazine/2024/07/25/biden-lost-his-voice-then-his-power-00171081, JL</w:t>
      </w:r>
    </w:p>
    <w:p>
      <w:pPr>
        <w:spacing w:after="60"/>
      </w:pPr>
      <w:r>
        <w:rPr>
          <w:b w:val="0"/>
          <w:i w:val="0"/>
          <w:smallCaps w:val="0"/>
          <w:strike w:val="0"/>
          <w:sz w:val="16"/>
          <w:u w:val="none"/>
        </w:rPr>
        <w:t xml:space="preserve">In most respects, </w:t>
      </w:r>
      <w:r>
        <w:rPr>
          <w:b w:val="0"/>
          <w:i w:val="0"/>
          <w:smallCaps w:val="0"/>
          <w:strike w:val="0"/>
          <w:sz w:val="22"/>
          <w:u w:val="single"/>
        </w:rPr>
        <w:t>President Joseph R.</w:t>
      </w:r>
      <w:r>
        <w:rPr>
          <w:b w:val="0"/>
          <w:i w:val="0"/>
          <w:smallCaps w:val="0"/>
          <w:strike w:val="0"/>
          <w:sz w:val="16"/>
          <w:u w:val="none"/>
        </w:rPr>
        <w:t xml:space="preserve"> </w:t>
      </w:r>
      <w:r>
        <w:rPr>
          <w:b w:val="0"/>
          <w:i w:val="0"/>
          <w:smallCaps w:val="0"/>
          <w:strike w:val="0"/>
          <w:sz w:val="22"/>
          <w:highlight w:val="cyan"/>
          <w:u w:val="single"/>
        </w:rPr>
        <w:t>Biden</w:t>
      </w:r>
      <w:r>
        <w:rPr>
          <w:b w:val="0"/>
          <w:i w:val="0"/>
          <w:smallCaps w:val="0"/>
          <w:strike w:val="0"/>
          <w:sz w:val="16"/>
          <w:u w:val="none"/>
        </w:rPr>
        <w:t xml:space="preserve"> is a thoroughly conventional president — a leader deeply respectful of precedent, a man whose style and values are shaped by living through more than half of the 20th century even as he </w:t>
      </w:r>
      <w:r>
        <w:rPr>
          <w:b w:val="0"/>
          <w:i w:val="0"/>
          <w:smallCaps w:val="0"/>
          <w:strike w:val="0"/>
          <w:sz w:val="22"/>
          <w:highlight w:val="cyan"/>
          <w:u w:val="single"/>
        </w:rPr>
        <w:t>ends his career navigating</w:t>
      </w:r>
      <w:r>
        <w:rPr>
          <w:b w:val="0"/>
          <w:i w:val="0"/>
          <w:smallCaps w:val="0"/>
          <w:strike w:val="0"/>
          <w:sz w:val="22"/>
          <w:u w:val="single"/>
        </w:rPr>
        <w:t xml:space="preserve"> the </w:t>
      </w:r>
      <w:r>
        <w:rPr>
          <w:b w:val="0"/>
          <w:i w:val="0"/>
          <w:smallCaps w:val="0"/>
          <w:strike w:val="0"/>
          <w:sz w:val="22"/>
          <w:highlight w:val="cyan"/>
          <w:u w:val="single"/>
        </w:rPr>
        <w:t>disruptive politics</w:t>
      </w:r>
      <w:r>
        <w:rPr>
          <w:b w:val="0"/>
          <w:i w:val="0"/>
          <w:smallCaps w:val="0"/>
          <w:strike w:val="0"/>
          <w:sz w:val="22"/>
          <w:u w:val="single"/>
        </w:rPr>
        <w:t xml:space="preserve"> of </w:t>
      </w:r>
      <w:r>
        <w:rPr>
          <w:b w:val="0"/>
          <w:i w:val="0"/>
          <w:smallCaps w:val="0"/>
          <w:strike w:val="0"/>
          <w:sz w:val="22"/>
          <w:u w:val="single"/>
        </w:rPr>
        <w:t>the 21st</w:t>
      </w:r>
      <w:r>
        <w:rPr>
          <w:b w:val="0"/>
          <w:i w:val="0"/>
          <w:smallCaps w:val="0"/>
          <w:strike w:val="0"/>
          <w:sz w:val="16"/>
          <w:u w:val="none"/>
        </w:rPr>
        <w:t>.</w:t>
      </w:r>
    </w:p>
    <w:p>
      <w:pPr>
        <w:spacing w:after="60"/>
      </w:pPr>
      <w:r>
        <w:rPr>
          <w:b w:val="0"/>
          <w:i w:val="0"/>
          <w:smallCaps w:val="0"/>
          <w:strike w:val="0"/>
          <w:sz w:val="16"/>
          <w:u w:val="none"/>
        </w:rPr>
        <w:t>By contrast, the great foil of his presidency — predecessor Donald Trump — is in style and contempt for precedent the most radical person ever to hold the office.</w:t>
      </w:r>
    </w:p>
    <w:p>
      <w:pPr>
        <w:spacing w:after="60"/>
      </w:pPr>
      <w:r>
        <w:rPr>
          <w:b w:val="0"/>
          <w:i w:val="0"/>
          <w:smallCaps w:val="0"/>
          <w:strike w:val="0"/>
          <w:sz w:val="22"/>
          <w:u w:val="single"/>
        </w:rPr>
        <w:t xml:space="preserve">Biden’s </w:t>
      </w:r>
      <w:r>
        <w:rPr>
          <w:b w:val="0"/>
          <w:i w:val="0"/>
          <w:smallCaps w:val="0"/>
          <w:strike w:val="0"/>
          <w:sz w:val="22"/>
          <w:u w:val="single"/>
        </w:rPr>
        <w:t>Oval Office address</w:t>
      </w:r>
      <w:r>
        <w:rPr>
          <w:b w:val="0"/>
          <w:i w:val="0"/>
          <w:smallCaps w:val="0"/>
          <w:strike w:val="0"/>
          <w:sz w:val="16"/>
          <w:u w:val="none"/>
        </w:rPr>
        <w:t xml:space="preserve"> Wednesday night, however, </w:t>
      </w:r>
      <w:r>
        <w:rPr>
          <w:b w:val="0"/>
          <w:i w:val="0"/>
          <w:smallCaps w:val="0"/>
          <w:strike w:val="0"/>
          <w:sz w:val="22"/>
          <w:u w:val="single"/>
        </w:rPr>
        <w:t>underlined a paradox</w:t>
      </w:r>
      <w:r>
        <w:rPr>
          <w:b w:val="0"/>
          <w:i w:val="0"/>
          <w:smallCaps w:val="0"/>
          <w:strike w:val="0"/>
          <w:sz w:val="16"/>
          <w:u w:val="none"/>
        </w:rPr>
        <w:t>. There is one way that Trump represents continuity and Biden is the anomaly. This paradox is also the reason Biden won’t be his party’s nominee for a second term.</w:t>
      </w:r>
    </w:p>
    <w:p>
      <w:pPr>
        <w:spacing w:after="60"/>
      </w:pPr>
      <w:r>
        <w:rPr>
          <w:b w:val="0"/>
          <w:i w:val="0"/>
          <w:smallCaps w:val="0"/>
          <w:strike w:val="0"/>
          <w:sz w:val="16"/>
          <w:u w:val="none"/>
        </w:rPr>
        <w:t>For most of American history — certainly since the start of the 20th century — the presidency has taken much of its power from the ability of its occupants to communicate. In other words, to use the singular power of the Oval Office to command the attention of the nation — more or less at will, on any topic or occasion — and shape the thoughts and mood of the country through the power of words and image. There is no better place to wage a national argument.</w:t>
      </w:r>
    </w:p>
    <w:p>
      <w:pPr>
        <w:spacing w:after="60"/>
      </w:pPr>
      <w:r>
        <w:rPr>
          <w:b w:val="0"/>
          <w:i w:val="0"/>
          <w:smallCaps w:val="0"/>
          <w:strike w:val="0"/>
          <w:sz w:val="16"/>
          <w:u w:val="none"/>
        </w:rPr>
        <w:t xml:space="preserve">By this narrow but critical standard, it is </w:t>
      </w:r>
      <w:r>
        <w:rPr>
          <w:b w:val="0"/>
          <w:i w:val="0"/>
          <w:smallCaps w:val="0"/>
          <w:strike w:val="0"/>
          <w:sz w:val="22"/>
          <w:highlight w:val="cyan"/>
          <w:u w:val="single"/>
        </w:rPr>
        <w:t>Trump</w:t>
      </w:r>
      <w:r>
        <w:rPr>
          <w:b w:val="0"/>
          <w:i w:val="0"/>
          <w:smallCaps w:val="0"/>
          <w:strike w:val="0"/>
          <w:sz w:val="16"/>
          <w:u w:val="none"/>
        </w:rPr>
        <w:t xml:space="preserve"> who </w:t>
      </w:r>
      <w:r>
        <w:rPr>
          <w:b w:val="0"/>
          <w:i w:val="0"/>
          <w:smallCaps w:val="0"/>
          <w:strike w:val="0"/>
          <w:sz w:val="22"/>
          <w:highlight w:val="cyan"/>
          <w:u w:val="single"/>
        </w:rPr>
        <w:t xml:space="preserve">used the </w:t>
      </w:r>
      <w:r>
        <w:rPr>
          <w:b w:val="0"/>
          <w:i w:val="0"/>
          <w:smallCaps w:val="0"/>
          <w:strike w:val="0"/>
          <w:sz w:val="22"/>
          <w:highlight w:val="cyan"/>
          <w:u w:val="single"/>
        </w:rPr>
        <w:t>presidential pulpit</w:t>
      </w:r>
      <w:r>
        <w:rPr>
          <w:b w:val="0"/>
          <w:i w:val="0"/>
          <w:smallCaps w:val="0"/>
          <w:strike w:val="0"/>
          <w:sz w:val="16"/>
          <w:u w:val="none"/>
        </w:rPr>
        <w:t xml:space="preserve"> — and </w:t>
      </w:r>
      <w:r>
        <w:rPr>
          <w:b w:val="0"/>
          <w:i w:val="0"/>
          <w:smallCaps w:val="0"/>
          <w:strike w:val="0"/>
          <w:sz w:val="22"/>
          <w:u w:val="single"/>
        </w:rPr>
        <w:t>the mania and obsessive interest that followed him even after he lost it</w:t>
      </w:r>
      <w:r>
        <w:rPr>
          <w:b w:val="0"/>
          <w:i w:val="0"/>
          <w:smallCaps w:val="0"/>
          <w:strike w:val="0"/>
          <w:sz w:val="16"/>
          <w:u w:val="none"/>
        </w:rPr>
        <w:t xml:space="preserve"> — </w:t>
      </w:r>
      <w:r>
        <w:rPr>
          <w:b w:val="0"/>
          <w:i w:val="0"/>
          <w:smallCaps w:val="0"/>
          <w:strike w:val="0"/>
          <w:sz w:val="22"/>
          <w:u w:val="single"/>
        </w:rPr>
        <w:t xml:space="preserve">in ways </w:t>
      </w:r>
      <w:r>
        <w:rPr>
          <w:b w:val="0"/>
          <w:i w:val="0"/>
          <w:smallCaps w:val="0"/>
          <w:strike w:val="0"/>
          <w:sz w:val="22"/>
          <w:highlight w:val="cyan"/>
          <w:u w:val="single"/>
        </w:rPr>
        <w:t>consistent with</w:t>
      </w:r>
      <w:r>
        <w:rPr>
          <w:b w:val="0"/>
          <w:i w:val="0"/>
          <w:smallCaps w:val="0"/>
          <w:strike w:val="0"/>
          <w:sz w:val="22"/>
          <w:u w:val="single"/>
        </w:rPr>
        <w:t xml:space="preserve"> the</w:t>
      </w:r>
      <w:r>
        <w:rPr>
          <w:b w:val="0"/>
          <w:i w:val="0"/>
          <w:smallCaps w:val="0"/>
          <w:strike w:val="0"/>
          <w:sz w:val="16"/>
          <w:u w:val="none"/>
        </w:rPr>
        <w:t xml:space="preserve"> </w:t>
      </w:r>
      <w:r>
        <w:rPr>
          <w:b w:val="0"/>
          <w:i w:val="0"/>
          <w:smallCaps w:val="0"/>
          <w:strike w:val="0"/>
          <w:sz w:val="22"/>
          <w:u w:val="single"/>
        </w:rPr>
        <w:t xml:space="preserve">grain of </w:t>
      </w:r>
      <w:r>
        <w:rPr>
          <w:b w:val="0"/>
          <w:i w:val="0"/>
          <w:smallCaps w:val="0"/>
          <w:strike w:val="0"/>
          <w:sz w:val="22"/>
          <w:highlight w:val="cyan"/>
          <w:u w:val="single"/>
        </w:rPr>
        <w:t>American history</w:t>
      </w:r>
      <w:r>
        <w:rPr>
          <w:b w:val="0"/>
          <w:i w:val="0"/>
          <w:smallCaps w:val="0"/>
          <w:strike w:val="0"/>
          <w:sz w:val="16"/>
          <w:u w:val="none"/>
        </w:rPr>
        <w:t xml:space="preserve">. </w:t>
      </w:r>
      <w:r>
        <w:rPr>
          <w:b w:val="0"/>
          <w:i w:val="0"/>
          <w:smallCaps w:val="0"/>
          <w:strike w:val="0"/>
          <w:sz w:val="22"/>
          <w:highlight w:val="cyan"/>
          <w:u w:val="single"/>
        </w:rPr>
        <w:t>He preoccupies</w:t>
      </w:r>
      <w:r>
        <w:rPr>
          <w:b w:val="0"/>
          <w:i w:val="0"/>
          <w:smallCaps w:val="0"/>
          <w:strike w:val="0"/>
          <w:sz w:val="22"/>
          <w:u w:val="single"/>
        </w:rPr>
        <w:t xml:space="preserve"> the </w:t>
      </w:r>
      <w:r>
        <w:rPr>
          <w:b w:val="0"/>
          <w:i w:val="0"/>
          <w:smallCaps w:val="0"/>
          <w:strike w:val="0"/>
          <w:sz w:val="22"/>
          <w:highlight w:val="cyan"/>
          <w:u w:val="single"/>
        </w:rPr>
        <w:t>psyche of the nation</w:t>
      </w:r>
      <w:r>
        <w:rPr>
          <w:b w:val="0"/>
          <w:i w:val="0"/>
          <w:smallCaps w:val="0"/>
          <w:strike w:val="0"/>
          <w:sz w:val="16"/>
          <w:u w:val="none"/>
        </w:rPr>
        <w:t xml:space="preserve">, </w:t>
      </w:r>
      <w:r>
        <w:rPr>
          <w:b w:val="0"/>
          <w:i w:val="0"/>
          <w:smallCaps w:val="0"/>
          <w:strike w:val="0"/>
          <w:sz w:val="22"/>
          <w:u w:val="single"/>
        </w:rPr>
        <w:t>no less among</w:t>
      </w:r>
      <w:r>
        <w:rPr>
          <w:b w:val="0"/>
          <w:i w:val="0"/>
          <w:smallCaps w:val="0"/>
          <w:strike w:val="0"/>
          <w:sz w:val="22"/>
          <w:u w:val="single"/>
        </w:rPr>
        <w:t xml:space="preserve"> those who loathe him as among the </w:t>
      </w:r>
      <w:r>
        <w:rPr>
          <w:b w:val="0"/>
          <w:i w:val="0"/>
          <w:smallCaps w:val="0"/>
          <w:strike w:val="0"/>
          <w:sz w:val="22"/>
          <w:u w:val="single"/>
        </w:rPr>
        <w:t>half or nearly half</w:t>
      </w:r>
      <w:r>
        <w:rPr>
          <w:b w:val="0"/>
          <w:i w:val="0"/>
          <w:smallCaps w:val="0"/>
          <w:strike w:val="0"/>
          <w:sz w:val="16"/>
          <w:u w:val="none"/>
        </w:rPr>
        <w:t xml:space="preserve"> </w:t>
      </w:r>
      <w:r>
        <w:rPr>
          <w:b w:val="0"/>
          <w:i w:val="0"/>
          <w:smallCaps w:val="0"/>
          <w:strike w:val="0"/>
          <w:sz w:val="22"/>
          <w:u w:val="single"/>
        </w:rPr>
        <w:t xml:space="preserve">who are open to </w:t>
      </w:r>
      <w:r>
        <w:rPr>
          <w:b w:val="0"/>
          <w:i w:val="0"/>
          <w:smallCaps w:val="0"/>
          <w:strike w:val="0"/>
          <w:sz w:val="22"/>
          <w:u w:val="single"/>
        </w:rPr>
        <w:t>returning him</w:t>
      </w:r>
      <w:r>
        <w:rPr>
          <w:b w:val="0"/>
          <w:i w:val="0"/>
          <w:smallCaps w:val="0"/>
          <w:strike w:val="0"/>
          <w:sz w:val="16"/>
          <w:u w:val="none"/>
        </w:rPr>
        <w:t xml:space="preserve"> </w:t>
      </w:r>
      <w:r>
        <w:rPr>
          <w:b w:val="0"/>
          <w:i w:val="0"/>
          <w:smallCaps w:val="0"/>
          <w:strike w:val="0"/>
          <w:sz w:val="22"/>
          <w:u w:val="single"/>
        </w:rPr>
        <w:t>to power</w:t>
      </w:r>
      <w:r>
        <w:rPr>
          <w:b w:val="0"/>
          <w:i w:val="0"/>
          <w:smallCaps w:val="0"/>
          <w:strike w:val="0"/>
          <w:sz w:val="16"/>
          <w:u w:val="none"/>
        </w:rPr>
        <w:t>.</w:t>
      </w:r>
    </w:p>
    <w:p>
      <w:pPr>
        <w:spacing w:after="60"/>
      </w:pPr>
      <w:r>
        <w:rPr>
          <w:b w:val="0"/>
          <w:i w:val="0"/>
          <w:smallCaps w:val="0"/>
          <w:strike w:val="0"/>
          <w:sz w:val="16"/>
          <w:u w:val="none"/>
        </w:rPr>
        <w:t xml:space="preserve">It was </w:t>
      </w:r>
      <w:r>
        <w:rPr>
          <w:b w:val="0"/>
          <w:i w:val="0"/>
          <w:smallCaps w:val="0"/>
          <w:strike w:val="0"/>
          <w:sz w:val="22"/>
          <w:highlight w:val="cyan"/>
          <w:u w:val="single"/>
        </w:rPr>
        <w:t>Biden</w:t>
      </w:r>
      <w:r>
        <w:rPr>
          <w:b w:val="0"/>
          <w:i w:val="0"/>
          <w:smallCaps w:val="0"/>
          <w:strike w:val="0"/>
          <w:sz w:val="16"/>
          <w:u w:val="none"/>
        </w:rPr>
        <w:t xml:space="preserve"> who </w:t>
      </w:r>
      <w:r>
        <w:rPr>
          <w:b w:val="0"/>
          <w:i w:val="0"/>
          <w:smallCaps w:val="0"/>
          <w:strike w:val="0"/>
          <w:sz w:val="22"/>
          <w:highlight w:val="cyan"/>
          <w:u w:val="single"/>
        </w:rPr>
        <w:t xml:space="preserve">is the </w:t>
      </w:r>
      <w:r>
        <w:rPr>
          <w:b w:val="0"/>
          <w:i w:val="0"/>
          <w:smallCaps w:val="0"/>
          <w:strike w:val="0"/>
          <w:sz w:val="22"/>
          <w:highlight w:val="cyan"/>
          <w:u w:val="single"/>
        </w:rPr>
        <w:t>tragic exception</w:t>
      </w:r>
      <w:r>
        <w:rPr>
          <w:b w:val="0"/>
          <w:i w:val="0"/>
          <w:smallCaps w:val="0"/>
          <w:strike w:val="0"/>
          <w:sz w:val="16"/>
          <w:u w:val="none"/>
        </w:rPr>
        <w:t xml:space="preserve">. </w:t>
      </w:r>
      <w:r>
        <w:rPr>
          <w:b w:val="0"/>
          <w:i w:val="0"/>
          <w:smallCaps w:val="0"/>
          <w:strike w:val="0"/>
          <w:sz w:val="22"/>
          <w:u w:val="single"/>
        </w:rPr>
        <w:t xml:space="preserve">He has been </w:t>
      </w:r>
      <w:r>
        <w:rPr>
          <w:b w:val="0"/>
          <w:i w:val="0"/>
          <w:smallCaps w:val="0"/>
          <w:strike w:val="0"/>
          <w:sz w:val="22"/>
          <w:highlight w:val="cyan"/>
          <w:u w:val="single"/>
        </w:rPr>
        <w:t xml:space="preserve">essentially a </w:t>
      </w:r>
      <w:r>
        <w:rPr>
          <w:b w:val="0"/>
          <w:i w:val="0"/>
          <w:smallCaps w:val="0"/>
          <w:strike w:val="0"/>
          <w:sz w:val="26"/>
          <w:highlight w:val="cyan"/>
          <w:u w:val="single"/>
        </w:rPr>
        <w:t>half president</w:t>
      </w:r>
      <w:r>
        <w:rPr>
          <w:b w:val="0"/>
          <w:i w:val="0"/>
          <w:smallCaps w:val="0"/>
          <w:strike w:val="0"/>
          <w:sz w:val="16"/>
          <w:u w:val="none"/>
        </w:rPr>
        <w:t>.</w:t>
      </w:r>
    </w:p>
    <w:p>
      <w:pPr>
        <w:pStyle w:val="Caption"/>
      </w:pPr>
      <w:r>
        <w:t>Source: Final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