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w:t>
      </w:r>
      <w:r>
        <w:rPr>
          <w:b/>
          <w:i w:val="0"/>
          <w:smallCaps w:val="0"/>
          <w:strike w:val="0"/>
          <w:sz w:val="26"/>
          <w:u w:val="single"/>
        </w:rPr>
        <w:t>fundamental question</w:t>
      </w:r>
      <w:r>
        <w:rPr>
          <w:b/>
          <w:i w:val="0"/>
          <w:smallCaps w:val="0"/>
          <w:strike w:val="0"/>
          <w:sz w:val="26"/>
          <w:u w:val="none"/>
        </w:rPr>
        <w:t xml:space="preserve"> of </w:t>
      </w:r>
      <w:r>
        <w:rPr>
          <w:b/>
          <w:i w:val="0"/>
          <w:smallCaps w:val="0"/>
          <w:strike w:val="0"/>
          <w:sz w:val="26"/>
          <w:u w:val="single"/>
        </w:rPr>
        <w:t>intellectual property</w:t>
      </w:r>
      <w:r>
        <w:rPr>
          <w:b/>
          <w:i w:val="0"/>
          <w:smallCaps w:val="0"/>
          <w:strike w:val="0"/>
          <w:sz w:val="26"/>
          <w:u w:val="none"/>
        </w:rPr>
        <w:t xml:space="preserve"> law is whether it </w:t>
      </w:r>
      <w:r>
        <w:rPr>
          <w:b/>
          <w:i w:val="0"/>
          <w:smallCaps w:val="0"/>
          <w:strike w:val="0"/>
          <w:sz w:val="26"/>
          <w:u w:val="single"/>
        </w:rPr>
        <w:t>CAN</w:t>
      </w:r>
      <w:r>
        <w:rPr>
          <w:b/>
          <w:i w:val="0"/>
          <w:smallCaps w:val="0"/>
          <w:strike w:val="0"/>
          <w:sz w:val="26"/>
          <w:u w:val="none"/>
        </w:rPr>
        <w:t xml:space="preserve"> </w:t>
      </w:r>
      <w:r>
        <w:rPr>
          <w:b/>
          <w:i w:val="0"/>
          <w:smallCaps w:val="0"/>
          <w:strike w:val="0"/>
          <w:sz w:val="26"/>
          <w:u w:val="single"/>
        </w:rPr>
        <w:t>restrict</w:t>
      </w:r>
      <w:r>
        <w:rPr>
          <w:b/>
          <w:i w:val="0"/>
          <w:smallCaps w:val="0"/>
          <w:strike w:val="0"/>
          <w:sz w:val="26"/>
          <w:u w:val="none"/>
        </w:rPr>
        <w:t xml:space="preserve"> down the </w:t>
      </w:r>
      <w:r>
        <w:rPr>
          <w:b/>
          <w:i w:val="0"/>
          <w:smallCaps w:val="0"/>
          <w:strike w:val="0"/>
          <w:sz w:val="26"/>
          <w:u w:val="single"/>
        </w:rPr>
        <w:t>inevitable</w:t>
      </w:r>
      <w:r>
        <w:rPr>
          <w:b/>
          <w:i w:val="0"/>
          <w:smallCaps w:val="0"/>
          <w:strike w:val="0"/>
          <w:sz w:val="26"/>
          <w:u w:val="none"/>
        </w:rPr>
        <w:t xml:space="preserve">, </w:t>
      </w:r>
      <w:r>
        <w:rPr>
          <w:b/>
          <w:i w:val="0"/>
          <w:smallCaps w:val="0"/>
          <w:strike w:val="0"/>
          <w:sz w:val="26"/>
          <w:u w:val="single"/>
        </w:rPr>
        <w:t>excessive</w:t>
      </w:r>
      <w:r>
        <w:rPr>
          <w:b/>
          <w:i w:val="0"/>
          <w:smallCaps w:val="0"/>
          <w:strike w:val="0"/>
          <w:sz w:val="26"/>
          <w:u w:val="none"/>
        </w:rPr>
        <w:t xml:space="preserve">, and </w:t>
      </w:r>
      <w:r>
        <w:rPr>
          <w:b/>
          <w:i w:val="0"/>
          <w:smallCaps w:val="0"/>
          <w:strike w:val="0"/>
          <w:sz w:val="26"/>
          <w:u w:val="single"/>
        </w:rPr>
        <w:t>memetic</w:t>
      </w:r>
      <w:r>
        <w:rPr>
          <w:b/>
          <w:i w:val="0"/>
          <w:smallCaps w:val="0"/>
          <w:strike w:val="0"/>
          <w:sz w:val="26"/>
          <w:u w:val="none"/>
        </w:rPr>
        <w:t xml:space="preserve"> drive of </w:t>
      </w:r>
      <w:r>
        <w:rPr>
          <w:b/>
          <w:i w:val="0"/>
          <w:smallCaps w:val="0"/>
          <w:strike w:val="0"/>
          <w:sz w:val="26"/>
          <w:u w:val="single"/>
        </w:rPr>
        <w:t>collectives</w:t>
      </w:r>
      <w:r>
        <w:rPr>
          <w:b/>
          <w:i w:val="0"/>
          <w:smallCaps w:val="0"/>
          <w:strike w:val="0"/>
          <w:sz w:val="26"/>
          <w:u w:val="none"/>
        </w:rPr>
        <w:t xml:space="preserve">, NOT whether it </w:t>
      </w:r>
      <w:r>
        <w:rPr>
          <w:b/>
          <w:i w:val="0"/>
          <w:smallCaps w:val="0"/>
          <w:strike w:val="0"/>
          <w:sz w:val="26"/>
          <w:u w:val="single"/>
        </w:rPr>
        <w:t>SHOULD</w:t>
      </w:r>
      <w:r>
        <w:rPr>
          <w:b/>
          <w:i w:val="0"/>
          <w:smallCaps w:val="0"/>
          <w:strike w:val="0"/>
          <w:sz w:val="26"/>
          <w:u w:val="none"/>
        </w:rPr>
        <w:t>---</w:t>
      </w:r>
      <w:r>
        <w:rPr>
          <w:b/>
          <w:i w:val="0"/>
          <w:smallCaps w:val="0"/>
          <w:strike w:val="0"/>
          <w:sz w:val="26"/>
          <w:u w:val="single"/>
        </w:rPr>
        <w:t>identifying</w:t>
      </w:r>
      <w:r>
        <w:rPr>
          <w:b/>
          <w:i w:val="0"/>
          <w:smallCaps w:val="0"/>
          <w:strike w:val="0"/>
          <w:sz w:val="26"/>
          <w:u w:val="none"/>
        </w:rPr>
        <w:t xml:space="preserve"> this </w:t>
      </w:r>
      <w:r>
        <w:rPr>
          <w:b/>
          <w:i w:val="0"/>
          <w:smallCaps w:val="0"/>
          <w:strike w:val="0"/>
          <w:sz w:val="26"/>
          <w:u w:val="single"/>
        </w:rPr>
        <w:t>inevitable</w:t>
      </w:r>
      <w:r>
        <w:rPr>
          <w:b/>
          <w:i w:val="0"/>
          <w:smallCaps w:val="0"/>
          <w:strike w:val="0"/>
          <w:sz w:val="26"/>
          <w:u w:val="none"/>
        </w:rPr>
        <w:t xml:space="preserve"> excess of the </w:t>
      </w:r>
      <w:r>
        <w:rPr>
          <w:b/>
          <w:i w:val="0"/>
          <w:smallCaps w:val="0"/>
          <w:strike w:val="0"/>
          <w:sz w:val="26"/>
          <w:u w:val="single"/>
        </w:rPr>
        <w:t>A</w:t>
      </w:r>
      <w:r>
        <w:rPr>
          <w:b/>
          <w:i w:val="0"/>
          <w:smallCaps w:val="0"/>
          <w:strike w:val="0"/>
          <w:sz w:val="26"/>
          <w:u w:val="single"/>
        </w:rPr>
        <w:t xml:space="preserve">ccursed </w:t>
      </w:r>
      <w:r>
        <w:rPr>
          <w:b/>
          <w:i w:val="0"/>
          <w:smallCaps w:val="0"/>
          <w:strike w:val="0"/>
          <w:sz w:val="26"/>
          <w:u w:val="single"/>
        </w:rPr>
        <w:t>S</w:t>
      </w:r>
      <w:r>
        <w:rPr>
          <w:b/>
          <w:i w:val="0"/>
          <w:smallCaps w:val="0"/>
          <w:strike w:val="0"/>
          <w:sz w:val="26"/>
          <w:u w:val="single"/>
        </w:rPr>
        <w:t>hare</w:t>
      </w:r>
      <w:r>
        <w:rPr>
          <w:b/>
          <w:i w:val="0"/>
          <w:smallCaps w:val="0"/>
          <w:strike w:val="0"/>
          <w:sz w:val="26"/>
          <w:u w:val="none"/>
        </w:rPr>
        <w:t xml:space="preserve"> requires “unequivocally affirm[</w:t>
      </w:r>
      <w:r>
        <w:rPr>
          <w:b/>
          <w:i w:val="0"/>
          <w:smallCaps w:val="0"/>
          <w:strike w:val="0"/>
          <w:sz w:val="26"/>
          <w:u w:val="none"/>
        </w:rPr>
        <w:t>ation</w:t>
      </w:r>
      <w:r>
        <w:rPr>
          <w:b/>
          <w:i w:val="0"/>
          <w:smallCaps w:val="0"/>
          <w:strike w:val="0"/>
          <w:sz w:val="26"/>
          <w:u w:val="none"/>
        </w:rPr>
        <w:t xml:space="preserve">]” </w:t>
      </w:r>
      <w:r>
        <w:rPr>
          <w:b/>
          <w:i w:val="0"/>
          <w:smallCaps w:val="0"/>
          <w:strike w:val="0"/>
          <w:sz w:val="26"/>
          <w:u w:val="single"/>
        </w:rPr>
        <w:t>through</w:t>
      </w:r>
      <w:r>
        <w:rPr>
          <w:b/>
          <w:i w:val="0"/>
          <w:smallCaps w:val="0"/>
          <w:strike w:val="0"/>
          <w:sz w:val="26"/>
          <w:u w:val="none"/>
        </w:rPr>
        <w:t xml:space="preserve"> questioning the </w:t>
      </w:r>
      <w:r>
        <w:rPr>
          <w:b/>
          <w:i w:val="0"/>
          <w:smallCaps w:val="0"/>
          <w:strike w:val="0"/>
          <w:sz w:val="26"/>
          <w:u w:val="single"/>
        </w:rPr>
        <w:t>vocabulary</w:t>
      </w:r>
      <w:r>
        <w:rPr>
          <w:b/>
          <w:i w:val="0"/>
          <w:smallCaps w:val="0"/>
          <w:strike w:val="0"/>
          <w:sz w:val="26"/>
          <w:u w:val="none"/>
        </w:rPr>
        <w:t xml:space="preserve"> of the resolution itself---vote negative as copied art </w:t>
      </w:r>
      <w:r>
        <w:rPr>
          <w:b/>
          <w:i/>
          <w:smallCaps w:val="0"/>
          <w:strike w:val="0"/>
          <w:sz w:val="26"/>
          <w:u w:val="none"/>
        </w:rPr>
        <w:t>without</w:t>
      </w:r>
      <w:r>
        <w:rPr>
          <w:b/>
          <w:i w:val="0"/>
          <w:smallCaps w:val="0"/>
          <w:strike w:val="0"/>
          <w:sz w:val="26"/>
          <w:u w:val="none"/>
        </w:rPr>
        <w:t xml:space="preserve"> limits.</w:t>
      </w:r>
    </w:p>
    <w:p>
      <w:pPr>
        <w:spacing w:after="80"/>
      </w:pPr>
      <w:r>
        <w:rPr>
          <w:b w:val="0"/>
          <w:i w:val="0"/>
          <w:smallCaps w:val="0"/>
          <w:strike w:val="0"/>
          <w:u w:val="none"/>
        </w:rPr>
        <w:t xml:space="preserve">Marcus </w:t>
      </w:r>
      <w:r>
        <w:rPr>
          <w:b/>
          <w:i w:val="0"/>
          <w:smallCaps w:val="0"/>
          <w:strike w:val="0"/>
          <w:sz w:val="26"/>
          <w:u w:val="none"/>
        </w:rPr>
        <w:t>Boon 14</w:t>
      </w:r>
      <w:r>
        <w:rPr>
          <w:b w:val="0"/>
          <w:i w:val="0"/>
          <w:smallCaps w:val="0"/>
          <w:strike w:val="0"/>
          <w:u w:val="none"/>
        </w:rPr>
        <w:t xml:space="preserve">. Professor of English at York University, Toronto. [“Structures of Sharing: </w:t>
      </w:r>
      <w:r>
        <w:rPr>
          <w:b w:val="0"/>
          <w:i w:val="0"/>
          <w:smallCaps w:val="0"/>
          <w:strike w:val="0"/>
          <w:u w:val="none"/>
        </w:rPr>
        <w:t>Depropriation</w:t>
      </w:r>
      <w:r>
        <w:rPr>
          <w:b w:val="0"/>
          <w:i w:val="0"/>
          <w:smallCaps w:val="0"/>
          <w:strike w:val="0"/>
          <w:u w:val="none"/>
        </w:rPr>
        <w:t xml:space="preserve"> and Intellectual Property Law” in </w:t>
      </w:r>
      <w:r>
        <w:rPr>
          <w:b w:val="0"/>
          <w:i/>
          <w:smallCaps w:val="0"/>
          <w:strike w:val="0"/>
          <w:u w:val="none"/>
        </w:rPr>
        <w:t>Intellectual Property for the 21st Century Interdisciplinary Approaches</w:t>
      </w:r>
      <w:r>
        <w:rPr>
          <w:b w:val="0"/>
          <w:i w:val="0"/>
          <w:smallCaps w:val="0"/>
          <w:strike w:val="0"/>
          <w:u w:val="none"/>
        </w:rPr>
        <w:t>. Irwin Law. 1-24-2014. ISBN: 9781552213544]//dawn</w:t>
      </w:r>
    </w:p>
    <w:p>
      <w:pPr>
        <w:spacing w:after="60"/>
      </w:pPr>
      <w:r>
        <w:rPr>
          <w:b w:val="0"/>
          <w:i w:val="0"/>
          <w:smallCaps w:val="0"/>
          <w:strike w:val="0"/>
          <w:u w:val="none"/>
        </w:rPr>
        <w:t xml:space="preserve">Abstract (EN): </w:t>
      </w:r>
      <w:r>
        <w:rPr>
          <w:b/>
          <w:i w:val="0"/>
          <w:smallCaps w:val="0"/>
          <w:strike w:val="0"/>
          <w:sz w:val="22"/>
          <w:highlight w:val="cyan"/>
          <w:u w:val="single"/>
        </w:rPr>
        <w:t>I</w:t>
      </w:r>
      <w:r>
        <w:rPr>
          <w:b/>
          <w:i w:val="0"/>
          <w:smallCaps w:val="0"/>
          <w:strike w:val="0"/>
          <w:sz w:val="22"/>
          <w:u w:val="single"/>
        </w:rPr>
        <w:t xml:space="preserve">ntellectual </w:t>
      </w:r>
      <w:r>
        <w:rPr>
          <w:b/>
          <w:i w:val="0"/>
          <w:smallCaps w:val="0"/>
          <w:strike w:val="0"/>
          <w:sz w:val="22"/>
          <w:highlight w:val="cyan"/>
          <w:u w:val="single"/>
        </w:rPr>
        <w:t>p</w:t>
      </w:r>
      <w:r>
        <w:rPr>
          <w:b/>
          <w:i w:val="0"/>
          <w:smallCaps w:val="0"/>
          <w:strike w:val="0"/>
          <w:sz w:val="22"/>
          <w:u w:val="single"/>
        </w:rPr>
        <w:t xml:space="preserve">roperty </w:t>
      </w:r>
      <w:r>
        <w:rPr>
          <w:b/>
          <w:i w:val="0"/>
          <w:smallCaps w:val="0"/>
          <w:strike w:val="0"/>
          <w:sz w:val="22"/>
          <w:highlight w:val="cyan"/>
          <w:u w:val="single"/>
        </w:rPr>
        <w:t>law</w:t>
      </w:r>
      <w:r>
        <w:rPr>
          <w:b w:val="0"/>
          <w:i w:val="0"/>
          <w:smallCaps w:val="0"/>
          <w:strike w:val="0"/>
          <w:u w:val="none"/>
        </w:rPr>
        <w:t xml:space="preserve"> </w:t>
      </w:r>
      <w:r>
        <w:rPr>
          <w:b w:val="0"/>
          <w:i w:val="0"/>
          <w:smallCaps w:val="0"/>
          <w:strike w:val="0"/>
          <w:sz w:val="22"/>
          <w:highlight w:val="cyan"/>
          <w:u w:val="single"/>
        </w:rPr>
        <w:t xml:space="preserve">is concerned with </w:t>
      </w:r>
      <w:r>
        <w:rPr>
          <w:b/>
          <w:i w:val="0"/>
          <w:smallCaps w:val="0"/>
          <w:strike w:val="0"/>
          <w:sz w:val="22"/>
          <w:highlight w:val="cyan"/>
          <w:u w:val="single"/>
        </w:rPr>
        <w:t>control</w:t>
      </w:r>
      <w:r>
        <w:rPr>
          <w:b w:val="0"/>
          <w:i w:val="0"/>
          <w:smallCaps w:val="0"/>
          <w:strike w:val="0"/>
          <w:sz w:val="22"/>
          <w:highlight w:val="cyan"/>
          <w:u w:val="single"/>
        </w:rPr>
        <w:t xml:space="preserve"> over</w:t>
      </w:r>
      <w:r>
        <w:rPr>
          <w:b w:val="0"/>
          <w:i w:val="0"/>
          <w:smallCaps w:val="0"/>
          <w:strike w:val="0"/>
          <w:sz w:val="22"/>
          <w:u w:val="single"/>
        </w:rPr>
        <w:t xml:space="preserve"> the </w:t>
      </w:r>
      <w:r>
        <w:rPr>
          <w:b/>
          <w:i w:val="0"/>
          <w:smallCaps w:val="0"/>
          <w:strike w:val="0"/>
          <w:sz w:val="22"/>
          <w:u w:val="single"/>
        </w:rPr>
        <w:t>production</w:t>
      </w:r>
      <w:r>
        <w:rPr>
          <w:b w:val="0"/>
          <w:i w:val="0"/>
          <w:smallCaps w:val="0"/>
          <w:strike w:val="0"/>
          <w:sz w:val="22"/>
          <w:u w:val="single"/>
        </w:rPr>
        <w:t xml:space="preserve"> and </w:t>
      </w:r>
      <w:r>
        <w:rPr>
          <w:b/>
          <w:i w:val="0"/>
          <w:smallCaps w:val="0"/>
          <w:strike w:val="0"/>
          <w:sz w:val="22"/>
          <w:u w:val="single"/>
        </w:rPr>
        <w:t>distribution</w:t>
      </w:r>
      <w:r>
        <w:rPr>
          <w:b w:val="0"/>
          <w:i w:val="0"/>
          <w:smallCaps w:val="0"/>
          <w:strike w:val="0"/>
          <w:sz w:val="22"/>
          <w:u w:val="single"/>
        </w:rPr>
        <w:t xml:space="preserve"> of </w:t>
      </w:r>
      <w:r>
        <w:rPr>
          <w:b/>
          <w:i w:val="0"/>
          <w:smallCaps w:val="0"/>
          <w:strike w:val="0"/>
          <w:sz w:val="22"/>
          <w:highlight w:val="cyan"/>
          <w:u w:val="single"/>
        </w:rPr>
        <w:t>copies</w:t>
      </w:r>
      <w:r>
        <w:rPr>
          <w:b w:val="0"/>
          <w:i w:val="0"/>
          <w:smallCaps w:val="0"/>
          <w:strike w:val="0"/>
          <w:u w:val="none"/>
        </w:rPr>
        <w:t xml:space="preserve"> (“materially fixed expressions”) </w:t>
      </w:r>
      <w:r>
        <w:rPr>
          <w:b/>
          <w:i w:val="0"/>
          <w:smallCaps w:val="0"/>
          <w:strike w:val="0"/>
          <w:sz w:val="22"/>
          <w:u w:val="single"/>
        </w:rPr>
        <w:t>of ideas</w:t>
      </w:r>
      <w:r>
        <w:rPr>
          <w:b w:val="0"/>
          <w:i w:val="0"/>
          <w:smallCaps w:val="0"/>
          <w:strike w:val="0"/>
          <w:u w:val="none"/>
        </w:rPr>
        <w:t xml:space="preserve">. </w:t>
      </w:r>
      <w:r>
        <w:rPr>
          <w:b/>
          <w:i w:val="0"/>
          <w:smallCaps w:val="0"/>
          <w:strike w:val="0"/>
          <w:sz w:val="22"/>
          <w:u w:val="single"/>
        </w:rPr>
        <w:t>Copies are</w:t>
      </w:r>
      <w:r>
        <w:rPr>
          <w:b w:val="0"/>
          <w:i w:val="0"/>
          <w:smallCaps w:val="0"/>
          <w:strike w:val="0"/>
          <w:u w:val="none"/>
        </w:rPr>
        <w:t xml:space="preserve"> in fact </w:t>
      </w:r>
      <w:r>
        <w:rPr>
          <w:b/>
          <w:i w:val="0"/>
          <w:smallCaps w:val="0"/>
          <w:strike w:val="0"/>
          <w:sz w:val="22"/>
          <w:highlight w:val="cyan"/>
          <w:u w:val="single"/>
        </w:rPr>
        <w:t>ubiquitous</w:t>
      </w:r>
      <w:r>
        <w:rPr>
          <w:b w:val="0"/>
          <w:i w:val="0"/>
          <w:smallCaps w:val="0"/>
          <w:strike w:val="0"/>
          <w:sz w:val="22"/>
          <w:u w:val="single"/>
        </w:rPr>
        <w:t xml:space="preserve"> and the attempt </w:t>
      </w:r>
      <w:r>
        <w:rPr>
          <w:b/>
          <w:i w:val="0"/>
          <w:smallCaps w:val="0"/>
          <w:strike w:val="0"/>
          <w:sz w:val="22"/>
          <w:highlight w:val="cyan"/>
          <w:u w:val="single"/>
        </w:rPr>
        <w:t>to situate</w:t>
      </w:r>
      <w:r>
        <w:rPr>
          <w:b w:val="0"/>
          <w:i w:val="0"/>
          <w:smallCaps w:val="0"/>
          <w:strike w:val="0"/>
          <w:sz w:val="22"/>
          <w:u w:val="single"/>
        </w:rPr>
        <w:t xml:space="preserve"> </w:t>
      </w:r>
      <w:r>
        <w:rPr>
          <w:b/>
          <w:i w:val="0"/>
          <w:smallCaps w:val="0"/>
          <w:strike w:val="0"/>
          <w:sz w:val="22"/>
          <w:highlight w:val="cyan"/>
          <w:u w:val="single"/>
        </w:rPr>
        <w:t>copies within a certain discourse</w:t>
      </w:r>
      <w:r>
        <w:rPr>
          <w:b w:val="0"/>
          <w:i w:val="0"/>
          <w:smallCaps w:val="0"/>
          <w:strike w:val="0"/>
          <w:u w:val="none"/>
        </w:rPr>
        <w:t xml:space="preserve"> </w:t>
      </w:r>
      <w:r>
        <w:rPr>
          <w:b w:val="0"/>
          <w:i w:val="0"/>
          <w:smallCaps w:val="0"/>
          <w:strike w:val="0"/>
          <w:sz w:val="22"/>
          <w:u w:val="single"/>
        </w:rPr>
        <w:t>or discipline</w:t>
      </w:r>
      <w:r>
        <w:rPr>
          <w:b w:val="0"/>
          <w:i w:val="0"/>
          <w:smallCaps w:val="0"/>
          <w:strike w:val="0"/>
          <w:u w:val="none"/>
        </w:rPr>
        <w:t xml:space="preserve"> </w:t>
      </w:r>
      <w:r>
        <w:rPr>
          <w:b/>
          <w:i w:val="0"/>
          <w:smallCaps w:val="0"/>
          <w:strike w:val="0"/>
          <w:sz w:val="22"/>
          <w:highlight w:val="cyan"/>
          <w:u w:val="single"/>
        </w:rPr>
        <w:t>relies on particular</w:t>
      </w:r>
      <w:r>
        <w:rPr>
          <w:b w:val="0"/>
          <w:i w:val="0"/>
          <w:smallCaps w:val="0"/>
          <w:strike w:val="0"/>
          <w:sz w:val="22"/>
          <w:u w:val="single"/>
        </w:rPr>
        <w:t xml:space="preserve"> philosophical </w:t>
      </w:r>
      <w:r>
        <w:rPr>
          <w:b/>
          <w:i w:val="0"/>
          <w:smallCaps w:val="0"/>
          <w:strike w:val="0"/>
          <w:sz w:val="22"/>
          <w:highlight w:val="cyan"/>
          <w:u w:val="single"/>
        </w:rPr>
        <w:t>decisions that</w:t>
      </w:r>
      <w:r>
        <w:rPr>
          <w:b/>
          <w:i w:val="0"/>
          <w:smallCaps w:val="0"/>
          <w:strike w:val="0"/>
          <w:sz w:val="22"/>
          <w:u w:val="single"/>
        </w:rPr>
        <w:t xml:space="preserve"> can be</w:t>
      </w:r>
      <w:r>
        <w:rPr>
          <w:b w:val="0"/>
          <w:i w:val="0"/>
          <w:smallCaps w:val="0"/>
          <w:strike w:val="0"/>
          <w:sz w:val="22"/>
          <w:u w:val="single"/>
        </w:rPr>
        <w:t xml:space="preserve"> shown, historically and otherwise, to </w:t>
      </w:r>
      <w:r>
        <w:rPr>
          <w:b w:val="0"/>
          <w:i w:val="0"/>
          <w:smallCaps w:val="0"/>
          <w:strike w:val="0"/>
          <w:sz w:val="22"/>
          <w:highlight w:val="cyan"/>
          <w:u w:val="single"/>
        </w:rPr>
        <w:t>be</w:t>
      </w:r>
      <w:r>
        <w:rPr>
          <w:b w:val="0"/>
          <w:i w:val="0"/>
          <w:smallCaps w:val="0"/>
          <w:strike w:val="0"/>
          <w:sz w:val="22"/>
          <w:u w:val="single"/>
        </w:rPr>
        <w:t xml:space="preserve"> finally </w:t>
      </w:r>
      <w:r>
        <w:rPr>
          <w:b/>
          <w:i w:val="0"/>
          <w:smallCaps w:val="0"/>
          <w:strike w:val="0"/>
          <w:sz w:val="22"/>
          <w:highlight w:val="cyan"/>
          <w:u w:val="single"/>
        </w:rPr>
        <w:t>political and ideological</w:t>
      </w:r>
      <w:r>
        <w:rPr>
          <w:b/>
          <w:i w:val="0"/>
          <w:smallCaps w:val="0"/>
          <w:strike w:val="0"/>
          <w:sz w:val="22"/>
          <w:u w:val="single"/>
        </w:rPr>
        <w:t>.</w:t>
      </w:r>
      <w:r>
        <w:rPr>
          <w:b w:val="0"/>
          <w:i w:val="0"/>
          <w:smallCaps w:val="0"/>
          <w:strike w:val="0"/>
          <w:u w:val="none"/>
        </w:rPr>
        <w:t xml:space="preserve"> </w:t>
      </w:r>
      <w:r>
        <w:rPr>
          <w:b w:val="0"/>
          <w:i w:val="0"/>
          <w:smallCaps w:val="0"/>
          <w:strike w:val="0"/>
          <w:sz w:val="22"/>
          <w:u w:val="single"/>
        </w:rPr>
        <w:t xml:space="preserve">If </w:t>
      </w:r>
      <w:r>
        <w:rPr>
          <w:b/>
          <w:i w:val="0"/>
          <w:smallCaps w:val="0"/>
          <w:strike w:val="0"/>
          <w:sz w:val="26"/>
          <w:highlight w:val="cyan"/>
          <w:u w:val="single"/>
        </w:rPr>
        <w:t>the copy always evades and exceeds disciplinarity</w:t>
      </w:r>
      <w:r>
        <w:rPr>
          <w:b w:val="0"/>
          <w:i w:val="0"/>
          <w:smallCaps w:val="0"/>
          <w:strike w:val="0"/>
          <w:u w:val="none"/>
        </w:rPr>
        <w:t xml:space="preserve">, </w:t>
      </w:r>
      <w:r>
        <w:rPr>
          <w:b/>
          <w:i w:val="0"/>
          <w:smallCaps w:val="0"/>
          <w:strike w:val="0"/>
          <w:sz w:val="22"/>
          <w:highlight w:val="cyan"/>
          <w:u w:val="single"/>
        </w:rPr>
        <w:t>including</w:t>
      </w:r>
      <w:r>
        <w:rPr>
          <w:b w:val="0"/>
          <w:i w:val="0"/>
          <w:smallCaps w:val="0"/>
          <w:strike w:val="0"/>
          <w:sz w:val="22"/>
          <w:u w:val="single"/>
        </w:rPr>
        <w:t xml:space="preserve"> “</w:t>
      </w:r>
      <w:r>
        <w:rPr>
          <w:b w:val="0"/>
          <w:i w:val="0"/>
          <w:smallCaps w:val="0"/>
          <w:strike w:val="0"/>
          <w:sz w:val="22"/>
          <w:u w:val="single"/>
        </w:rPr>
        <w:t>multidisciplinarity</w:t>
      </w:r>
      <w:r>
        <w:rPr>
          <w:b w:val="0"/>
          <w:i w:val="0"/>
          <w:smallCaps w:val="0"/>
          <w:strike w:val="0"/>
          <w:sz w:val="22"/>
          <w:u w:val="single"/>
        </w:rPr>
        <w:t xml:space="preserve">” and </w:t>
      </w:r>
      <w:r>
        <w:rPr>
          <w:b/>
          <w:i w:val="0"/>
          <w:smallCaps w:val="0"/>
          <w:strike w:val="0"/>
          <w:sz w:val="22"/>
          <w:highlight w:val="cyan"/>
          <w:u w:val="single"/>
        </w:rPr>
        <w:t>law</w:t>
      </w:r>
      <w:r>
        <w:rPr>
          <w:b w:val="0"/>
          <w:i w:val="0"/>
          <w:smallCaps w:val="0"/>
          <w:strike w:val="0"/>
          <w:sz w:val="22"/>
          <w:u w:val="single"/>
        </w:rPr>
        <w:t>,</w:t>
      </w:r>
      <w:r>
        <w:rPr>
          <w:b w:val="0"/>
          <w:i w:val="0"/>
          <w:smallCaps w:val="0"/>
          <w:strike w:val="0"/>
          <w:u w:val="none"/>
        </w:rPr>
        <w:t xml:space="preserve"> </w:t>
      </w:r>
      <w:r>
        <w:rPr>
          <w:b w:val="0"/>
          <w:i w:val="0"/>
          <w:smallCaps w:val="0"/>
          <w:strike w:val="0"/>
          <w:sz w:val="22"/>
          <w:highlight w:val="cyan"/>
          <w:u w:val="single"/>
        </w:rPr>
        <w:t>what do we do about these</w:t>
      </w:r>
      <w:r>
        <w:rPr>
          <w:b w:val="0"/>
          <w:i w:val="0"/>
          <w:smallCaps w:val="0"/>
          <w:strike w:val="0"/>
          <w:sz w:val="22"/>
          <w:u w:val="single"/>
        </w:rPr>
        <w:t xml:space="preserve"> copies </w:t>
      </w:r>
      <w:r>
        <w:rPr>
          <w:b w:val="0"/>
          <w:i w:val="0"/>
          <w:smallCaps w:val="0"/>
          <w:strike w:val="0"/>
          <w:sz w:val="22"/>
          <w:highlight w:val="cyan"/>
          <w:u w:val="single"/>
        </w:rPr>
        <w:t>that</w:t>
      </w:r>
      <w:r>
        <w:rPr>
          <w:b w:val="0"/>
          <w:i w:val="0"/>
          <w:smallCaps w:val="0"/>
          <w:strike w:val="0"/>
          <w:sz w:val="22"/>
          <w:u w:val="single"/>
        </w:rPr>
        <w:t xml:space="preserve"> are ultimately </w:t>
      </w:r>
      <w:r>
        <w:rPr>
          <w:b w:val="0"/>
          <w:i w:val="0"/>
          <w:smallCaps w:val="0"/>
          <w:strike w:val="0"/>
          <w:sz w:val="22"/>
          <w:u w:val="single"/>
        </w:rPr>
        <w:t>depropriated</w:t>
      </w:r>
      <w:r>
        <w:rPr>
          <w:b w:val="0"/>
          <w:i w:val="0"/>
          <w:smallCaps w:val="0"/>
          <w:strike w:val="0"/>
          <w:u w:val="none"/>
        </w:rPr>
        <w:t xml:space="preserve">, that is, </w:t>
      </w:r>
      <w:r>
        <w:rPr>
          <w:b w:val="0"/>
          <w:i w:val="0"/>
          <w:smallCaps w:val="0"/>
          <w:strike w:val="0"/>
          <w:sz w:val="22"/>
          <w:highlight w:val="cyan"/>
          <w:u w:val="single"/>
        </w:rPr>
        <w:t>lack</w:t>
      </w:r>
      <w:r>
        <w:rPr>
          <w:b w:val="0"/>
          <w:i w:val="0"/>
          <w:smallCaps w:val="0"/>
          <w:strike w:val="0"/>
          <w:sz w:val="22"/>
          <w:u w:val="single"/>
        </w:rPr>
        <w:t xml:space="preserve">ing </w:t>
      </w:r>
      <w:r>
        <w:rPr>
          <w:b w:val="0"/>
          <w:i w:val="0"/>
          <w:smallCaps w:val="0"/>
          <w:strike w:val="0"/>
          <w:sz w:val="22"/>
          <w:highlight w:val="cyan"/>
          <w:u w:val="single"/>
        </w:rPr>
        <w:t>a “proper” place</w:t>
      </w:r>
      <w:r>
        <w:rPr>
          <w:b w:val="0"/>
          <w:i w:val="0"/>
          <w:smallCaps w:val="0"/>
          <w:strike w:val="0"/>
          <w:u w:val="none"/>
        </w:rPr>
        <w:t xml:space="preserve"> or location, </w:t>
      </w:r>
      <w:r>
        <w:rPr>
          <w:b w:val="0"/>
          <w:i w:val="0"/>
          <w:smallCaps w:val="0"/>
          <w:strike w:val="0"/>
          <w:sz w:val="22"/>
          <w:u w:val="single"/>
        </w:rPr>
        <w:t xml:space="preserve">yet </w:t>
      </w:r>
      <w:r>
        <w:rPr>
          <w:b w:val="0"/>
          <w:i w:val="0"/>
          <w:smallCaps w:val="0"/>
          <w:strike w:val="0"/>
          <w:sz w:val="22"/>
          <w:highlight w:val="cyan"/>
          <w:u w:val="single"/>
        </w:rPr>
        <w:t>nonetheless</w:t>
      </w:r>
      <w:r>
        <w:rPr>
          <w:b w:val="0"/>
          <w:i w:val="0"/>
          <w:smallCaps w:val="0"/>
          <w:strike w:val="0"/>
          <w:sz w:val="22"/>
          <w:u w:val="single"/>
        </w:rPr>
        <w:t xml:space="preserve"> recognizably </w:t>
      </w:r>
      <w:r>
        <w:rPr>
          <w:b w:val="0"/>
          <w:i w:val="0"/>
          <w:smallCaps w:val="0"/>
          <w:strike w:val="0"/>
          <w:sz w:val="22"/>
          <w:highlight w:val="cyan"/>
          <w:u w:val="single"/>
        </w:rPr>
        <w:t>present</w:t>
      </w:r>
      <w:r>
        <w:rPr>
          <w:b w:val="0"/>
          <w:i w:val="0"/>
          <w:smallCaps w:val="0"/>
          <w:strike w:val="0"/>
          <w:u w:val="none"/>
        </w:rPr>
        <w:t xml:space="preserve">? The author explores the work of French filmmaker Jean-Luc Godard as an example of an attempt to think and </w:t>
      </w:r>
      <w:r>
        <w:rPr>
          <w:b/>
          <w:i w:val="0"/>
          <w:smallCaps w:val="0"/>
          <w:strike w:val="0"/>
          <w:sz w:val="22"/>
          <w:highlight w:val="cyan"/>
          <w:u w:val="single"/>
        </w:rPr>
        <w:t>make</w:t>
      </w:r>
      <w:r>
        <w:rPr>
          <w:b w:val="0"/>
          <w:i w:val="0"/>
          <w:smallCaps w:val="0"/>
          <w:strike w:val="0"/>
          <w:u w:val="none"/>
        </w:rPr>
        <w:t xml:space="preserve"> a </w:t>
      </w:r>
      <w:r>
        <w:rPr>
          <w:b/>
          <w:i w:val="0"/>
          <w:smallCaps w:val="0"/>
          <w:strike w:val="0"/>
          <w:sz w:val="22"/>
          <w:u w:val="single"/>
        </w:rPr>
        <w:t xml:space="preserve">copy-based </w:t>
      </w:r>
      <w:r>
        <w:rPr>
          <w:b/>
          <w:i w:val="0"/>
          <w:smallCaps w:val="0"/>
          <w:strike w:val="0"/>
          <w:sz w:val="22"/>
          <w:highlight w:val="cyan"/>
          <w:u w:val="single"/>
        </w:rPr>
        <w:t xml:space="preserve">art that refuses the logic of </w:t>
      </w:r>
      <w:r>
        <w:rPr>
          <w:b/>
          <w:i w:val="0"/>
          <w:smallCaps w:val="0"/>
          <w:strike w:val="0"/>
          <w:sz w:val="22"/>
          <w:highlight w:val="cyan"/>
          <w:u w:val="single"/>
        </w:rPr>
        <w:t>IP</w:t>
      </w:r>
      <w:r>
        <w:rPr>
          <w:b w:val="0"/>
          <w:i w:val="0"/>
          <w:smallCaps w:val="0"/>
          <w:strike w:val="0"/>
          <w:u w:val="none"/>
        </w:rPr>
        <w:t>, and</w:t>
      </w:r>
      <w:r>
        <w:rPr>
          <w:b w:val="0"/>
          <w:i w:val="0"/>
          <w:smallCaps w:val="0"/>
          <w:strike w:val="0"/>
          <w:u w:val="none"/>
        </w:rPr>
        <w:t xml:space="preserve"> argues that </w:t>
      </w:r>
      <w:r>
        <w:rPr>
          <w:b w:val="0"/>
          <w:i w:val="0"/>
          <w:smallCaps w:val="0"/>
          <w:strike w:val="0"/>
          <w:sz w:val="22"/>
          <w:u w:val="single"/>
        </w:rPr>
        <w:t>legal scholars need to consider broader issues of political economy when debating contemporary IP law</w:t>
      </w:r>
      <w:r>
        <w:rPr>
          <w:b w:val="0"/>
          <w:i w:val="0"/>
          <w:smallCaps w:val="0"/>
          <w:strike w:val="0"/>
          <w:u w:val="none"/>
        </w:rPr>
        <w:t>.</w:t>
      </w:r>
    </w:p>
    <w:p>
      <w:pPr>
        <w:spacing w:after="60"/>
      </w:pPr>
      <w:r>
        <w:rPr>
          <w:b w:val="0"/>
          <w:i w:val="0"/>
          <w:smallCaps w:val="0"/>
          <w:strike w:val="0"/>
          <w:sz w:val="10"/>
          <w:u w:val="none"/>
        </w:rPr>
        <w:t xml:space="preserve">Résumé (FR): Le droit de la </w:t>
      </w:r>
      <w:r>
        <w:rPr>
          <w:b w:val="0"/>
          <w:i w:val="0"/>
          <w:smallCaps w:val="0"/>
          <w:strike w:val="0"/>
          <w:sz w:val="10"/>
          <w:u w:val="none"/>
        </w:rPr>
        <w:t>propriété</w:t>
      </w:r>
      <w:r>
        <w:rPr>
          <w:b w:val="0"/>
          <w:i w:val="0"/>
          <w:smallCaps w:val="0"/>
          <w:strike w:val="0"/>
          <w:sz w:val="10"/>
          <w:u w:val="none"/>
        </w:rPr>
        <w:t xml:space="preserve"> </w:t>
      </w:r>
      <w:r>
        <w:rPr>
          <w:b w:val="0"/>
          <w:i w:val="0"/>
          <w:smallCaps w:val="0"/>
          <w:strike w:val="0"/>
          <w:sz w:val="10"/>
          <w:u w:val="none"/>
        </w:rPr>
        <w:t>intellectuelle</w:t>
      </w:r>
      <w:r>
        <w:rPr>
          <w:b w:val="0"/>
          <w:i w:val="0"/>
          <w:smallCaps w:val="0"/>
          <w:strike w:val="0"/>
          <w:sz w:val="10"/>
          <w:u w:val="none"/>
        </w:rPr>
        <w:t xml:space="preserve"> </w:t>
      </w:r>
      <w:r>
        <w:rPr>
          <w:b w:val="0"/>
          <w:i w:val="0"/>
          <w:smallCaps w:val="0"/>
          <w:strike w:val="0"/>
          <w:sz w:val="10"/>
          <w:u w:val="none"/>
        </w:rPr>
        <w:t>s’intéresse</w:t>
      </w:r>
      <w:r>
        <w:rPr>
          <w:b w:val="0"/>
          <w:i w:val="0"/>
          <w:smallCaps w:val="0"/>
          <w:strike w:val="0"/>
          <w:sz w:val="10"/>
          <w:u w:val="none"/>
        </w:rPr>
        <w:t xml:space="preserve"> au </w:t>
      </w:r>
      <w:r>
        <w:rPr>
          <w:b w:val="0"/>
          <w:i w:val="0"/>
          <w:smallCaps w:val="0"/>
          <w:strike w:val="0"/>
          <w:sz w:val="10"/>
          <w:u w:val="none"/>
        </w:rPr>
        <w:t>contrôle</w:t>
      </w:r>
      <w:r>
        <w:rPr>
          <w:b w:val="0"/>
          <w:i w:val="0"/>
          <w:smallCaps w:val="0"/>
          <w:strike w:val="0"/>
          <w:sz w:val="10"/>
          <w:u w:val="none"/>
        </w:rPr>
        <w:t xml:space="preserve"> de la production et de la distribution de copies </w:t>
      </w:r>
      <w:r>
        <w:rPr>
          <w:b w:val="0"/>
          <w:i w:val="0"/>
          <w:smallCaps w:val="0"/>
          <w:strike w:val="0"/>
          <w:sz w:val="10"/>
          <w:u w:val="none"/>
        </w:rPr>
        <w:t>d’idées</w:t>
      </w:r>
      <w:r>
        <w:rPr>
          <w:b w:val="0"/>
          <w:i w:val="0"/>
          <w:smallCaps w:val="0"/>
          <w:strike w:val="0"/>
          <w:sz w:val="10"/>
          <w:u w:val="none"/>
        </w:rPr>
        <w:t xml:space="preserve"> («fixations </w:t>
      </w:r>
      <w:r>
        <w:rPr>
          <w:b w:val="0"/>
          <w:i w:val="0"/>
          <w:smallCaps w:val="0"/>
          <w:strike w:val="0"/>
          <w:sz w:val="10"/>
          <w:u w:val="none"/>
        </w:rPr>
        <w:t>matérielles</w:t>
      </w:r>
      <w:r>
        <w:rPr>
          <w:b w:val="0"/>
          <w:i w:val="0"/>
          <w:smallCaps w:val="0"/>
          <w:strike w:val="0"/>
          <w:sz w:val="10"/>
          <w:u w:val="none"/>
        </w:rPr>
        <w:t xml:space="preserve"> de </w:t>
      </w:r>
      <w:r>
        <w:rPr>
          <w:b w:val="0"/>
          <w:i w:val="0"/>
          <w:smallCaps w:val="0"/>
          <w:strike w:val="0"/>
          <w:sz w:val="10"/>
          <w:u w:val="none"/>
        </w:rPr>
        <w:t>l’expression</w:t>
      </w:r>
      <w:r>
        <w:rPr>
          <w:b w:val="0"/>
          <w:i w:val="0"/>
          <w:smallCaps w:val="0"/>
          <w:strike w:val="0"/>
          <w:sz w:val="10"/>
          <w:u w:val="none"/>
        </w:rPr>
        <w:t xml:space="preserve">»). Les copies </w:t>
      </w:r>
      <w:r>
        <w:rPr>
          <w:b w:val="0"/>
          <w:i w:val="0"/>
          <w:smallCaps w:val="0"/>
          <w:strike w:val="0"/>
          <w:sz w:val="10"/>
          <w:u w:val="none"/>
        </w:rPr>
        <w:t>sont</w:t>
      </w:r>
      <w:r>
        <w:rPr>
          <w:b w:val="0"/>
          <w:i w:val="0"/>
          <w:smallCaps w:val="0"/>
          <w:strike w:val="0"/>
          <w:sz w:val="10"/>
          <w:u w:val="none"/>
        </w:rPr>
        <w:t xml:space="preserve"> </w:t>
      </w:r>
      <w:r>
        <w:rPr>
          <w:b w:val="0"/>
          <w:i w:val="0"/>
          <w:smallCaps w:val="0"/>
          <w:strike w:val="0"/>
          <w:sz w:val="10"/>
          <w:u w:val="none"/>
        </w:rPr>
        <w:t>omniprésentes</w:t>
      </w:r>
      <w:r>
        <w:rPr>
          <w:b w:val="0"/>
          <w:i w:val="0"/>
          <w:smallCaps w:val="0"/>
          <w:strike w:val="0"/>
          <w:sz w:val="10"/>
          <w:u w:val="none"/>
        </w:rPr>
        <w:t xml:space="preserve"> et la tentative de les </w:t>
      </w:r>
      <w:r>
        <w:rPr>
          <w:b w:val="0"/>
          <w:i w:val="0"/>
          <w:smallCaps w:val="0"/>
          <w:strike w:val="0"/>
          <w:sz w:val="10"/>
          <w:u w:val="none"/>
        </w:rPr>
        <w:t>situer</w:t>
      </w:r>
      <w:r>
        <w:rPr>
          <w:b w:val="0"/>
          <w:i w:val="0"/>
          <w:smallCaps w:val="0"/>
          <w:strike w:val="0"/>
          <w:sz w:val="10"/>
          <w:u w:val="none"/>
        </w:rPr>
        <w:t xml:space="preserve"> à </w:t>
      </w:r>
      <w:r>
        <w:rPr>
          <w:b w:val="0"/>
          <w:i w:val="0"/>
          <w:smallCaps w:val="0"/>
          <w:strike w:val="0"/>
          <w:sz w:val="10"/>
          <w:u w:val="none"/>
        </w:rPr>
        <w:t>l’intérieur</w:t>
      </w:r>
      <w:r>
        <w:rPr>
          <w:b w:val="0"/>
          <w:i w:val="0"/>
          <w:smallCaps w:val="0"/>
          <w:strike w:val="0"/>
          <w:sz w:val="10"/>
          <w:u w:val="none"/>
        </w:rPr>
        <w:t xml:space="preserve"> d’un certain </w:t>
      </w:r>
      <w:r>
        <w:rPr>
          <w:b w:val="0"/>
          <w:i w:val="0"/>
          <w:smallCaps w:val="0"/>
          <w:strike w:val="0"/>
          <w:sz w:val="10"/>
          <w:u w:val="none"/>
        </w:rPr>
        <w:t>discours</w:t>
      </w:r>
      <w:r>
        <w:rPr>
          <w:b w:val="0"/>
          <w:i w:val="0"/>
          <w:smallCaps w:val="0"/>
          <w:strike w:val="0"/>
          <w:sz w:val="10"/>
          <w:u w:val="none"/>
        </w:rPr>
        <w:t xml:space="preserve"> </w:t>
      </w:r>
      <w:r>
        <w:rPr>
          <w:b w:val="0"/>
          <w:i w:val="0"/>
          <w:smallCaps w:val="0"/>
          <w:strike w:val="0"/>
          <w:sz w:val="10"/>
          <w:u w:val="none"/>
        </w:rPr>
        <w:t>ou</w:t>
      </w:r>
      <w:r>
        <w:rPr>
          <w:b w:val="0"/>
          <w:i w:val="0"/>
          <w:smallCaps w:val="0"/>
          <w:strike w:val="0"/>
          <w:sz w:val="10"/>
          <w:u w:val="none"/>
        </w:rPr>
        <w:t xml:space="preserve"> discipline </w:t>
      </w:r>
      <w:r>
        <w:rPr>
          <w:b w:val="0"/>
          <w:i w:val="0"/>
          <w:smallCaps w:val="0"/>
          <w:strike w:val="0"/>
          <w:sz w:val="10"/>
          <w:u w:val="none"/>
        </w:rPr>
        <w:t>dépend</w:t>
      </w:r>
      <w:r>
        <w:rPr>
          <w:b w:val="0"/>
          <w:i w:val="0"/>
          <w:smallCaps w:val="0"/>
          <w:strike w:val="0"/>
          <w:sz w:val="10"/>
          <w:u w:val="none"/>
        </w:rPr>
        <w:t xml:space="preserve"> de </w:t>
      </w:r>
      <w:r>
        <w:rPr>
          <w:b w:val="0"/>
          <w:i w:val="0"/>
          <w:smallCaps w:val="0"/>
          <w:strike w:val="0"/>
          <w:sz w:val="10"/>
          <w:u w:val="none"/>
        </w:rPr>
        <w:t>décisions</w:t>
      </w:r>
      <w:r>
        <w:rPr>
          <w:b w:val="0"/>
          <w:i w:val="0"/>
          <w:smallCaps w:val="0"/>
          <w:strike w:val="0"/>
          <w:sz w:val="10"/>
          <w:u w:val="none"/>
        </w:rPr>
        <w:t xml:space="preserve"> </w:t>
      </w:r>
      <w:r>
        <w:rPr>
          <w:b w:val="0"/>
          <w:i w:val="0"/>
          <w:smallCaps w:val="0"/>
          <w:strike w:val="0"/>
          <w:sz w:val="10"/>
          <w:u w:val="none"/>
        </w:rPr>
        <w:t>philosophiques</w:t>
      </w:r>
      <w:r>
        <w:rPr>
          <w:b w:val="0"/>
          <w:i w:val="0"/>
          <w:smallCaps w:val="0"/>
          <w:strike w:val="0"/>
          <w:sz w:val="10"/>
          <w:u w:val="none"/>
        </w:rPr>
        <w:t xml:space="preserve"> </w:t>
      </w:r>
      <w:r>
        <w:rPr>
          <w:b w:val="0"/>
          <w:i w:val="0"/>
          <w:smallCaps w:val="0"/>
          <w:strike w:val="0"/>
          <w:sz w:val="10"/>
          <w:u w:val="none"/>
        </w:rPr>
        <w:t>particulières</w:t>
      </w:r>
      <w:r>
        <w:rPr>
          <w:b w:val="0"/>
          <w:i w:val="0"/>
          <w:smallCaps w:val="0"/>
          <w:strike w:val="0"/>
          <w:sz w:val="10"/>
          <w:u w:val="none"/>
        </w:rPr>
        <w:t xml:space="preserve"> </w:t>
      </w:r>
      <w:r>
        <w:rPr>
          <w:b w:val="0"/>
          <w:i w:val="0"/>
          <w:smallCaps w:val="0"/>
          <w:strike w:val="0"/>
          <w:sz w:val="10"/>
          <w:u w:val="none"/>
        </w:rPr>
        <w:t>dont</w:t>
      </w:r>
      <w:r>
        <w:rPr>
          <w:b w:val="0"/>
          <w:i w:val="0"/>
          <w:smallCaps w:val="0"/>
          <w:strike w:val="0"/>
          <w:sz w:val="10"/>
          <w:u w:val="none"/>
        </w:rPr>
        <w:t xml:space="preserve"> on </w:t>
      </w:r>
      <w:r>
        <w:rPr>
          <w:b w:val="0"/>
          <w:i w:val="0"/>
          <w:smallCaps w:val="0"/>
          <w:strike w:val="0"/>
          <w:sz w:val="10"/>
          <w:u w:val="none"/>
        </w:rPr>
        <w:t>peut</w:t>
      </w:r>
      <w:r>
        <w:rPr>
          <w:b w:val="0"/>
          <w:i w:val="0"/>
          <w:smallCaps w:val="0"/>
          <w:strike w:val="0"/>
          <w:sz w:val="10"/>
          <w:u w:val="none"/>
        </w:rPr>
        <w:t xml:space="preserve">, de façon </w:t>
      </w:r>
      <w:r>
        <w:rPr>
          <w:b w:val="0"/>
          <w:i w:val="0"/>
          <w:smallCaps w:val="0"/>
          <w:strike w:val="0"/>
          <w:sz w:val="10"/>
          <w:u w:val="none"/>
        </w:rPr>
        <w:t>historique</w:t>
      </w:r>
      <w:r>
        <w:rPr>
          <w:b w:val="0"/>
          <w:i w:val="0"/>
          <w:smallCaps w:val="0"/>
          <w:strike w:val="0"/>
          <w:sz w:val="10"/>
          <w:u w:val="none"/>
        </w:rPr>
        <w:t xml:space="preserve"> </w:t>
      </w:r>
      <w:r>
        <w:rPr>
          <w:b w:val="0"/>
          <w:i w:val="0"/>
          <w:smallCaps w:val="0"/>
          <w:strike w:val="0"/>
          <w:sz w:val="10"/>
          <w:u w:val="none"/>
        </w:rPr>
        <w:t>ou</w:t>
      </w:r>
      <w:r>
        <w:rPr>
          <w:b w:val="0"/>
          <w:i w:val="0"/>
          <w:smallCaps w:val="0"/>
          <w:strike w:val="0"/>
          <w:sz w:val="10"/>
          <w:u w:val="none"/>
        </w:rPr>
        <w:t xml:space="preserve"> </w:t>
      </w:r>
      <w:r>
        <w:rPr>
          <w:b w:val="0"/>
          <w:i w:val="0"/>
          <w:smallCaps w:val="0"/>
          <w:strike w:val="0"/>
          <w:sz w:val="10"/>
          <w:u w:val="none"/>
        </w:rPr>
        <w:t>autre</w:t>
      </w:r>
      <w:r>
        <w:rPr>
          <w:b w:val="0"/>
          <w:i w:val="0"/>
          <w:smallCaps w:val="0"/>
          <w:strike w:val="0"/>
          <w:sz w:val="10"/>
          <w:u w:val="none"/>
        </w:rPr>
        <w:t xml:space="preserve">, </w:t>
      </w:r>
      <w:r>
        <w:rPr>
          <w:b w:val="0"/>
          <w:i w:val="0"/>
          <w:smallCaps w:val="0"/>
          <w:strike w:val="0"/>
          <w:sz w:val="10"/>
          <w:u w:val="none"/>
        </w:rPr>
        <w:t>finalement</w:t>
      </w:r>
      <w:r>
        <w:rPr>
          <w:b w:val="0"/>
          <w:i w:val="0"/>
          <w:smallCaps w:val="0"/>
          <w:strike w:val="0"/>
          <w:sz w:val="10"/>
          <w:u w:val="none"/>
        </w:rPr>
        <w:t xml:space="preserve"> </w:t>
      </w:r>
      <w:r>
        <w:rPr>
          <w:b w:val="0"/>
          <w:i w:val="0"/>
          <w:smallCaps w:val="0"/>
          <w:strike w:val="0"/>
          <w:sz w:val="10"/>
          <w:u w:val="none"/>
        </w:rPr>
        <w:t>démontrer</w:t>
      </w:r>
      <w:r>
        <w:rPr>
          <w:b w:val="0"/>
          <w:i w:val="0"/>
          <w:smallCaps w:val="0"/>
          <w:strike w:val="0"/>
          <w:sz w:val="10"/>
          <w:u w:val="none"/>
        </w:rPr>
        <w:t xml:space="preserve"> le </w:t>
      </w:r>
      <w:r>
        <w:rPr>
          <w:b w:val="0"/>
          <w:i w:val="0"/>
          <w:smallCaps w:val="0"/>
          <w:strike w:val="0"/>
          <w:sz w:val="10"/>
          <w:u w:val="none"/>
        </w:rPr>
        <w:t>caractère</w:t>
      </w:r>
      <w:r>
        <w:rPr>
          <w:b w:val="0"/>
          <w:i w:val="0"/>
          <w:smallCaps w:val="0"/>
          <w:strike w:val="0"/>
          <w:sz w:val="10"/>
          <w:u w:val="none"/>
        </w:rPr>
        <w:t xml:space="preserve"> politique </w:t>
      </w:r>
      <w:r>
        <w:rPr>
          <w:b w:val="0"/>
          <w:i w:val="0"/>
          <w:smallCaps w:val="0"/>
          <w:strike w:val="0"/>
          <w:sz w:val="10"/>
          <w:u w:val="none"/>
        </w:rPr>
        <w:t>ou</w:t>
      </w:r>
      <w:r>
        <w:rPr>
          <w:b w:val="0"/>
          <w:i w:val="0"/>
          <w:smallCaps w:val="0"/>
          <w:strike w:val="0"/>
          <w:sz w:val="10"/>
          <w:u w:val="none"/>
        </w:rPr>
        <w:t xml:space="preserve"> </w:t>
      </w:r>
      <w:r>
        <w:rPr>
          <w:b w:val="0"/>
          <w:i w:val="0"/>
          <w:smallCaps w:val="0"/>
          <w:strike w:val="0"/>
          <w:sz w:val="10"/>
          <w:u w:val="none"/>
        </w:rPr>
        <w:t>idéologique</w:t>
      </w:r>
      <w:r>
        <w:rPr>
          <w:b w:val="0"/>
          <w:i w:val="0"/>
          <w:smallCaps w:val="0"/>
          <w:strike w:val="0"/>
          <w:sz w:val="10"/>
          <w:u w:val="none"/>
        </w:rPr>
        <w:t xml:space="preserve">. Si la </w:t>
      </w:r>
      <w:r>
        <w:rPr>
          <w:b w:val="0"/>
          <w:i w:val="0"/>
          <w:smallCaps w:val="0"/>
          <w:strike w:val="0"/>
          <w:sz w:val="10"/>
          <w:u w:val="none"/>
        </w:rPr>
        <w:t>copie</w:t>
      </w:r>
      <w:r>
        <w:rPr>
          <w:b w:val="0"/>
          <w:i w:val="0"/>
          <w:smallCaps w:val="0"/>
          <w:strike w:val="0"/>
          <w:sz w:val="10"/>
          <w:u w:val="none"/>
        </w:rPr>
        <w:t xml:space="preserve"> se </w:t>
      </w:r>
      <w:r>
        <w:rPr>
          <w:b w:val="0"/>
          <w:i w:val="0"/>
          <w:smallCaps w:val="0"/>
          <w:strike w:val="0"/>
          <w:sz w:val="10"/>
          <w:u w:val="none"/>
        </w:rPr>
        <w:t>soustrait</w:t>
      </w:r>
      <w:r>
        <w:rPr>
          <w:b w:val="0"/>
          <w:i w:val="0"/>
          <w:smallCaps w:val="0"/>
          <w:strike w:val="0"/>
          <w:sz w:val="10"/>
          <w:u w:val="none"/>
        </w:rPr>
        <w:t xml:space="preserve"> </w:t>
      </w:r>
      <w:r>
        <w:rPr>
          <w:b w:val="0"/>
          <w:i w:val="0"/>
          <w:smallCaps w:val="0"/>
          <w:strike w:val="0"/>
          <w:sz w:val="10"/>
          <w:u w:val="none"/>
        </w:rPr>
        <w:t>toujours</w:t>
      </w:r>
      <w:r>
        <w:rPr>
          <w:b w:val="0"/>
          <w:i w:val="0"/>
          <w:smallCaps w:val="0"/>
          <w:strike w:val="0"/>
          <w:sz w:val="10"/>
          <w:u w:val="none"/>
        </w:rPr>
        <w:t xml:space="preserve"> à la </w:t>
      </w:r>
      <w:r>
        <w:rPr>
          <w:b w:val="0"/>
          <w:i w:val="0"/>
          <w:smallCaps w:val="0"/>
          <w:strike w:val="0"/>
          <w:sz w:val="10"/>
          <w:u w:val="none"/>
        </w:rPr>
        <w:t>disciplinarité</w:t>
      </w:r>
      <w:r>
        <w:rPr>
          <w:b w:val="0"/>
          <w:i w:val="0"/>
          <w:smallCaps w:val="0"/>
          <w:strike w:val="0"/>
          <w:sz w:val="10"/>
          <w:u w:val="none"/>
        </w:rPr>
        <w:t xml:space="preserve">—y </w:t>
      </w:r>
      <w:r>
        <w:rPr>
          <w:b w:val="0"/>
          <w:i w:val="0"/>
          <w:smallCaps w:val="0"/>
          <w:strike w:val="0"/>
          <w:sz w:val="10"/>
          <w:u w:val="none"/>
        </w:rPr>
        <w:t>compris</w:t>
      </w:r>
      <w:r>
        <w:rPr>
          <w:b w:val="0"/>
          <w:i w:val="0"/>
          <w:smallCaps w:val="0"/>
          <w:strike w:val="0"/>
          <w:sz w:val="10"/>
          <w:u w:val="none"/>
        </w:rPr>
        <w:t xml:space="preserve"> la «</w:t>
      </w:r>
      <w:r>
        <w:rPr>
          <w:b w:val="0"/>
          <w:i w:val="0"/>
          <w:smallCaps w:val="0"/>
          <w:strike w:val="0"/>
          <w:sz w:val="10"/>
          <w:u w:val="none"/>
        </w:rPr>
        <w:t>multidisciplinarité</w:t>
      </w:r>
      <w:r>
        <w:rPr>
          <w:b w:val="0"/>
          <w:i w:val="0"/>
          <w:smallCaps w:val="0"/>
          <w:strike w:val="0"/>
          <w:sz w:val="10"/>
          <w:u w:val="none"/>
        </w:rPr>
        <w:t xml:space="preserve">»—et au droit, et les </w:t>
      </w:r>
      <w:r>
        <w:rPr>
          <w:b w:val="0"/>
          <w:i w:val="0"/>
          <w:smallCaps w:val="0"/>
          <w:strike w:val="0"/>
          <w:sz w:val="10"/>
          <w:u w:val="none"/>
        </w:rPr>
        <w:t>dépasse</w:t>
      </w:r>
      <w:r>
        <w:rPr>
          <w:b w:val="0"/>
          <w:i w:val="0"/>
          <w:smallCaps w:val="0"/>
          <w:strike w:val="0"/>
          <w:sz w:val="10"/>
          <w:u w:val="none"/>
        </w:rPr>
        <w:t xml:space="preserve">, que </w:t>
      </w:r>
      <w:r>
        <w:rPr>
          <w:b w:val="0"/>
          <w:i w:val="0"/>
          <w:smallCaps w:val="0"/>
          <w:strike w:val="0"/>
          <w:sz w:val="10"/>
          <w:u w:val="none"/>
        </w:rPr>
        <w:t>pouvons</w:t>
      </w:r>
      <w:r>
        <w:rPr>
          <w:b w:val="0"/>
          <w:i w:val="0"/>
          <w:smallCaps w:val="0"/>
          <w:strike w:val="0"/>
          <w:sz w:val="10"/>
          <w:u w:val="none"/>
        </w:rPr>
        <w:t xml:space="preserve">-nous faire de </w:t>
      </w:r>
      <w:r>
        <w:rPr>
          <w:b w:val="0"/>
          <w:i w:val="0"/>
          <w:smallCaps w:val="0"/>
          <w:strike w:val="0"/>
          <w:sz w:val="10"/>
          <w:u w:val="none"/>
        </w:rPr>
        <w:t>ces</w:t>
      </w:r>
      <w:r>
        <w:rPr>
          <w:b w:val="0"/>
          <w:i w:val="0"/>
          <w:smallCaps w:val="0"/>
          <w:strike w:val="0"/>
          <w:sz w:val="10"/>
          <w:u w:val="none"/>
        </w:rPr>
        <w:t xml:space="preserve"> copies qui </w:t>
      </w:r>
      <w:r>
        <w:rPr>
          <w:b w:val="0"/>
          <w:i w:val="0"/>
          <w:smallCaps w:val="0"/>
          <w:strike w:val="0"/>
          <w:sz w:val="10"/>
          <w:u w:val="none"/>
        </w:rPr>
        <w:t>sont</w:t>
      </w:r>
      <w:r>
        <w:rPr>
          <w:b w:val="0"/>
          <w:i w:val="0"/>
          <w:smallCaps w:val="0"/>
          <w:strike w:val="0"/>
          <w:sz w:val="10"/>
          <w:u w:val="none"/>
        </w:rPr>
        <w:t xml:space="preserve"> </w:t>
      </w:r>
      <w:r>
        <w:rPr>
          <w:b w:val="0"/>
          <w:i w:val="0"/>
          <w:smallCaps w:val="0"/>
          <w:strike w:val="0"/>
          <w:sz w:val="10"/>
          <w:u w:val="none"/>
        </w:rPr>
        <w:t>ultimement</w:t>
      </w:r>
      <w:r>
        <w:rPr>
          <w:b w:val="0"/>
          <w:i w:val="0"/>
          <w:smallCaps w:val="0"/>
          <w:strike w:val="0"/>
          <w:sz w:val="10"/>
          <w:u w:val="none"/>
        </w:rPr>
        <w:t xml:space="preserve"> </w:t>
      </w:r>
      <w:r>
        <w:rPr>
          <w:b w:val="0"/>
          <w:i w:val="0"/>
          <w:smallCaps w:val="0"/>
          <w:strike w:val="0"/>
          <w:sz w:val="10"/>
          <w:u w:val="none"/>
        </w:rPr>
        <w:t>désappropriées</w:t>
      </w:r>
      <w:r>
        <w:rPr>
          <w:b w:val="0"/>
          <w:i w:val="0"/>
          <w:smallCaps w:val="0"/>
          <w:strike w:val="0"/>
          <w:sz w:val="10"/>
          <w:u w:val="none"/>
        </w:rPr>
        <w:t xml:space="preserve">, </w:t>
      </w:r>
      <w:r>
        <w:rPr>
          <w:b w:val="0"/>
          <w:i w:val="0"/>
          <w:smallCaps w:val="0"/>
          <w:strike w:val="0"/>
          <w:sz w:val="10"/>
          <w:u w:val="none"/>
        </w:rPr>
        <w:t>c’est</w:t>
      </w:r>
      <w:r>
        <w:rPr>
          <w:b w:val="0"/>
          <w:i w:val="0"/>
          <w:smallCaps w:val="0"/>
          <w:strike w:val="0"/>
          <w:sz w:val="10"/>
          <w:u w:val="none"/>
        </w:rPr>
        <w:t xml:space="preserve">-à-dire </w:t>
      </w:r>
      <w:r>
        <w:rPr>
          <w:b w:val="0"/>
          <w:i w:val="0"/>
          <w:smallCaps w:val="0"/>
          <w:strike w:val="0"/>
          <w:sz w:val="10"/>
          <w:u w:val="none"/>
        </w:rPr>
        <w:t>auxquelles</w:t>
      </w:r>
      <w:r>
        <w:rPr>
          <w:b w:val="0"/>
          <w:i w:val="0"/>
          <w:smallCaps w:val="0"/>
          <w:strike w:val="0"/>
          <w:sz w:val="10"/>
          <w:u w:val="none"/>
        </w:rPr>
        <w:t xml:space="preserve"> </w:t>
      </w:r>
      <w:r>
        <w:rPr>
          <w:b w:val="0"/>
          <w:i w:val="0"/>
          <w:smallCaps w:val="0"/>
          <w:strike w:val="0"/>
          <w:sz w:val="10"/>
          <w:u w:val="none"/>
        </w:rPr>
        <w:t>manquent</w:t>
      </w:r>
      <w:r>
        <w:rPr>
          <w:b w:val="0"/>
          <w:i w:val="0"/>
          <w:smallCaps w:val="0"/>
          <w:strike w:val="0"/>
          <w:sz w:val="10"/>
          <w:u w:val="none"/>
        </w:rPr>
        <w:t xml:space="preserve"> </w:t>
      </w:r>
      <w:r>
        <w:rPr>
          <w:b w:val="0"/>
          <w:i w:val="0"/>
          <w:smallCaps w:val="0"/>
          <w:strike w:val="0"/>
          <w:sz w:val="10"/>
          <w:u w:val="none"/>
        </w:rPr>
        <w:t>une</w:t>
      </w:r>
      <w:r>
        <w:rPr>
          <w:b w:val="0"/>
          <w:i w:val="0"/>
          <w:smallCaps w:val="0"/>
          <w:strike w:val="0"/>
          <w:sz w:val="10"/>
          <w:u w:val="none"/>
        </w:rPr>
        <w:t xml:space="preserve"> place </w:t>
      </w:r>
      <w:r>
        <w:rPr>
          <w:b w:val="0"/>
          <w:i w:val="0"/>
          <w:smallCaps w:val="0"/>
          <w:strike w:val="0"/>
          <w:sz w:val="10"/>
          <w:u w:val="none"/>
        </w:rPr>
        <w:t>ou</w:t>
      </w:r>
      <w:r>
        <w:rPr>
          <w:b w:val="0"/>
          <w:i w:val="0"/>
          <w:smallCaps w:val="0"/>
          <w:strike w:val="0"/>
          <w:sz w:val="10"/>
          <w:u w:val="none"/>
        </w:rPr>
        <w:t xml:space="preserve"> un lieu «propre», </w:t>
      </w:r>
      <w:r>
        <w:rPr>
          <w:b w:val="0"/>
          <w:i w:val="0"/>
          <w:smallCaps w:val="0"/>
          <w:strike w:val="0"/>
          <w:sz w:val="10"/>
          <w:u w:val="none"/>
        </w:rPr>
        <w:t>mais</w:t>
      </w:r>
      <w:r>
        <w:rPr>
          <w:b w:val="0"/>
          <w:i w:val="0"/>
          <w:smallCaps w:val="0"/>
          <w:strike w:val="0"/>
          <w:sz w:val="10"/>
          <w:u w:val="none"/>
        </w:rPr>
        <w:t xml:space="preserve"> qui </w:t>
      </w:r>
      <w:r>
        <w:rPr>
          <w:b w:val="0"/>
          <w:i w:val="0"/>
          <w:smallCaps w:val="0"/>
          <w:strike w:val="0"/>
          <w:sz w:val="10"/>
          <w:u w:val="none"/>
        </w:rPr>
        <w:t>sont</w:t>
      </w:r>
      <w:r>
        <w:rPr>
          <w:b w:val="0"/>
          <w:i w:val="0"/>
          <w:smallCaps w:val="0"/>
          <w:strike w:val="0"/>
          <w:sz w:val="10"/>
          <w:u w:val="none"/>
        </w:rPr>
        <w:t xml:space="preserve"> </w:t>
      </w:r>
      <w:r>
        <w:rPr>
          <w:b w:val="0"/>
          <w:i w:val="0"/>
          <w:smallCaps w:val="0"/>
          <w:strike w:val="0"/>
          <w:sz w:val="10"/>
          <w:u w:val="none"/>
        </w:rPr>
        <w:t>toutefois</w:t>
      </w:r>
      <w:r>
        <w:rPr>
          <w:b w:val="0"/>
          <w:i w:val="0"/>
          <w:smallCaps w:val="0"/>
          <w:strike w:val="0"/>
          <w:sz w:val="10"/>
          <w:u w:val="none"/>
        </w:rPr>
        <w:t xml:space="preserve"> </w:t>
      </w:r>
      <w:r>
        <w:rPr>
          <w:b w:val="0"/>
          <w:i w:val="0"/>
          <w:smallCaps w:val="0"/>
          <w:strike w:val="0"/>
          <w:sz w:val="10"/>
          <w:u w:val="none"/>
        </w:rPr>
        <w:t>visiblement</w:t>
      </w:r>
      <w:r>
        <w:rPr>
          <w:b w:val="0"/>
          <w:i w:val="0"/>
          <w:smallCaps w:val="0"/>
          <w:strike w:val="0"/>
          <w:sz w:val="10"/>
          <w:u w:val="none"/>
        </w:rPr>
        <w:t xml:space="preserve"> </w:t>
      </w:r>
      <w:r>
        <w:rPr>
          <w:b w:val="0"/>
          <w:i w:val="0"/>
          <w:smallCaps w:val="0"/>
          <w:strike w:val="0"/>
          <w:sz w:val="10"/>
          <w:u w:val="none"/>
        </w:rPr>
        <w:t>présentes</w:t>
      </w:r>
      <w:r>
        <w:rPr>
          <w:b w:val="0"/>
          <w:i w:val="0"/>
          <w:smallCaps w:val="0"/>
          <w:strike w:val="0"/>
          <w:sz w:val="10"/>
          <w:u w:val="none"/>
        </w:rPr>
        <w:t xml:space="preserve">? </w:t>
      </w:r>
      <w:r>
        <w:rPr>
          <w:b w:val="0"/>
          <w:i w:val="0"/>
          <w:smallCaps w:val="0"/>
          <w:strike w:val="0"/>
          <w:sz w:val="10"/>
          <w:u w:val="none"/>
        </w:rPr>
        <w:t>L’auteur</w:t>
      </w:r>
      <w:r>
        <w:rPr>
          <w:b w:val="0"/>
          <w:i w:val="0"/>
          <w:smallCaps w:val="0"/>
          <w:strike w:val="0"/>
          <w:sz w:val="10"/>
          <w:u w:val="none"/>
        </w:rPr>
        <w:t xml:space="preserve"> explore le travail du </w:t>
      </w:r>
      <w:r>
        <w:rPr>
          <w:b w:val="0"/>
          <w:i w:val="0"/>
          <w:smallCaps w:val="0"/>
          <w:strike w:val="0"/>
          <w:sz w:val="10"/>
          <w:u w:val="none"/>
        </w:rPr>
        <w:t>cinéaste</w:t>
      </w:r>
      <w:r>
        <w:rPr>
          <w:b w:val="0"/>
          <w:i w:val="0"/>
          <w:smallCaps w:val="0"/>
          <w:strike w:val="0"/>
          <w:sz w:val="10"/>
          <w:u w:val="none"/>
        </w:rPr>
        <w:t xml:space="preserve"> </w:t>
      </w:r>
      <w:r>
        <w:rPr>
          <w:b w:val="0"/>
          <w:i w:val="0"/>
          <w:smallCaps w:val="0"/>
          <w:strike w:val="0"/>
          <w:sz w:val="10"/>
          <w:u w:val="none"/>
        </w:rPr>
        <w:t>français</w:t>
      </w:r>
      <w:r>
        <w:rPr>
          <w:b w:val="0"/>
          <w:i w:val="0"/>
          <w:smallCaps w:val="0"/>
          <w:strike w:val="0"/>
          <w:sz w:val="10"/>
          <w:u w:val="none"/>
        </w:rPr>
        <w:t xml:space="preserve"> Jean-Luc Godard </w:t>
      </w:r>
      <w:r>
        <w:rPr>
          <w:b w:val="0"/>
          <w:i w:val="0"/>
          <w:smallCaps w:val="0"/>
          <w:strike w:val="0"/>
          <w:sz w:val="10"/>
          <w:u w:val="none"/>
        </w:rPr>
        <w:t>en</w:t>
      </w:r>
      <w:r>
        <w:rPr>
          <w:b w:val="0"/>
          <w:i w:val="0"/>
          <w:smallCaps w:val="0"/>
          <w:strike w:val="0"/>
          <w:sz w:val="10"/>
          <w:u w:val="none"/>
        </w:rPr>
        <w:t xml:space="preserve"> tant </w:t>
      </w:r>
      <w:r>
        <w:rPr>
          <w:b w:val="0"/>
          <w:i w:val="0"/>
          <w:smallCaps w:val="0"/>
          <w:strike w:val="0"/>
          <w:sz w:val="10"/>
          <w:u w:val="none"/>
        </w:rPr>
        <w:t>qu’exemple</w:t>
      </w:r>
      <w:r>
        <w:rPr>
          <w:b w:val="0"/>
          <w:i w:val="0"/>
          <w:smallCaps w:val="0"/>
          <w:strike w:val="0"/>
          <w:sz w:val="10"/>
          <w:u w:val="none"/>
        </w:rPr>
        <w:t xml:space="preserve"> </w:t>
      </w:r>
      <w:r>
        <w:rPr>
          <w:b w:val="0"/>
          <w:i w:val="0"/>
          <w:smallCaps w:val="0"/>
          <w:strike w:val="0"/>
          <w:sz w:val="10"/>
          <w:u w:val="none"/>
        </w:rPr>
        <w:t>d’une</w:t>
      </w:r>
      <w:r>
        <w:rPr>
          <w:b w:val="0"/>
          <w:i w:val="0"/>
          <w:smallCaps w:val="0"/>
          <w:strike w:val="0"/>
          <w:sz w:val="10"/>
          <w:u w:val="none"/>
        </w:rPr>
        <w:t xml:space="preserve"> tentative de </w:t>
      </w:r>
      <w:r>
        <w:rPr>
          <w:b w:val="0"/>
          <w:i w:val="0"/>
          <w:smallCaps w:val="0"/>
          <w:strike w:val="0"/>
          <w:sz w:val="10"/>
          <w:u w:val="none"/>
        </w:rPr>
        <w:t>penser</w:t>
      </w:r>
      <w:r>
        <w:rPr>
          <w:b w:val="0"/>
          <w:i w:val="0"/>
          <w:smallCaps w:val="0"/>
          <w:strike w:val="0"/>
          <w:sz w:val="10"/>
          <w:u w:val="none"/>
        </w:rPr>
        <w:t xml:space="preserve"> et de </w:t>
      </w:r>
      <w:r>
        <w:rPr>
          <w:b w:val="0"/>
          <w:i w:val="0"/>
          <w:smallCaps w:val="0"/>
          <w:strike w:val="0"/>
          <w:sz w:val="10"/>
          <w:u w:val="none"/>
        </w:rPr>
        <w:t>créer</w:t>
      </w:r>
      <w:r>
        <w:rPr>
          <w:b w:val="0"/>
          <w:i w:val="0"/>
          <w:smallCaps w:val="0"/>
          <w:strike w:val="0"/>
          <w:sz w:val="10"/>
          <w:u w:val="none"/>
        </w:rPr>
        <w:t xml:space="preserve"> un art </w:t>
      </w:r>
      <w:r>
        <w:rPr>
          <w:b w:val="0"/>
          <w:i w:val="0"/>
          <w:smallCaps w:val="0"/>
          <w:strike w:val="0"/>
          <w:sz w:val="10"/>
          <w:u w:val="none"/>
        </w:rPr>
        <w:t>basé</w:t>
      </w:r>
      <w:r>
        <w:rPr>
          <w:b w:val="0"/>
          <w:i w:val="0"/>
          <w:smallCaps w:val="0"/>
          <w:strike w:val="0"/>
          <w:sz w:val="10"/>
          <w:u w:val="none"/>
        </w:rPr>
        <w:t xml:space="preserve"> sur la </w:t>
      </w:r>
      <w:r>
        <w:rPr>
          <w:b w:val="0"/>
          <w:i w:val="0"/>
          <w:smallCaps w:val="0"/>
          <w:strike w:val="0"/>
          <w:sz w:val="10"/>
          <w:u w:val="none"/>
        </w:rPr>
        <w:t>copie</w:t>
      </w:r>
      <w:r>
        <w:rPr>
          <w:b w:val="0"/>
          <w:i w:val="0"/>
          <w:smallCaps w:val="0"/>
          <w:strike w:val="0"/>
          <w:sz w:val="10"/>
          <w:u w:val="none"/>
        </w:rPr>
        <w:t xml:space="preserve"> qui refuse la </w:t>
      </w:r>
      <w:r>
        <w:rPr>
          <w:b w:val="0"/>
          <w:i w:val="0"/>
          <w:smallCaps w:val="0"/>
          <w:strike w:val="0"/>
          <w:sz w:val="10"/>
          <w:u w:val="none"/>
        </w:rPr>
        <w:t>logique</w:t>
      </w:r>
      <w:r>
        <w:rPr>
          <w:b w:val="0"/>
          <w:i w:val="0"/>
          <w:smallCaps w:val="0"/>
          <w:strike w:val="0"/>
          <w:sz w:val="10"/>
          <w:u w:val="none"/>
        </w:rPr>
        <w:t xml:space="preserve"> du droit de la </w:t>
      </w:r>
      <w:r>
        <w:rPr>
          <w:b w:val="0"/>
          <w:i w:val="0"/>
          <w:smallCaps w:val="0"/>
          <w:strike w:val="0"/>
          <w:sz w:val="10"/>
          <w:u w:val="none"/>
        </w:rPr>
        <w:t>propriété</w:t>
      </w:r>
      <w:r>
        <w:rPr>
          <w:b w:val="0"/>
          <w:i w:val="0"/>
          <w:smallCaps w:val="0"/>
          <w:strike w:val="0"/>
          <w:sz w:val="10"/>
          <w:u w:val="none"/>
        </w:rPr>
        <w:t xml:space="preserve"> </w:t>
      </w:r>
      <w:r>
        <w:rPr>
          <w:b w:val="0"/>
          <w:i w:val="0"/>
          <w:smallCaps w:val="0"/>
          <w:strike w:val="0"/>
          <w:sz w:val="10"/>
          <w:u w:val="none"/>
        </w:rPr>
        <w:t>intellectuelle</w:t>
      </w:r>
      <w:r>
        <w:rPr>
          <w:b w:val="0"/>
          <w:i w:val="0"/>
          <w:smallCaps w:val="0"/>
          <w:strike w:val="0"/>
          <w:sz w:val="10"/>
          <w:u w:val="none"/>
        </w:rPr>
        <w:t xml:space="preserve"> et </w:t>
      </w:r>
      <w:r>
        <w:rPr>
          <w:b w:val="0"/>
          <w:i w:val="0"/>
          <w:smallCaps w:val="0"/>
          <w:strike w:val="0"/>
          <w:sz w:val="10"/>
          <w:u w:val="none"/>
        </w:rPr>
        <w:t>soutient</w:t>
      </w:r>
      <w:r>
        <w:rPr>
          <w:b w:val="0"/>
          <w:i w:val="0"/>
          <w:smallCaps w:val="0"/>
          <w:strike w:val="0"/>
          <w:sz w:val="10"/>
          <w:u w:val="none"/>
        </w:rPr>
        <w:t xml:space="preserve"> que les </w:t>
      </w:r>
      <w:r>
        <w:rPr>
          <w:b w:val="0"/>
          <w:i w:val="0"/>
          <w:smallCaps w:val="0"/>
          <w:strike w:val="0"/>
          <w:sz w:val="10"/>
          <w:u w:val="none"/>
        </w:rPr>
        <w:t>spécialistes</w:t>
      </w:r>
      <w:r>
        <w:rPr>
          <w:b w:val="0"/>
          <w:i w:val="0"/>
          <w:smallCaps w:val="0"/>
          <w:strike w:val="0"/>
          <w:sz w:val="10"/>
          <w:u w:val="none"/>
        </w:rPr>
        <w:t xml:space="preserve"> du droit </w:t>
      </w:r>
      <w:r>
        <w:rPr>
          <w:b w:val="0"/>
          <w:i w:val="0"/>
          <w:smallCaps w:val="0"/>
          <w:strike w:val="0"/>
          <w:sz w:val="10"/>
          <w:u w:val="none"/>
        </w:rPr>
        <w:t>doivent</w:t>
      </w:r>
      <w:r>
        <w:rPr>
          <w:b w:val="0"/>
          <w:i w:val="0"/>
          <w:smallCaps w:val="0"/>
          <w:strike w:val="0"/>
          <w:sz w:val="10"/>
          <w:u w:val="none"/>
        </w:rPr>
        <w:t xml:space="preserve"> </w:t>
      </w:r>
      <w:r>
        <w:rPr>
          <w:b w:val="0"/>
          <w:i w:val="0"/>
          <w:smallCaps w:val="0"/>
          <w:strike w:val="0"/>
          <w:sz w:val="10"/>
          <w:u w:val="none"/>
        </w:rPr>
        <w:t>considérer</w:t>
      </w:r>
      <w:r>
        <w:rPr>
          <w:b w:val="0"/>
          <w:i w:val="0"/>
          <w:smallCaps w:val="0"/>
          <w:strike w:val="0"/>
          <w:sz w:val="10"/>
          <w:u w:val="none"/>
        </w:rPr>
        <w:t xml:space="preserve"> des </w:t>
      </w:r>
      <w:r>
        <w:rPr>
          <w:b w:val="0"/>
          <w:i w:val="0"/>
          <w:smallCaps w:val="0"/>
          <w:strike w:val="0"/>
          <w:sz w:val="10"/>
          <w:u w:val="none"/>
        </w:rPr>
        <w:t>problèmes</w:t>
      </w:r>
      <w:r>
        <w:rPr>
          <w:b w:val="0"/>
          <w:i w:val="0"/>
          <w:smallCaps w:val="0"/>
          <w:strike w:val="0"/>
          <w:sz w:val="10"/>
          <w:u w:val="none"/>
        </w:rPr>
        <w:t xml:space="preserve"> </w:t>
      </w:r>
      <w:r>
        <w:rPr>
          <w:b w:val="0"/>
          <w:i w:val="0"/>
          <w:smallCaps w:val="0"/>
          <w:strike w:val="0"/>
          <w:sz w:val="10"/>
          <w:u w:val="none"/>
        </w:rPr>
        <w:t>d’économie</w:t>
      </w:r>
      <w:r>
        <w:rPr>
          <w:b w:val="0"/>
          <w:i w:val="0"/>
          <w:smallCaps w:val="0"/>
          <w:strike w:val="0"/>
          <w:sz w:val="10"/>
          <w:u w:val="none"/>
        </w:rPr>
        <w:t xml:space="preserve"> politique plus larges </w:t>
      </w:r>
      <w:r>
        <w:rPr>
          <w:b w:val="0"/>
          <w:i w:val="0"/>
          <w:smallCaps w:val="0"/>
          <w:strike w:val="0"/>
          <w:sz w:val="10"/>
          <w:u w:val="none"/>
        </w:rPr>
        <w:t>lorsqu’ils</w:t>
      </w:r>
      <w:r>
        <w:rPr>
          <w:b w:val="0"/>
          <w:i w:val="0"/>
          <w:smallCaps w:val="0"/>
          <w:strike w:val="0"/>
          <w:sz w:val="10"/>
          <w:u w:val="none"/>
        </w:rPr>
        <w:t xml:space="preserve"> </w:t>
      </w:r>
      <w:r>
        <w:rPr>
          <w:b w:val="0"/>
          <w:i w:val="0"/>
          <w:smallCaps w:val="0"/>
          <w:strike w:val="0"/>
          <w:sz w:val="10"/>
          <w:u w:val="none"/>
        </w:rPr>
        <w:t>débattent</w:t>
      </w:r>
      <w:r>
        <w:rPr>
          <w:b w:val="0"/>
          <w:i w:val="0"/>
          <w:smallCaps w:val="0"/>
          <w:strike w:val="0"/>
          <w:sz w:val="10"/>
          <w:u w:val="none"/>
        </w:rPr>
        <w:t xml:space="preserve"> du droit de la </w:t>
      </w:r>
      <w:r>
        <w:rPr>
          <w:b w:val="0"/>
          <w:i w:val="0"/>
          <w:smallCaps w:val="0"/>
          <w:strike w:val="0"/>
          <w:sz w:val="10"/>
          <w:u w:val="none"/>
        </w:rPr>
        <w:t>propriété</w:t>
      </w:r>
      <w:r>
        <w:rPr>
          <w:b w:val="0"/>
          <w:i w:val="0"/>
          <w:smallCaps w:val="0"/>
          <w:strike w:val="0"/>
          <w:sz w:val="10"/>
          <w:u w:val="none"/>
        </w:rPr>
        <w:t xml:space="preserve"> </w:t>
      </w:r>
      <w:r>
        <w:rPr>
          <w:b w:val="0"/>
          <w:i w:val="0"/>
          <w:smallCaps w:val="0"/>
          <w:strike w:val="0"/>
          <w:sz w:val="10"/>
          <w:u w:val="none"/>
        </w:rPr>
        <w:t>intellectuelle</w:t>
      </w:r>
      <w:r>
        <w:rPr>
          <w:b w:val="0"/>
          <w:i w:val="0"/>
          <w:smallCaps w:val="0"/>
          <w:strike w:val="0"/>
          <w:sz w:val="10"/>
          <w:u w:val="none"/>
        </w:rPr>
        <w:t xml:space="preserve"> </w:t>
      </w:r>
      <w:r>
        <w:rPr>
          <w:b w:val="0"/>
          <w:i w:val="0"/>
          <w:smallCaps w:val="0"/>
          <w:strike w:val="0"/>
          <w:sz w:val="10"/>
          <w:u w:val="none"/>
        </w:rPr>
        <w:t>contemporain</w:t>
      </w:r>
      <w:r>
        <w:rPr>
          <w:b w:val="0"/>
          <w:i w:val="0"/>
          <w:smallCaps w:val="0"/>
          <w:strike w:val="0"/>
          <w:sz w:val="10"/>
          <w:u w:val="none"/>
        </w:rPr>
        <w:t>.</w:t>
      </w:r>
    </w:p>
    <w:p>
      <w:pPr>
        <w:spacing w:after="60"/>
      </w:pPr>
      <w:r>
        <w:rPr>
          <w:b w:val="0"/>
          <w:i w:val="0"/>
          <w:smallCaps w:val="0"/>
          <w:strike w:val="0"/>
          <w:sz w:val="10"/>
          <w:u w:val="none"/>
        </w:rPr>
        <w:t xml:space="preserve">A. INTRODUCTION </w:t>
      </w:r>
    </w:p>
    <w:p>
      <w:pPr>
        <w:spacing w:after="60"/>
      </w:pPr>
      <w:r>
        <w:rPr>
          <w:b w:val="0"/>
          <w:i w:val="0"/>
          <w:smallCaps w:val="0"/>
          <w:strike w:val="0"/>
          <w:sz w:val="10"/>
          <w:u w:val="none"/>
        </w:rPr>
        <w:t xml:space="preserve">I wrote a book that was published about a year and a half ago called In Praise of Copying. 1 I wrote the book because it seemed to me that all around me, there was a proliferation of practices of copying, particularly by students I worked with, but very little by way of a justification of these practices, which tended to be engaged in with a sense of guilt, below the radar of the law. When they were justified, as in the case of the important work by Lawrence Lessig and James Boyle, it was through a quite cautious affirmation that stressed the importance of IP law, while arguing for quite modest adjustments that would allow certain kinds of sharing to happen, in the name of creativity.2 The kinds of sharing, particularly of music, that people were and still are engaging in went far beyond what Lessig and Boyle argued in </w:t>
      </w:r>
      <w:r>
        <w:rPr>
          <w:b w:val="0"/>
          <w:i w:val="0"/>
          <w:smallCaps w:val="0"/>
          <w:strike w:val="0"/>
          <w:sz w:val="10"/>
          <w:u w:val="none"/>
        </w:rPr>
        <w:t>favour</w:t>
      </w:r>
      <w:r>
        <w:rPr>
          <w:b w:val="0"/>
          <w:i w:val="0"/>
          <w:smallCaps w:val="0"/>
          <w:strike w:val="0"/>
          <w:sz w:val="10"/>
          <w:u w:val="none"/>
        </w:rPr>
        <w:t xml:space="preserve"> of. And I became fascinated by the radical gap between legal discourses concerning copying, and the actual practices of copying that people engage in today in everyday life. On closer inspection, the relatively limited framework of copying that is recognized as such, whether affirmatively in the case of hip hop sampling or literary citation, or negatively as in the counterfeiting of branded goods or the appropriation of indigenous cultural forms, appeared to me as part of a much broader set of practices or processes that could equally be described as copying. These would include: the generalized phenomenon of language acquisition by humans and non-humans; the principle of economic equivalence, by which one thing is established as having the same value as another thing (termed </w:t>
      </w:r>
      <w:r>
        <w:rPr>
          <w:b w:val="0"/>
          <w:i w:val="0"/>
          <w:smallCaps w:val="0"/>
          <w:strike w:val="0"/>
          <w:sz w:val="10"/>
          <w:u w:val="none"/>
        </w:rPr>
        <w:t>economimesis</w:t>
      </w:r>
      <w:r>
        <w:rPr>
          <w:b w:val="0"/>
          <w:i w:val="0"/>
          <w:smallCaps w:val="0"/>
          <w:strike w:val="0"/>
          <w:sz w:val="10"/>
          <w:u w:val="none"/>
        </w:rPr>
        <w:t xml:space="preserve"> by Jacques Derrida</w:t>
      </w:r>
      <w:r>
        <w:rPr>
          <w:b w:val="0"/>
          <w:i w:val="0"/>
          <w:smallCaps w:val="0"/>
          <w:strike w:val="0"/>
          <w:sz w:val="10"/>
          <w:u w:val="none"/>
        </w:rPr>
        <w:t>3 )</w:t>
      </w:r>
      <w:r>
        <w:rPr>
          <w:b w:val="0"/>
          <w:i w:val="0"/>
          <w:smallCaps w:val="0"/>
          <w:strike w:val="0"/>
          <w:sz w:val="10"/>
          <w:u w:val="none"/>
        </w:rPr>
        <w:t>; the sexual (or asexual) reproduction of organic life forms as variations or permutations of the DNA molecule; and so on.</w:t>
      </w:r>
    </w:p>
    <w:p>
      <w:pPr>
        <w:spacing w:after="60"/>
      </w:pPr>
      <w:r>
        <w:rPr>
          <w:b w:val="0"/>
          <w:i w:val="0"/>
          <w:smallCaps w:val="0"/>
          <w:strike w:val="0"/>
          <w:sz w:val="10"/>
          <w:u w:val="none"/>
        </w:rPr>
        <w:t>I became intrigued by the relationship between laws that regulate copying and philosophical and anthropological descriptions of copying practices. I was particularly struck by the work of René Girard, who makes a grandiose but compelling argument that mimesis is the fundamental problem faced by human beings, who are constituted as such through a drive to imitate, but who at the same time struggle to establish their separate and individual identities. For Girard, violence is the result of this struggle for originality or authenticity or ownership (both of self and object of desire), and the law attempts to moderate claims to identity and ownership, while at the same time enacting the cathartic process of scapegoating certain individuals as being responsible for the evils of mimesis.4</w:t>
      </w:r>
      <w:r>
        <w:rPr>
          <w:b w:val="0"/>
          <w:i w:val="0"/>
          <w:smallCaps w:val="0"/>
          <w:strike w:val="0"/>
          <w:u w:val="none"/>
        </w:rPr>
        <w:t xml:space="preserve"> For my purposes, </w:t>
      </w:r>
      <w:r>
        <w:rPr>
          <w:b/>
          <w:i w:val="0"/>
          <w:smallCaps w:val="0"/>
          <w:strike w:val="0"/>
          <w:sz w:val="22"/>
          <w:highlight w:val="cyan"/>
          <w:u w:val="single"/>
        </w:rPr>
        <w:t>those who violate IP</w:t>
      </w:r>
      <w:r>
        <w:rPr>
          <w:b/>
          <w:i w:val="0"/>
          <w:smallCaps w:val="0"/>
          <w:strike w:val="0"/>
          <w:sz w:val="22"/>
          <w:u w:val="single"/>
        </w:rPr>
        <w:t xml:space="preserve"> laws </w:t>
      </w:r>
      <w:r>
        <w:rPr>
          <w:b/>
          <w:i w:val="0"/>
          <w:smallCaps w:val="0"/>
          <w:strike w:val="0"/>
          <w:sz w:val="22"/>
          <w:highlight w:val="cyan"/>
          <w:u w:val="single"/>
        </w:rPr>
        <w:t>are scapegoated</w:t>
      </w:r>
      <w:r>
        <w:rPr>
          <w:b/>
          <w:i w:val="0"/>
          <w:smallCaps w:val="0"/>
          <w:strike w:val="0"/>
          <w:sz w:val="22"/>
          <w:u w:val="single"/>
        </w:rPr>
        <w:t xml:space="preserve"> </w:t>
      </w:r>
      <w:r>
        <w:rPr>
          <w:b/>
          <w:i w:val="0"/>
          <w:smallCaps w:val="0"/>
          <w:strike w:val="0"/>
          <w:sz w:val="22"/>
          <w:highlight w:val="cyan"/>
          <w:u w:val="single"/>
        </w:rPr>
        <w:t>as engaging in illicit acts of “copying,”</w:t>
      </w:r>
      <w:r>
        <w:rPr>
          <w:b w:val="0"/>
          <w:i w:val="0"/>
          <w:smallCaps w:val="0"/>
          <w:strike w:val="0"/>
          <w:sz w:val="22"/>
          <w:u w:val="single"/>
        </w:rPr>
        <w:t xml:space="preserve"> </w:t>
      </w:r>
      <w:r>
        <w:rPr>
          <w:b w:val="0"/>
          <w:i w:val="0"/>
          <w:smallCaps w:val="0"/>
          <w:strike w:val="0"/>
          <w:sz w:val="22"/>
          <w:highlight w:val="cyan"/>
          <w:u w:val="single"/>
        </w:rPr>
        <w:t>so</w:t>
      </w:r>
      <w:r>
        <w:rPr>
          <w:b w:val="0"/>
          <w:i w:val="0"/>
          <w:smallCaps w:val="0"/>
          <w:strike w:val="0"/>
          <w:sz w:val="22"/>
          <w:u w:val="single"/>
        </w:rPr>
        <w:t xml:space="preserve"> that </w:t>
      </w:r>
      <w:r>
        <w:rPr>
          <w:b w:val="0"/>
          <w:i w:val="0"/>
          <w:smallCaps w:val="0"/>
          <w:strike w:val="0"/>
          <w:sz w:val="22"/>
          <w:highlight w:val="cyan"/>
          <w:u w:val="single"/>
        </w:rPr>
        <w:t>the rest</w:t>
      </w:r>
      <w:r>
        <w:rPr>
          <w:b w:val="0"/>
          <w:i w:val="0"/>
          <w:smallCaps w:val="0"/>
          <w:strike w:val="0"/>
          <w:sz w:val="22"/>
          <w:u w:val="single"/>
        </w:rPr>
        <w:t xml:space="preserve"> of society </w:t>
      </w:r>
      <w:r>
        <w:rPr>
          <w:b w:val="0"/>
          <w:i w:val="0"/>
          <w:smallCaps w:val="0"/>
          <w:strike w:val="0"/>
          <w:sz w:val="22"/>
          <w:highlight w:val="cyan"/>
          <w:u w:val="single"/>
        </w:rPr>
        <w:t>may enjoy the cathartically produced</w:t>
      </w:r>
      <w:r>
        <w:rPr>
          <w:b w:val="0"/>
          <w:i w:val="0"/>
          <w:smallCaps w:val="0"/>
          <w:strike w:val="0"/>
          <w:sz w:val="22"/>
          <w:u w:val="single"/>
        </w:rPr>
        <w:t xml:space="preserve"> (</w:t>
      </w:r>
      <w:r>
        <w:rPr>
          <w:b w:val="0"/>
          <w:i w:val="0"/>
          <w:smallCaps w:val="0"/>
          <w:strike w:val="0"/>
          <w:sz w:val="22"/>
          <w:highlight w:val="cyan"/>
          <w:u w:val="single"/>
        </w:rPr>
        <w:t>but</w:t>
      </w:r>
      <w:r>
        <w:rPr>
          <w:b w:val="0"/>
          <w:i w:val="0"/>
          <w:smallCaps w:val="0"/>
          <w:strike w:val="0"/>
          <w:sz w:val="22"/>
          <w:u w:val="single"/>
        </w:rPr>
        <w:t xml:space="preserve"> </w:t>
      </w:r>
      <w:r>
        <w:rPr>
          <w:b w:val="0"/>
          <w:i w:val="0"/>
          <w:smallCaps w:val="0"/>
          <w:strike w:val="0"/>
          <w:sz w:val="22"/>
          <w:highlight w:val="cyan"/>
          <w:u w:val="single"/>
        </w:rPr>
        <w:t>illusory</w:t>
      </w:r>
      <w:r>
        <w:rPr>
          <w:b w:val="0"/>
          <w:i w:val="0"/>
          <w:smallCaps w:val="0"/>
          <w:strike w:val="0"/>
          <w:sz w:val="22"/>
          <w:u w:val="single"/>
        </w:rPr>
        <w:t xml:space="preserve">) </w:t>
      </w:r>
      <w:r>
        <w:rPr>
          <w:b w:val="0"/>
          <w:i w:val="0"/>
          <w:smallCaps w:val="0"/>
          <w:strike w:val="0"/>
          <w:sz w:val="22"/>
          <w:highlight w:val="cyan"/>
          <w:u w:val="single"/>
        </w:rPr>
        <w:t>sense of being innocent of copying themselves</w:t>
      </w:r>
      <w:r>
        <w:rPr>
          <w:b w:val="0"/>
          <w:i w:val="0"/>
          <w:smallCaps w:val="0"/>
          <w:strike w:val="0"/>
          <w:sz w:val="22"/>
          <w:u w:val="single"/>
        </w:rPr>
        <w:t>.</w:t>
      </w:r>
    </w:p>
    <w:p>
      <w:pPr>
        <w:spacing w:after="60"/>
      </w:pPr>
      <w:r>
        <w:rPr>
          <w:b w:val="0"/>
          <w:i w:val="0"/>
          <w:smallCaps w:val="0"/>
          <w:strike w:val="0"/>
          <w:u w:val="none"/>
        </w:rPr>
        <w:t xml:space="preserve">Girard’s work raises </w:t>
      </w:r>
      <w:r>
        <w:rPr>
          <w:b/>
          <w:i w:val="0"/>
          <w:smallCaps w:val="0"/>
          <w:strike w:val="0"/>
          <w:sz w:val="22"/>
          <w:highlight w:val="cyan"/>
          <w:u w:val="single"/>
        </w:rPr>
        <w:t>a fundamental question</w:t>
      </w:r>
      <w:r>
        <w:rPr>
          <w:b w:val="0"/>
          <w:i w:val="0"/>
          <w:smallCaps w:val="0"/>
          <w:strike w:val="0"/>
          <w:u w:val="none"/>
        </w:rPr>
        <w:t xml:space="preserve">, one that is </w:t>
      </w:r>
      <w:r>
        <w:rPr>
          <w:b w:val="0"/>
          <w:i w:val="0"/>
          <w:smallCaps w:val="0"/>
          <w:strike w:val="0"/>
          <w:sz w:val="22"/>
          <w:u w:val="single"/>
        </w:rPr>
        <w:t xml:space="preserve">relevant </w:t>
      </w:r>
      <w:r>
        <w:rPr>
          <w:b/>
          <w:i w:val="0"/>
          <w:smallCaps w:val="0"/>
          <w:strike w:val="0"/>
          <w:sz w:val="22"/>
          <w:highlight w:val="cyan"/>
          <w:u w:val="single"/>
        </w:rPr>
        <w:t>to the topic</w:t>
      </w:r>
      <w:r>
        <w:rPr>
          <w:b w:val="0"/>
          <w:i w:val="0"/>
          <w:smallCaps w:val="0"/>
          <w:strike w:val="0"/>
          <w:sz w:val="22"/>
          <w:u w:val="single"/>
        </w:rPr>
        <w:t xml:space="preserve"> of </w:t>
      </w:r>
      <w:r>
        <w:rPr>
          <w:b/>
          <w:i w:val="0"/>
          <w:smallCaps w:val="0"/>
          <w:strike w:val="0"/>
          <w:sz w:val="22"/>
          <w:u w:val="single"/>
        </w:rPr>
        <w:t>IP</w:t>
      </w:r>
      <w:r>
        <w:rPr>
          <w:b w:val="0"/>
          <w:i w:val="0"/>
          <w:smallCaps w:val="0"/>
          <w:strike w:val="0"/>
          <w:sz w:val="22"/>
          <w:u w:val="single"/>
        </w:rPr>
        <w:t xml:space="preserve"> and interdisciplinarity</w:t>
      </w:r>
      <w:r>
        <w:rPr>
          <w:b w:val="0"/>
          <w:i w:val="0"/>
          <w:smallCaps w:val="0"/>
          <w:strike w:val="0"/>
          <w:u w:val="none"/>
        </w:rPr>
        <w:t xml:space="preserve">: </w:t>
      </w:r>
      <w:r>
        <w:rPr>
          <w:b w:val="0"/>
          <w:i w:val="0"/>
          <w:smallCaps w:val="0"/>
          <w:strike w:val="0"/>
          <w:sz w:val="22"/>
          <w:highlight w:val="cyan"/>
          <w:u w:val="single"/>
        </w:rPr>
        <w:t>what is the place</w:t>
      </w:r>
      <w:r>
        <w:rPr>
          <w:b w:val="0"/>
          <w:i w:val="0"/>
          <w:smallCaps w:val="0"/>
          <w:strike w:val="0"/>
          <w:sz w:val="22"/>
          <w:u w:val="single"/>
        </w:rPr>
        <w:t xml:space="preserve">, field, </w:t>
      </w:r>
      <w:r>
        <w:rPr>
          <w:b w:val="0"/>
          <w:i w:val="0"/>
          <w:smallCaps w:val="0"/>
          <w:strike w:val="0"/>
          <w:sz w:val="22"/>
          <w:highlight w:val="cyan"/>
          <w:u w:val="single"/>
        </w:rPr>
        <w:t xml:space="preserve">or </w:t>
      </w:r>
      <w:r>
        <w:rPr>
          <w:b/>
          <w:i w:val="0"/>
          <w:smallCaps w:val="0"/>
          <w:strike w:val="0"/>
          <w:sz w:val="22"/>
          <w:highlight w:val="cyan"/>
          <w:u w:val="single"/>
        </w:rPr>
        <w:t>form</w:t>
      </w:r>
      <w:r>
        <w:rPr>
          <w:b w:val="0"/>
          <w:i w:val="0"/>
          <w:smallCaps w:val="0"/>
          <w:strike w:val="0"/>
          <w:sz w:val="22"/>
          <w:u w:val="single"/>
        </w:rPr>
        <w:t xml:space="preserve"> </w:t>
      </w:r>
      <w:r>
        <w:rPr>
          <w:b w:val="0"/>
          <w:i w:val="0"/>
          <w:smallCaps w:val="0"/>
          <w:strike w:val="0"/>
          <w:sz w:val="22"/>
          <w:highlight w:val="cyan"/>
          <w:u w:val="single"/>
        </w:rPr>
        <w:t>in which</w:t>
      </w:r>
      <w:r>
        <w:rPr>
          <w:b w:val="0"/>
          <w:i w:val="0"/>
          <w:smallCaps w:val="0"/>
          <w:strike w:val="0"/>
          <w:sz w:val="22"/>
          <w:u w:val="single"/>
        </w:rPr>
        <w:t xml:space="preserve"> the problem of </w:t>
      </w:r>
      <w:r>
        <w:rPr>
          <w:b w:val="0"/>
          <w:i w:val="0"/>
          <w:smallCaps w:val="0"/>
          <w:strike w:val="0"/>
          <w:sz w:val="22"/>
          <w:highlight w:val="cyan"/>
          <w:u w:val="single"/>
        </w:rPr>
        <w:t>imitation can be responded</w:t>
      </w:r>
      <w:r>
        <w:rPr>
          <w:b w:val="0"/>
          <w:i w:val="0"/>
          <w:smallCaps w:val="0"/>
          <w:strike w:val="0"/>
          <w:sz w:val="22"/>
          <w:u w:val="single"/>
        </w:rPr>
        <w:t xml:space="preserve"> </w:t>
      </w:r>
      <w:r>
        <w:rPr>
          <w:b w:val="0"/>
          <w:i w:val="0"/>
          <w:smallCaps w:val="0"/>
          <w:strike w:val="0"/>
          <w:sz w:val="22"/>
          <w:highlight w:val="cyan"/>
          <w:u w:val="single"/>
        </w:rPr>
        <w:t>to in a human society</w:t>
      </w:r>
      <w:r>
        <w:rPr>
          <w:b w:val="0"/>
          <w:i w:val="0"/>
          <w:smallCaps w:val="0"/>
          <w:strike w:val="0"/>
          <w:sz w:val="22"/>
          <w:u w:val="single"/>
        </w:rPr>
        <w:t>?</w:t>
      </w:r>
      <w:r>
        <w:rPr>
          <w:b w:val="0"/>
          <w:i w:val="0"/>
          <w:smallCaps w:val="0"/>
          <w:strike w:val="0"/>
          <w:u w:val="none"/>
        </w:rPr>
        <w:t xml:space="preserve"> </w:t>
      </w:r>
      <w:r>
        <w:rPr>
          <w:b/>
          <w:i w:val="0"/>
          <w:smallCaps w:val="0"/>
          <w:strike w:val="0"/>
          <w:sz w:val="22"/>
          <w:highlight w:val="cyan"/>
          <w:u w:val="single"/>
        </w:rPr>
        <w:t>Law would be one structure</w:t>
      </w:r>
      <w:r>
        <w:rPr>
          <w:b w:val="0"/>
          <w:i w:val="0"/>
          <w:smallCaps w:val="0"/>
          <w:strike w:val="0"/>
          <w:u w:val="none"/>
        </w:rPr>
        <w:t xml:space="preserve"> </w:t>
      </w:r>
      <w:r>
        <w:rPr>
          <w:b w:val="0"/>
          <w:i w:val="0"/>
          <w:smallCaps w:val="0"/>
          <w:strike w:val="0"/>
          <w:sz w:val="22"/>
          <w:highlight w:val="cyan"/>
          <w:u w:val="single"/>
        </w:rPr>
        <w:t>that attempts to appropriate</w:t>
      </w:r>
      <w:r>
        <w:rPr>
          <w:b w:val="0"/>
          <w:i w:val="0"/>
          <w:smallCaps w:val="0"/>
          <w:strike w:val="0"/>
          <w:sz w:val="22"/>
          <w:u w:val="single"/>
        </w:rPr>
        <w:t xml:space="preserve"> or organize </w:t>
      </w:r>
      <w:r>
        <w:rPr>
          <w:b w:val="0"/>
          <w:i w:val="0"/>
          <w:smallCaps w:val="0"/>
          <w:strike w:val="0"/>
          <w:sz w:val="22"/>
          <w:highlight w:val="cyan"/>
          <w:u w:val="single"/>
        </w:rPr>
        <w:t>mimesis</w:t>
      </w:r>
      <w:r>
        <w:rPr>
          <w:b w:val="0"/>
          <w:i w:val="0"/>
          <w:smallCaps w:val="0"/>
          <w:strike w:val="0"/>
          <w:u w:val="none"/>
        </w:rPr>
        <w:t xml:space="preserve">. </w:t>
      </w:r>
      <w:r>
        <w:rPr>
          <w:b/>
          <w:i w:val="0"/>
          <w:smallCaps w:val="0"/>
          <w:strike w:val="0"/>
          <w:sz w:val="22"/>
          <w:highlight w:val="cyan"/>
          <w:u w:val="single"/>
        </w:rPr>
        <w:t>Art</w:t>
      </w:r>
      <w:r>
        <w:rPr>
          <w:b w:val="0"/>
          <w:i w:val="0"/>
          <w:smallCaps w:val="0"/>
          <w:strike w:val="0"/>
          <w:u w:val="none"/>
        </w:rPr>
        <w:t xml:space="preserve"> </w:t>
      </w:r>
      <w:r>
        <w:rPr>
          <w:b w:val="0"/>
          <w:i w:val="0"/>
          <w:smallCaps w:val="0"/>
          <w:strike w:val="0"/>
          <w:sz w:val="22"/>
          <w:u w:val="single"/>
        </w:rPr>
        <w:t xml:space="preserve">would be </w:t>
      </w:r>
      <w:r>
        <w:rPr>
          <w:b w:val="0"/>
          <w:i w:val="0"/>
          <w:smallCaps w:val="0"/>
          <w:strike w:val="0"/>
          <w:sz w:val="22"/>
          <w:highlight w:val="cyan"/>
          <w:u w:val="single"/>
        </w:rPr>
        <w:t>another</w:t>
      </w:r>
      <w:r>
        <w:rPr>
          <w:b w:val="0"/>
          <w:i w:val="0"/>
          <w:smallCaps w:val="0"/>
          <w:strike w:val="0"/>
          <w:u w:val="none"/>
        </w:rPr>
        <w:t xml:space="preserve">. </w:t>
      </w:r>
      <w:r>
        <w:rPr>
          <w:b/>
          <w:i w:val="0"/>
          <w:smallCaps w:val="0"/>
          <w:strike w:val="0"/>
          <w:sz w:val="22"/>
          <w:highlight w:val="cyan"/>
          <w:u w:val="single"/>
        </w:rPr>
        <w:t>Economy</w:t>
      </w:r>
      <w:r>
        <w:rPr>
          <w:b w:val="0"/>
          <w:i w:val="0"/>
          <w:smallCaps w:val="0"/>
          <w:strike w:val="0"/>
          <w:highlight w:val="cyan"/>
          <w:u w:val="none"/>
        </w:rPr>
        <w:t xml:space="preserve"> </w:t>
      </w:r>
      <w:r>
        <w:rPr>
          <w:b w:val="0"/>
          <w:i w:val="0"/>
          <w:smallCaps w:val="0"/>
          <w:strike w:val="0"/>
          <w:sz w:val="22"/>
          <w:highlight w:val="cyan"/>
          <w:u w:val="single"/>
        </w:rPr>
        <w:t>would be</w:t>
      </w:r>
      <w:r>
        <w:rPr>
          <w:b w:val="0"/>
          <w:i w:val="0"/>
          <w:smallCaps w:val="0"/>
          <w:strike w:val="0"/>
          <w:sz w:val="22"/>
          <w:u w:val="single"/>
        </w:rPr>
        <w:t xml:space="preserve"> a </w:t>
      </w:r>
      <w:r>
        <w:rPr>
          <w:b w:val="0"/>
          <w:i w:val="0"/>
          <w:smallCaps w:val="0"/>
          <w:strike w:val="0"/>
          <w:sz w:val="22"/>
          <w:highlight w:val="cyan"/>
          <w:u w:val="single"/>
        </w:rPr>
        <w:t>third</w:t>
      </w:r>
      <w:r>
        <w:rPr>
          <w:b w:val="0"/>
          <w:i w:val="0"/>
          <w:smallCaps w:val="0"/>
          <w:strike w:val="0"/>
          <w:u w:val="none"/>
        </w:rPr>
        <w:t xml:space="preserve">. </w:t>
      </w:r>
      <w:r>
        <w:rPr>
          <w:b w:val="0"/>
          <w:i w:val="0"/>
          <w:smallCaps w:val="0"/>
          <w:strike w:val="0"/>
          <w:sz w:val="22"/>
          <w:u w:val="single"/>
        </w:rPr>
        <w:t>For Girard</w:t>
      </w:r>
      <w:r>
        <w:rPr>
          <w:b w:val="0"/>
          <w:i w:val="0"/>
          <w:smallCaps w:val="0"/>
          <w:strike w:val="0"/>
          <w:u w:val="none"/>
        </w:rPr>
        <w:t xml:space="preserve">, only religion, and more specifically a Christian practice of counter-sacrifice, </w:t>
      </w:r>
      <w:r>
        <w:rPr>
          <w:b w:val="0"/>
          <w:i w:val="0"/>
          <w:smallCaps w:val="0"/>
          <w:strike w:val="0"/>
          <w:sz w:val="22"/>
          <w:u w:val="single"/>
        </w:rPr>
        <w:t>can respond adequately</w:t>
      </w:r>
      <w:r>
        <w:rPr>
          <w:b w:val="0"/>
          <w:i w:val="0"/>
          <w:smallCaps w:val="0"/>
          <w:strike w:val="0"/>
          <w:u w:val="none"/>
        </w:rPr>
        <w:t>. I would like to radicalize or at least open up the problematic as set up by Girard, through the work of Georges Bataille, and his notion of “</w:t>
      </w:r>
      <w:r>
        <w:rPr>
          <w:b w:val="0"/>
          <w:i w:val="0"/>
          <w:smallCaps w:val="0"/>
          <w:strike w:val="0"/>
          <w:sz w:val="22"/>
          <w:highlight w:val="cyan"/>
          <w:u w:val="single"/>
        </w:rPr>
        <w:t>the accursed share</w:t>
      </w:r>
      <w:r>
        <w:rPr>
          <w:b w:val="0"/>
          <w:i w:val="0"/>
          <w:smallCaps w:val="0"/>
          <w:strike w:val="0"/>
          <w:u w:val="none"/>
        </w:rPr>
        <w:t xml:space="preserve">” by which Bataille </w:t>
      </w:r>
      <w:r>
        <w:rPr>
          <w:b w:val="0"/>
          <w:i w:val="0"/>
          <w:smallCaps w:val="0"/>
          <w:strike w:val="0"/>
          <w:sz w:val="22"/>
          <w:u w:val="single"/>
        </w:rPr>
        <w:t xml:space="preserve">means </w:t>
      </w:r>
      <w:r>
        <w:rPr>
          <w:b w:val="0"/>
          <w:i w:val="0"/>
          <w:smallCaps w:val="0"/>
          <w:strike w:val="0"/>
          <w:sz w:val="22"/>
          <w:highlight w:val="cyan"/>
          <w:u w:val="single"/>
        </w:rPr>
        <w:t>the excess that is always present</w:t>
      </w:r>
      <w:r>
        <w:rPr>
          <w:b w:val="0"/>
          <w:i w:val="0"/>
          <w:smallCaps w:val="0"/>
          <w:strike w:val="0"/>
          <w:sz w:val="22"/>
          <w:u w:val="single"/>
        </w:rPr>
        <w:t xml:space="preserve"> and must always be disposed of in some way by any human society</w:t>
      </w:r>
      <w:r>
        <w:rPr>
          <w:b w:val="0"/>
          <w:i w:val="0"/>
          <w:smallCaps w:val="0"/>
          <w:strike w:val="0"/>
          <w:u w:val="none"/>
        </w:rPr>
        <w:t xml:space="preserve">.5 </w:t>
      </w:r>
      <w:r>
        <w:rPr>
          <w:b/>
          <w:i w:val="0"/>
          <w:smallCaps w:val="0"/>
          <w:strike w:val="0"/>
          <w:sz w:val="22"/>
          <w:highlight w:val="cyan"/>
          <w:u w:val="single"/>
        </w:rPr>
        <w:t>This</w:t>
      </w:r>
      <w:r>
        <w:rPr>
          <w:b/>
          <w:i w:val="0"/>
          <w:smallCaps w:val="0"/>
          <w:strike w:val="0"/>
          <w:sz w:val="22"/>
          <w:u w:val="single"/>
        </w:rPr>
        <w:t xml:space="preserve"> excessive “share”</w:t>
      </w:r>
      <w:r>
        <w:rPr>
          <w:b w:val="0"/>
          <w:i w:val="0"/>
          <w:smallCaps w:val="0"/>
          <w:strike w:val="0"/>
          <w:sz w:val="22"/>
          <w:u w:val="single"/>
        </w:rPr>
        <w:t xml:space="preserve"> </w:t>
      </w:r>
      <w:r>
        <w:rPr>
          <w:b/>
          <w:i w:val="0"/>
          <w:smallCaps w:val="0"/>
          <w:strike w:val="0"/>
          <w:sz w:val="22"/>
          <w:highlight w:val="cyan"/>
          <w:u w:val="single"/>
        </w:rPr>
        <w:t>is “accursed” because it is generally forbidden</w:t>
      </w:r>
      <w:r>
        <w:rPr>
          <w:b w:val="0"/>
          <w:i w:val="0"/>
          <w:smallCaps w:val="0"/>
          <w:strike w:val="0"/>
          <w:sz w:val="22"/>
          <w:u w:val="single"/>
        </w:rPr>
        <w:t xml:space="preserve"> or tabooed</w:t>
      </w:r>
      <w:r>
        <w:rPr>
          <w:b w:val="0"/>
          <w:i w:val="0"/>
          <w:smallCaps w:val="0"/>
          <w:strike w:val="0"/>
          <w:u w:val="none"/>
        </w:rPr>
        <w:t xml:space="preserve">; </w:t>
      </w:r>
      <w:r>
        <w:rPr>
          <w:b w:val="0"/>
          <w:i w:val="0"/>
          <w:smallCaps w:val="0"/>
          <w:strike w:val="0"/>
          <w:sz w:val="22"/>
          <w:highlight w:val="cyan"/>
          <w:u w:val="single"/>
        </w:rPr>
        <w:t xml:space="preserve">yet, </w:t>
      </w:r>
      <w:r>
        <w:rPr>
          <w:b/>
          <w:i w:val="0"/>
          <w:smallCaps w:val="0"/>
          <w:strike w:val="0"/>
          <w:sz w:val="22"/>
          <w:highlight w:val="cyan"/>
          <w:u w:val="single"/>
        </w:rPr>
        <w:t>at</w:t>
      </w:r>
      <w:r>
        <w:rPr>
          <w:b w:val="0"/>
          <w:i w:val="0"/>
          <w:smallCaps w:val="0"/>
          <w:strike w:val="0"/>
          <w:sz w:val="22"/>
          <w:highlight w:val="cyan"/>
          <w:u w:val="single"/>
        </w:rPr>
        <w:t xml:space="preserve"> certain</w:t>
      </w:r>
      <w:r>
        <w:rPr>
          <w:b w:val="0"/>
          <w:i w:val="0"/>
          <w:smallCaps w:val="0"/>
          <w:strike w:val="0"/>
          <w:sz w:val="22"/>
          <w:u w:val="single"/>
        </w:rPr>
        <w:t xml:space="preserve"> </w:t>
      </w:r>
      <w:r>
        <w:rPr>
          <w:b/>
          <w:i w:val="0"/>
          <w:smallCaps w:val="0"/>
          <w:strike w:val="0"/>
          <w:sz w:val="22"/>
          <w:u w:val="single"/>
        </w:rPr>
        <w:t xml:space="preserve">key </w:t>
      </w:r>
      <w:r>
        <w:rPr>
          <w:b/>
          <w:i w:val="0"/>
          <w:smallCaps w:val="0"/>
          <w:strike w:val="0"/>
          <w:sz w:val="22"/>
          <w:highlight w:val="cyan"/>
          <w:u w:val="single"/>
        </w:rPr>
        <w:t>moments</w:t>
      </w:r>
      <w:r>
        <w:rPr>
          <w:b w:val="0"/>
          <w:i w:val="0"/>
          <w:smallCaps w:val="0"/>
          <w:strike w:val="0"/>
          <w:sz w:val="22"/>
          <w:u w:val="single"/>
        </w:rPr>
        <w:t xml:space="preserve">, </w:t>
      </w:r>
      <w:r>
        <w:rPr>
          <w:b/>
          <w:i w:val="0"/>
          <w:smallCaps w:val="0"/>
          <w:strike w:val="0"/>
          <w:sz w:val="22"/>
          <w:highlight w:val="cyan"/>
          <w:u w:val="single"/>
        </w:rPr>
        <w:t>the taboo</w:t>
      </w:r>
      <w:r>
        <w:rPr>
          <w:b w:val="0"/>
          <w:i w:val="0"/>
          <w:smallCaps w:val="0"/>
          <w:strike w:val="0"/>
          <w:sz w:val="22"/>
          <w:highlight w:val="cyan"/>
          <w:u w:val="single"/>
        </w:rPr>
        <w:t xml:space="preserve"> </w:t>
      </w:r>
      <w:r>
        <w:rPr>
          <w:b/>
          <w:i w:val="0"/>
          <w:smallCaps w:val="0"/>
          <w:strike w:val="0"/>
          <w:sz w:val="22"/>
          <w:highlight w:val="cyan"/>
          <w:u w:val="single"/>
        </w:rPr>
        <w:t>is reversed</w:t>
      </w:r>
      <w:r>
        <w:rPr>
          <w:b w:val="0"/>
          <w:i w:val="0"/>
          <w:smallCaps w:val="0"/>
          <w:strike w:val="0"/>
          <w:sz w:val="22"/>
          <w:u w:val="single"/>
        </w:rPr>
        <w:t xml:space="preserve"> and the share must be used up.</w:t>
      </w:r>
      <w:r>
        <w:rPr>
          <w:b w:val="0"/>
          <w:i w:val="0"/>
          <w:smallCaps w:val="0"/>
          <w:strike w:val="0"/>
          <w:u w:val="none"/>
        </w:rPr>
        <w:t xml:space="preserve"> For example, </w:t>
      </w:r>
      <w:r>
        <w:rPr>
          <w:b w:val="0"/>
          <w:i w:val="0"/>
          <w:smallCaps w:val="0"/>
          <w:strike w:val="0"/>
          <w:sz w:val="22"/>
          <w:u w:val="single"/>
        </w:rPr>
        <w:t>violence is forbidden in most societies, yet becomes mandatory when there is a war.</w:t>
      </w:r>
      <w:r>
        <w:rPr>
          <w:b w:val="0"/>
          <w:i w:val="0"/>
          <w:smallCaps w:val="0"/>
          <w:strike w:val="0"/>
          <w:u w:val="none"/>
        </w:rPr>
        <w:t xml:space="preserve"> </w:t>
      </w:r>
      <w:r>
        <w:rPr>
          <w:b w:val="0"/>
          <w:i w:val="0"/>
          <w:smallCaps w:val="0"/>
          <w:strike w:val="0"/>
          <w:sz w:val="22"/>
          <w:u w:val="single"/>
        </w:rPr>
        <w:t>There are reasons to question whether “excess” is the best word for this thing that can’t be organized or framed</w:t>
      </w:r>
      <w:r>
        <w:rPr>
          <w:b w:val="0"/>
          <w:i w:val="0"/>
          <w:smallCaps w:val="0"/>
          <w:strike w:val="0"/>
          <w:u w:val="none"/>
        </w:rPr>
        <w:t xml:space="preserve">, </w:t>
      </w:r>
      <w:r>
        <w:rPr>
          <w:b w:val="0"/>
          <w:i w:val="0"/>
          <w:smallCaps w:val="0"/>
          <w:strike w:val="0"/>
          <w:sz w:val="22"/>
          <w:u w:val="single"/>
        </w:rPr>
        <w:t>but if one thinks about mimesis and therefore copying in terms of the problematic set out by Bataille</w:t>
      </w:r>
      <w:r>
        <w:rPr>
          <w:b w:val="0"/>
          <w:i w:val="0"/>
          <w:smallCaps w:val="0"/>
          <w:strike w:val="0"/>
          <w:u w:val="none"/>
        </w:rPr>
        <w:t xml:space="preserve">, </w:t>
      </w:r>
      <w:r>
        <w:rPr>
          <w:b w:val="0"/>
          <w:i w:val="0"/>
          <w:smallCaps w:val="0"/>
          <w:strike w:val="0"/>
          <w:sz w:val="22"/>
          <w:highlight w:val="cyan"/>
          <w:u w:val="single"/>
        </w:rPr>
        <w:t>the question is raised</w:t>
      </w:r>
      <w:r>
        <w:rPr>
          <w:b w:val="0"/>
          <w:i w:val="0"/>
          <w:smallCaps w:val="0"/>
          <w:strike w:val="0"/>
          <w:highlight w:val="cyan"/>
          <w:u w:val="none"/>
        </w:rPr>
        <w:t xml:space="preserve">: </w:t>
      </w:r>
      <w:r>
        <w:rPr>
          <w:b/>
          <w:i w:val="0"/>
          <w:smallCaps w:val="0"/>
          <w:strike w:val="0"/>
          <w:sz w:val="22"/>
          <w:highlight w:val="cyan"/>
          <w:u w:val="single"/>
        </w:rPr>
        <w:t>is there</w:t>
      </w:r>
      <w:r>
        <w:rPr>
          <w:b/>
          <w:i w:val="0"/>
          <w:smallCaps w:val="0"/>
          <w:strike w:val="0"/>
          <w:sz w:val="22"/>
          <w:u w:val="single"/>
        </w:rPr>
        <w:t xml:space="preserve"> indeed </w:t>
      </w:r>
      <w:r>
        <w:rPr>
          <w:b/>
          <w:i w:val="0"/>
          <w:smallCaps w:val="0"/>
          <w:strike w:val="0"/>
          <w:sz w:val="22"/>
          <w:highlight w:val="cyan"/>
          <w:u w:val="single"/>
        </w:rPr>
        <w:t>a generalized taboo on the excessive but inevitable</w:t>
      </w:r>
      <w:r>
        <w:rPr>
          <w:b/>
          <w:i w:val="0"/>
          <w:smallCaps w:val="0"/>
          <w:strike w:val="0"/>
          <w:sz w:val="22"/>
          <w:u w:val="single"/>
        </w:rPr>
        <w:t xml:space="preserve"> proliferation of </w:t>
      </w:r>
      <w:r>
        <w:rPr>
          <w:b/>
          <w:i w:val="0"/>
          <w:smallCaps w:val="0"/>
          <w:strike w:val="0"/>
          <w:sz w:val="22"/>
          <w:highlight w:val="cyan"/>
          <w:u w:val="single"/>
        </w:rPr>
        <w:t>copies</w:t>
      </w:r>
      <w:r>
        <w:rPr>
          <w:b w:val="0"/>
          <w:i w:val="0"/>
          <w:smallCaps w:val="0"/>
          <w:strike w:val="0"/>
          <w:u w:val="none"/>
        </w:rPr>
        <w:t xml:space="preserve"> that is </w:t>
      </w:r>
      <w:r>
        <w:rPr>
          <w:b/>
          <w:i w:val="0"/>
          <w:smallCaps w:val="0"/>
          <w:strike w:val="0"/>
          <w:sz w:val="22"/>
          <w:highlight w:val="cyan"/>
          <w:u w:val="single"/>
        </w:rPr>
        <w:t>being enacted</w:t>
      </w:r>
      <w:r>
        <w:rPr>
          <w:b w:val="0"/>
          <w:i w:val="0"/>
          <w:smallCaps w:val="0"/>
          <w:strike w:val="0"/>
          <w:u w:val="none"/>
        </w:rPr>
        <w:t xml:space="preserve">, or contained, </w:t>
      </w:r>
      <w:r>
        <w:rPr>
          <w:b/>
          <w:i w:val="0"/>
          <w:smallCaps w:val="0"/>
          <w:strike w:val="0"/>
          <w:sz w:val="22"/>
          <w:u w:val="single"/>
        </w:rPr>
        <w:t xml:space="preserve">at present </w:t>
      </w:r>
      <w:r>
        <w:rPr>
          <w:b/>
          <w:i w:val="0"/>
          <w:smallCaps w:val="0"/>
          <w:strike w:val="0"/>
          <w:sz w:val="22"/>
          <w:highlight w:val="cyan"/>
          <w:u w:val="single"/>
        </w:rPr>
        <w:t>through IP law</w:t>
      </w:r>
      <w:r>
        <w:rPr>
          <w:b w:val="0"/>
          <w:i w:val="0"/>
          <w:smallCaps w:val="0"/>
          <w:strike w:val="0"/>
          <w:u w:val="none"/>
        </w:rPr>
        <w:t xml:space="preserve">? </w:t>
      </w:r>
      <w:r>
        <w:rPr>
          <w:b/>
          <w:i w:val="0"/>
          <w:smallCaps w:val="0"/>
          <w:strike w:val="0"/>
          <w:sz w:val="22"/>
          <w:highlight w:val="cyan"/>
          <w:u w:val="single"/>
        </w:rPr>
        <w:t xml:space="preserve">And </w:t>
      </w:r>
      <w:r>
        <w:rPr>
          <w:b/>
          <w:i w:val="0"/>
          <w:smallCaps w:val="0"/>
          <w:strike w:val="0"/>
          <w:sz w:val="26"/>
          <w:highlight w:val="cyan"/>
          <w:u w:val="single"/>
        </w:rPr>
        <w:t>what is the relationship between IP law and this</w:t>
      </w:r>
      <w:r>
        <w:rPr>
          <w:b/>
          <w:i w:val="0"/>
          <w:smallCaps w:val="0"/>
          <w:strike w:val="0"/>
          <w:sz w:val="26"/>
          <w:u w:val="single"/>
        </w:rPr>
        <w:t xml:space="preserve"> </w:t>
      </w:r>
      <w:r>
        <w:rPr>
          <w:b/>
          <w:i w:val="0"/>
          <w:smallCaps w:val="0"/>
          <w:strike w:val="0"/>
          <w:sz w:val="26"/>
          <w:highlight w:val="cyan"/>
          <w:u w:val="single"/>
        </w:rPr>
        <w:t>more general taboo</w:t>
      </w:r>
      <w:r>
        <w:rPr>
          <w:b/>
          <w:i w:val="0"/>
          <w:smallCaps w:val="0"/>
          <w:strike w:val="0"/>
          <w:sz w:val="26"/>
          <w:u w:val="single"/>
        </w:rPr>
        <w:t>?</w:t>
      </w:r>
      <w:r>
        <w:rPr>
          <w:b w:val="0"/>
          <w:i w:val="0"/>
          <w:smallCaps w:val="0"/>
          <w:strike w:val="0"/>
          <w:u w:val="none"/>
        </w:rPr>
        <w:t xml:space="preserve"> </w:t>
      </w:r>
      <w:r>
        <w:rPr>
          <w:b w:val="0"/>
          <w:i w:val="0"/>
          <w:smallCaps w:val="0"/>
          <w:strike w:val="0"/>
          <w:sz w:val="22"/>
          <w:u w:val="single"/>
        </w:rPr>
        <w:t xml:space="preserve">One place to look for this connection is in the concept of </w:t>
      </w:r>
      <w:r>
        <w:rPr>
          <w:b/>
          <w:i w:val="0"/>
          <w:smallCaps w:val="0"/>
          <w:strike w:val="0"/>
          <w:sz w:val="22"/>
          <w:u w:val="single"/>
        </w:rPr>
        <w:t>moral rights</w:t>
      </w:r>
      <w:r>
        <w:rPr>
          <w:b w:val="0"/>
          <w:i w:val="0"/>
          <w:smallCaps w:val="0"/>
          <w:strike w:val="0"/>
          <w:u w:val="none"/>
        </w:rPr>
        <w:t xml:space="preserve">, </w:t>
      </w:r>
      <w:r>
        <w:rPr>
          <w:b w:val="0"/>
          <w:i w:val="0"/>
          <w:smallCaps w:val="0"/>
          <w:strike w:val="0"/>
          <w:sz w:val="22"/>
          <w:u w:val="single"/>
        </w:rPr>
        <w:t>which is</w:t>
      </w:r>
      <w:r>
        <w:rPr>
          <w:b w:val="0"/>
          <w:i w:val="0"/>
          <w:smallCaps w:val="0"/>
          <w:strike w:val="0"/>
          <w:u w:val="none"/>
        </w:rPr>
        <w:t xml:space="preserve"> often </w:t>
      </w:r>
      <w:r>
        <w:rPr>
          <w:b w:val="0"/>
          <w:i w:val="0"/>
          <w:smallCaps w:val="0"/>
          <w:strike w:val="0"/>
          <w:sz w:val="22"/>
          <w:u w:val="single"/>
        </w:rPr>
        <w:t xml:space="preserve">raised, both </w:t>
      </w:r>
      <w:r>
        <w:rPr>
          <w:b/>
          <w:i w:val="0"/>
          <w:smallCaps w:val="0"/>
          <w:strike w:val="0"/>
          <w:sz w:val="22"/>
          <w:u w:val="single"/>
        </w:rPr>
        <w:t>legally</w:t>
      </w:r>
      <w:r>
        <w:rPr>
          <w:b w:val="0"/>
          <w:i w:val="0"/>
          <w:smallCaps w:val="0"/>
          <w:strike w:val="0"/>
          <w:sz w:val="22"/>
          <w:u w:val="single"/>
        </w:rPr>
        <w:t xml:space="preserve"> and otherwise,</w:t>
      </w:r>
      <w:r>
        <w:rPr>
          <w:b w:val="0"/>
          <w:i w:val="0"/>
          <w:smallCaps w:val="0"/>
          <w:strike w:val="0"/>
          <w:u w:val="none"/>
        </w:rPr>
        <w:t xml:space="preserve"> </w:t>
      </w:r>
      <w:r>
        <w:rPr>
          <w:b/>
          <w:i w:val="0"/>
          <w:smallCaps w:val="0"/>
          <w:strike w:val="0"/>
          <w:sz w:val="22"/>
          <w:u w:val="single"/>
        </w:rPr>
        <w:t>as the justification of IP law</w:t>
      </w:r>
      <w:r>
        <w:rPr>
          <w:b w:val="0"/>
          <w:i w:val="0"/>
          <w:smallCaps w:val="0"/>
          <w:strike w:val="0"/>
          <w:u w:val="none"/>
        </w:rPr>
        <w:t xml:space="preserve">. I hope you can see that </w:t>
      </w:r>
      <w:r>
        <w:rPr>
          <w:b w:val="0"/>
          <w:i w:val="0"/>
          <w:smallCaps w:val="0"/>
          <w:strike w:val="0"/>
          <w:sz w:val="22"/>
          <w:u w:val="single"/>
        </w:rPr>
        <w:t>the problem of interdisciplinarity is raised here</w:t>
      </w:r>
      <w:r>
        <w:rPr>
          <w:b w:val="0"/>
          <w:i w:val="0"/>
          <w:smallCaps w:val="0"/>
          <w:strike w:val="0"/>
          <w:u w:val="none"/>
        </w:rPr>
        <w:t xml:space="preserve">: </w:t>
      </w:r>
      <w:r>
        <w:rPr>
          <w:b w:val="0"/>
          <w:i w:val="0"/>
          <w:smallCaps w:val="0"/>
          <w:strike w:val="0"/>
          <w:sz w:val="22"/>
          <w:u w:val="single"/>
        </w:rPr>
        <w:t>the law is only one of a number of structures by which humans seek to contain practices of copying in particular societies</w:t>
      </w:r>
      <w:r>
        <w:rPr>
          <w:b w:val="0"/>
          <w:i w:val="0"/>
          <w:smallCaps w:val="0"/>
          <w:strike w:val="0"/>
          <w:u w:val="none"/>
        </w:rPr>
        <w:t xml:space="preserve">. </w:t>
      </w:r>
      <w:r>
        <w:rPr>
          <w:b/>
          <w:i w:val="0"/>
          <w:smallCaps w:val="0"/>
          <w:strike w:val="0"/>
          <w:sz w:val="22"/>
          <w:highlight w:val="cyan"/>
          <w:u w:val="single"/>
        </w:rPr>
        <w:t>I</w:t>
      </w:r>
      <w:r>
        <w:rPr>
          <w:b/>
          <w:i w:val="0"/>
          <w:smallCaps w:val="0"/>
          <w:strike w:val="0"/>
          <w:sz w:val="22"/>
          <w:u w:val="single"/>
        </w:rPr>
        <w:t xml:space="preserve">ntellectual </w:t>
      </w:r>
      <w:r>
        <w:rPr>
          <w:b/>
          <w:i w:val="0"/>
          <w:smallCaps w:val="0"/>
          <w:strike w:val="0"/>
          <w:sz w:val="22"/>
          <w:highlight w:val="cyan"/>
          <w:u w:val="single"/>
        </w:rPr>
        <w:t>p</w:t>
      </w:r>
      <w:r>
        <w:rPr>
          <w:b/>
          <w:i w:val="0"/>
          <w:smallCaps w:val="0"/>
          <w:strike w:val="0"/>
          <w:sz w:val="22"/>
          <w:u w:val="single"/>
        </w:rPr>
        <w:t xml:space="preserve">roperty </w:t>
      </w:r>
      <w:r>
        <w:rPr>
          <w:b/>
          <w:i w:val="0"/>
          <w:smallCaps w:val="0"/>
          <w:strike w:val="0"/>
          <w:sz w:val="22"/>
          <w:highlight w:val="cyan"/>
          <w:u w:val="single"/>
        </w:rPr>
        <w:t>law is</w:t>
      </w:r>
      <w:r>
        <w:rPr>
          <w:b w:val="0"/>
          <w:i w:val="0"/>
          <w:smallCaps w:val="0"/>
          <w:strike w:val="0"/>
          <w:sz w:val="22"/>
          <w:u w:val="single"/>
        </w:rPr>
        <w:t xml:space="preserve"> itself </w:t>
      </w:r>
      <w:r>
        <w:rPr>
          <w:b/>
          <w:i w:val="0"/>
          <w:smallCaps w:val="0"/>
          <w:strike w:val="0"/>
          <w:sz w:val="22"/>
          <w:highlight w:val="cyan"/>
          <w:u w:val="single"/>
        </w:rPr>
        <w:t xml:space="preserve">only 300 years </w:t>
      </w:r>
      <w:r>
        <w:rPr>
          <w:b/>
          <w:i w:val="0"/>
          <w:smallCaps w:val="0"/>
          <w:strike w:val="0"/>
          <w:sz w:val="22"/>
          <w:highlight w:val="cyan"/>
          <w:u w:val="single"/>
        </w:rPr>
        <w:t>old</w:t>
      </w:r>
      <w:r>
        <w:rPr>
          <w:b w:val="0"/>
          <w:i w:val="0"/>
          <w:smallCaps w:val="0"/>
          <w:strike w:val="0"/>
          <w:highlight w:val="cyan"/>
          <w:u w:val="none"/>
        </w:rPr>
        <w:t>,</w:t>
      </w:r>
      <w:r>
        <w:rPr>
          <w:b w:val="0"/>
          <w:i w:val="0"/>
          <w:smallCaps w:val="0"/>
          <w:strike w:val="0"/>
          <w:u w:val="none"/>
        </w:rPr>
        <w:t xml:space="preserve"> </w:t>
      </w:r>
      <w:r>
        <w:rPr>
          <w:b w:val="0"/>
          <w:i w:val="0"/>
          <w:smallCaps w:val="0"/>
          <w:strike w:val="0"/>
          <w:sz w:val="22"/>
          <w:u w:val="single"/>
        </w:rPr>
        <w:t>and</w:t>
      </w:r>
      <w:r>
        <w:rPr>
          <w:b w:val="0"/>
          <w:i w:val="0"/>
          <w:smallCaps w:val="0"/>
          <w:strike w:val="0"/>
          <w:sz w:val="22"/>
          <w:u w:val="single"/>
        </w:rPr>
        <w:t xml:space="preserve"> belongs to a very particular set of cultural histories,</w:t>
      </w:r>
      <w:r>
        <w:rPr>
          <w:b w:val="0"/>
          <w:i w:val="0"/>
          <w:smallCaps w:val="0"/>
          <w:strike w:val="0"/>
          <w:u w:val="none"/>
        </w:rPr>
        <w:t xml:space="preserve"> </w:t>
      </w:r>
      <w:r>
        <w:rPr>
          <w:b w:val="0"/>
          <w:i w:val="0"/>
          <w:smallCaps w:val="0"/>
          <w:strike w:val="0"/>
          <w:sz w:val="22"/>
          <w:u w:val="single"/>
        </w:rPr>
        <w:t>specific to European and North American modernity,</w:t>
      </w:r>
      <w:r>
        <w:rPr>
          <w:b w:val="0"/>
          <w:i w:val="0"/>
          <w:smallCaps w:val="0"/>
          <w:strike w:val="0"/>
          <w:u w:val="none"/>
        </w:rPr>
        <w:t xml:space="preserve"> </w:t>
      </w:r>
      <w:r>
        <w:rPr>
          <w:b/>
          <w:i w:val="0"/>
          <w:smallCaps w:val="0"/>
          <w:strike w:val="0"/>
          <w:sz w:val="22"/>
          <w:highlight w:val="cyan"/>
          <w:u w:val="single"/>
        </w:rPr>
        <w:t>but is</w:t>
      </w:r>
      <w:r>
        <w:rPr>
          <w:b w:val="0"/>
          <w:i w:val="0"/>
          <w:smallCaps w:val="0"/>
          <w:strike w:val="0"/>
          <w:sz w:val="22"/>
          <w:u w:val="single"/>
        </w:rPr>
        <w:t xml:space="preserve"> now</w:t>
      </w:r>
      <w:r>
        <w:rPr>
          <w:b w:val="0"/>
          <w:i w:val="0"/>
          <w:smallCaps w:val="0"/>
          <w:strike w:val="0"/>
          <w:u w:val="none"/>
        </w:rPr>
        <w:t xml:space="preserve"> </w:t>
      </w:r>
      <w:r>
        <w:rPr>
          <w:b/>
          <w:i w:val="0"/>
          <w:smallCaps w:val="0"/>
          <w:strike w:val="0"/>
          <w:sz w:val="22"/>
          <w:highlight w:val="cyan"/>
          <w:u w:val="single"/>
        </w:rPr>
        <w:t>being elevated to</w:t>
      </w:r>
      <w:r>
        <w:rPr>
          <w:b/>
          <w:i w:val="0"/>
          <w:smallCaps w:val="0"/>
          <w:strike w:val="0"/>
          <w:sz w:val="22"/>
          <w:u w:val="single"/>
        </w:rPr>
        <w:t xml:space="preserve"> the status of </w:t>
      </w:r>
      <w:r>
        <w:rPr>
          <w:b/>
          <w:i w:val="0"/>
          <w:smallCaps w:val="0"/>
          <w:strike w:val="0"/>
          <w:sz w:val="22"/>
          <w:highlight w:val="cyan"/>
          <w:u w:val="single"/>
        </w:rPr>
        <w:t>a universal in</w:t>
      </w:r>
      <w:r>
        <w:rPr>
          <w:b/>
          <w:i w:val="0"/>
          <w:smallCaps w:val="0"/>
          <w:strike w:val="0"/>
          <w:sz w:val="22"/>
          <w:u w:val="single"/>
        </w:rPr>
        <w:t xml:space="preserve"> the age of </w:t>
      </w:r>
      <w:r>
        <w:rPr>
          <w:b/>
          <w:i w:val="0"/>
          <w:smallCaps w:val="0"/>
          <w:strike w:val="0"/>
          <w:sz w:val="22"/>
          <w:highlight w:val="cyan"/>
          <w:u w:val="single"/>
        </w:rPr>
        <w:t>globalized capital</w:t>
      </w:r>
      <w:r>
        <w:rPr>
          <w:b w:val="0"/>
          <w:i w:val="0"/>
          <w:smallCaps w:val="0"/>
          <w:strike w:val="0"/>
          <w:sz w:val="22"/>
          <w:u w:val="single"/>
        </w:rPr>
        <w:t xml:space="preserve">. </w:t>
      </w:r>
    </w:p>
    <w:p>
      <w:pPr>
        <w:spacing w:after="60"/>
      </w:pPr>
      <w:r>
        <w:rPr>
          <w:b w:val="0"/>
          <w:i w:val="0"/>
          <w:smallCaps w:val="0"/>
          <w:strike w:val="0"/>
          <w:u w:val="none"/>
        </w:rPr>
        <w:t xml:space="preserve">Presenting this kind of material to legal scholars I feel naïve. </w:t>
      </w:r>
      <w:r>
        <w:rPr>
          <w:b w:val="0"/>
          <w:i w:val="0"/>
          <w:smallCaps w:val="0"/>
          <w:strike w:val="0"/>
          <w:sz w:val="22"/>
          <w:u w:val="single"/>
        </w:rPr>
        <w:t>I am not making an argument against the existence of the law</w:t>
      </w:r>
      <w:r>
        <w:rPr>
          <w:b w:val="0"/>
          <w:i w:val="0"/>
          <w:smallCaps w:val="0"/>
          <w:strike w:val="0"/>
          <w:u w:val="none"/>
        </w:rPr>
        <w:t xml:space="preserve"> either </w:t>
      </w:r>
      <w:r>
        <w:rPr>
          <w:b w:val="0"/>
          <w:i w:val="0"/>
          <w:smallCaps w:val="0"/>
          <w:strike w:val="0"/>
          <w:sz w:val="22"/>
          <w:u w:val="single"/>
        </w:rPr>
        <w:t>in general or specifically in the case of intellectual property</w:t>
      </w:r>
      <w:r>
        <w:rPr>
          <w:b w:val="0"/>
          <w:i w:val="0"/>
          <w:smallCaps w:val="0"/>
          <w:strike w:val="0"/>
          <w:u w:val="none"/>
        </w:rPr>
        <w:t xml:space="preserve">. </w:t>
      </w:r>
      <w:r>
        <w:rPr>
          <w:b/>
          <w:i w:val="0"/>
          <w:smallCaps w:val="0"/>
          <w:strike w:val="0"/>
          <w:sz w:val="22"/>
          <w:highlight w:val="cyan"/>
          <w:u w:val="single"/>
        </w:rPr>
        <w:t>I am questioning</w:t>
      </w:r>
      <w:r>
        <w:rPr>
          <w:b/>
          <w:i w:val="0"/>
          <w:smallCaps w:val="0"/>
          <w:strike w:val="0"/>
          <w:sz w:val="22"/>
          <w:u w:val="single"/>
        </w:rPr>
        <w:t xml:space="preserve"> </w:t>
      </w:r>
      <w:r>
        <w:rPr>
          <w:b/>
          <w:i w:val="0"/>
          <w:smallCaps w:val="0"/>
          <w:strike w:val="0"/>
          <w:sz w:val="22"/>
          <w:highlight w:val="cyan"/>
          <w:u w:val="single"/>
        </w:rPr>
        <w:t>whether the law can do what it</w:t>
      </w:r>
      <w:r>
        <w:rPr>
          <w:b/>
          <w:i w:val="0"/>
          <w:smallCaps w:val="0"/>
          <w:strike w:val="0"/>
          <w:sz w:val="22"/>
          <w:u w:val="single"/>
        </w:rPr>
        <w:t xml:space="preserve"> ostensibly </w:t>
      </w:r>
      <w:r>
        <w:rPr>
          <w:b/>
          <w:i w:val="0"/>
          <w:smallCaps w:val="0"/>
          <w:strike w:val="0"/>
          <w:sz w:val="22"/>
          <w:highlight w:val="cyan"/>
          <w:u w:val="single"/>
        </w:rPr>
        <w:t>sets out to do</w:t>
      </w:r>
      <w:r>
        <w:rPr>
          <w:b w:val="0"/>
          <w:i w:val="0"/>
          <w:smallCaps w:val="0"/>
          <w:strike w:val="0"/>
          <w:highlight w:val="cyan"/>
          <w:u w:val="none"/>
        </w:rPr>
        <w:t>,</w:t>
      </w:r>
      <w:r>
        <w:rPr>
          <w:b w:val="0"/>
          <w:i w:val="0"/>
          <w:smallCaps w:val="0"/>
          <w:strike w:val="0"/>
          <w:u w:val="none"/>
        </w:rPr>
        <w:t xml:space="preserve"> </w:t>
      </w:r>
      <w:r>
        <w:rPr>
          <w:b w:val="0"/>
          <w:i w:val="0"/>
          <w:smallCaps w:val="0"/>
          <w:strike w:val="0"/>
          <w:sz w:val="22"/>
          <w:u w:val="single"/>
        </w:rPr>
        <w:t>which is to regulate the production of copies</w:t>
      </w:r>
      <w:r>
        <w:rPr>
          <w:b w:val="0"/>
          <w:i w:val="0"/>
          <w:smallCaps w:val="0"/>
          <w:strike w:val="0"/>
          <w:u w:val="none"/>
        </w:rPr>
        <w:t xml:space="preserve">. </w:t>
      </w:r>
      <w:r>
        <w:rPr>
          <w:b/>
          <w:i w:val="0"/>
          <w:smallCaps w:val="0"/>
          <w:strike w:val="0"/>
          <w:sz w:val="22"/>
          <w:highlight w:val="cyan"/>
          <w:u w:val="single"/>
        </w:rPr>
        <w:t>If</w:t>
      </w:r>
      <w:r>
        <w:rPr>
          <w:b w:val="0"/>
          <w:i w:val="0"/>
          <w:smallCaps w:val="0"/>
          <w:strike w:val="0"/>
          <w:sz w:val="22"/>
          <w:u w:val="single"/>
        </w:rPr>
        <w:t xml:space="preserve"> the answer to this question is </w:t>
      </w:r>
      <w:r>
        <w:rPr>
          <w:b/>
          <w:i w:val="0"/>
          <w:smallCaps w:val="0"/>
          <w:strike w:val="0"/>
          <w:sz w:val="22"/>
          <w:highlight w:val="cyan"/>
          <w:u w:val="single"/>
        </w:rPr>
        <w:t>aff</w:t>
      </w:r>
      <w:r>
        <w:rPr>
          <w:b w:val="0"/>
          <w:i w:val="0"/>
          <w:smallCaps w:val="0"/>
          <w:strike w:val="0"/>
          <w:sz w:val="22"/>
          <w:highlight w:val="cyan"/>
          <w:u w:val="single"/>
        </w:rPr>
        <w:t>irmative</w:t>
      </w:r>
      <w:r>
        <w:rPr>
          <w:b w:val="0"/>
          <w:i w:val="0"/>
          <w:smallCaps w:val="0"/>
          <w:strike w:val="0"/>
          <w:u w:val="none"/>
        </w:rPr>
        <w:t xml:space="preserve">, </w:t>
      </w:r>
      <w:r>
        <w:rPr>
          <w:b/>
          <w:i w:val="0"/>
          <w:smallCaps w:val="0"/>
          <w:strike w:val="0"/>
          <w:sz w:val="22"/>
          <w:highlight w:val="cyan"/>
          <w:u w:val="single"/>
        </w:rPr>
        <w:t>then one needs to explain why copying proliferates to</w:t>
      </w:r>
      <w:r>
        <w:rPr>
          <w:b/>
          <w:i w:val="0"/>
          <w:smallCaps w:val="0"/>
          <w:strike w:val="0"/>
          <w:sz w:val="22"/>
          <w:u w:val="single"/>
        </w:rPr>
        <w:t xml:space="preserve"> such </w:t>
      </w:r>
      <w:r>
        <w:rPr>
          <w:b/>
          <w:i w:val="0"/>
          <w:smallCaps w:val="0"/>
          <w:strike w:val="0"/>
          <w:sz w:val="22"/>
          <w:highlight w:val="cyan"/>
          <w:u w:val="single"/>
        </w:rPr>
        <w:t>a radical extent</w:t>
      </w:r>
      <w:r>
        <w:rPr>
          <w:b w:val="0"/>
          <w:i w:val="0"/>
          <w:smallCaps w:val="0"/>
          <w:strike w:val="0"/>
          <w:sz w:val="22"/>
          <w:u w:val="single"/>
        </w:rPr>
        <w:t xml:space="preserve"> beyond the reaches of the law</w:t>
      </w:r>
      <w:r>
        <w:rPr>
          <w:b w:val="0"/>
          <w:i w:val="0"/>
          <w:smallCaps w:val="0"/>
          <w:strike w:val="0"/>
          <w:u w:val="none"/>
        </w:rPr>
        <w:t xml:space="preserve">. </w:t>
      </w:r>
      <w:r>
        <w:rPr>
          <w:b w:val="0"/>
          <w:i w:val="0"/>
          <w:smallCaps w:val="0"/>
          <w:strike w:val="0"/>
          <w:sz w:val="22"/>
          <w:u w:val="single"/>
        </w:rPr>
        <w:t>Is this just a matter of a lack of fine tuning the law</w:t>
      </w:r>
      <w:r>
        <w:rPr>
          <w:b w:val="0"/>
          <w:i w:val="0"/>
          <w:smallCaps w:val="0"/>
          <w:strike w:val="0"/>
          <w:u w:val="none"/>
        </w:rPr>
        <w:t xml:space="preserve"> such that it is able to address all situations? </w:t>
      </w:r>
      <w:r>
        <w:rPr>
          <w:b w:val="0"/>
          <w:i w:val="0"/>
          <w:smallCaps w:val="0"/>
          <w:strike w:val="0"/>
          <w:sz w:val="22"/>
          <w:u w:val="single"/>
        </w:rPr>
        <w:t xml:space="preserve">Or is it a problem of enforcement </w:t>
      </w:r>
      <w:r>
        <w:rPr>
          <w:b w:val="0"/>
          <w:i w:val="0"/>
          <w:smallCaps w:val="0"/>
          <w:strike w:val="0"/>
          <w:u w:val="none"/>
        </w:rPr>
        <w:t xml:space="preserve">such that there is simply a lack of political will to track down and prosecute all IP law violators? </w:t>
      </w:r>
      <w:r>
        <w:rPr>
          <w:b w:val="0"/>
          <w:i w:val="0"/>
          <w:smallCaps w:val="0"/>
          <w:strike w:val="0"/>
          <w:sz w:val="22"/>
          <w:u w:val="single"/>
        </w:rPr>
        <w:t>Of course, one could say that we are continually acting in a social and legal space in which our actions are made with only a general awareness of the actual nature of the legal code that governs that space</w:t>
      </w:r>
      <w:r>
        <w:rPr>
          <w:b w:val="0"/>
          <w:i w:val="0"/>
          <w:smallCaps w:val="0"/>
          <w:strike w:val="0"/>
          <w:u w:val="none"/>
        </w:rPr>
        <w:t xml:space="preserve">. </w:t>
      </w:r>
      <w:r>
        <w:rPr>
          <w:b/>
          <w:i w:val="0"/>
          <w:smallCaps w:val="0"/>
          <w:strike w:val="0"/>
          <w:sz w:val="22"/>
          <w:highlight w:val="cyan"/>
          <w:u w:val="single"/>
        </w:rPr>
        <w:t>The entire range of</w:t>
      </w:r>
      <w:r>
        <w:rPr>
          <w:b/>
          <w:i w:val="0"/>
          <w:smallCaps w:val="0"/>
          <w:strike w:val="0"/>
          <w:sz w:val="22"/>
          <w:u w:val="single"/>
        </w:rPr>
        <w:t xml:space="preserve"> legal </w:t>
      </w:r>
      <w:r>
        <w:rPr>
          <w:b/>
          <w:i w:val="0"/>
          <w:smallCaps w:val="0"/>
          <w:strike w:val="0"/>
          <w:sz w:val="22"/>
          <w:highlight w:val="cyan"/>
          <w:u w:val="single"/>
        </w:rPr>
        <w:t>mechanisms</w:t>
      </w:r>
      <w:r>
        <w:rPr>
          <w:b w:val="0"/>
          <w:i w:val="0"/>
          <w:smallCaps w:val="0"/>
          <w:strike w:val="0"/>
          <w:u w:val="none"/>
        </w:rPr>
        <w:t xml:space="preserve"> in our society </w:t>
      </w:r>
      <w:r>
        <w:rPr>
          <w:b/>
          <w:i w:val="0"/>
          <w:smallCaps w:val="0"/>
          <w:strike w:val="0"/>
          <w:sz w:val="22"/>
          <w:highlight w:val="cyan"/>
          <w:u w:val="single"/>
        </w:rPr>
        <w:t>come into play in articulating, testing, disputing, and enforcing</w:t>
      </w:r>
      <w:r>
        <w:rPr>
          <w:b/>
          <w:i w:val="0"/>
          <w:smallCaps w:val="0"/>
          <w:strike w:val="0"/>
          <w:sz w:val="22"/>
          <w:u w:val="single"/>
        </w:rPr>
        <w:t xml:space="preserve"> the </w:t>
      </w:r>
      <w:r>
        <w:rPr>
          <w:b/>
          <w:i w:val="0"/>
          <w:smallCaps w:val="0"/>
          <w:strike w:val="0"/>
          <w:sz w:val="22"/>
          <w:highlight w:val="cyan"/>
          <w:u w:val="single"/>
        </w:rPr>
        <w:t>specific discursive/legal</w:t>
      </w:r>
      <w:r>
        <w:rPr>
          <w:b/>
          <w:i w:val="0"/>
          <w:smallCaps w:val="0"/>
          <w:strike w:val="0"/>
          <w:sz w:val="22"/>
          <w:u w:val="single"/>
        </w:rPr>
        <w:t xml:space="preserve"> </w:t>
      </w:r>
      <w:r>
        <w:rPr>
          <w:b/>
          <w:i w:val="0"/>
          <w:smallCaps w:val="0"/>
          <w:strike w:val="0"/>
          <w:sz w:val="22"/>
          <w:highlight w:val="cyan"/>
          <w:u w:val="single"/>
        </w:rPr>
        <w:t>meaning of acts and events</w:t>
      </w:r>
      <w:r>
        <w:rPr>
          <w:b w:val="0"/>
          <w:i w:val="0"/>
          <w:smallCaps w:val="0"/>
          <w:strike w:val="0"/>
          <w:u w:val="none"/>
        </w:rPr>
        <w:t xml:space="preserve"> </w:t>
      </w:r>
      <w:r>
        <w:rPr>
          <w:b w:val="0"/>
          <w:i w:val="0"/>
          <w:smallCaps w:val="0"/>
          <w:strike w:val="0"/>
          <w:sz w:val="22"/>
          <w:highlight w:val="cyan"/>
          <w:u w:val="single"/>
        </w:rPr>
        <w:t>that remain opaque</w:t>
      </w:r>
      <w:r>
        <w:rPr>
          <w:b w:val="0"/>
          <w:i w:val="0"/>
          <w:smallCaps w:val="0"/>
          <w:strike w:val="0"/>
          <w:sz w:val="22"/>
          <w:u w:val="single"/>
        </w:rPr>
        <w:t xml:space="preserve"> in the moment of their lived reality</w:t>
      </w:r>
      <w:r>
        <w:rPr>
          <w:b w:val="0"/>
          <w:i w:val="0"/>
          <w:smallCaps w:val="0"/>
          <w:strike w:val="0"/>
          <w:u w:val="none"/>
        </w:rPr>
        <w:t xml:space="preserve">. </w:t>
      </w:r>
      <w:r>
        <w:rPr>
          <w:b/>
          <w:i w:val="0"/>
          <w:smallCaps w:val="0"/>
          <w:strike w:val="0"/>
          <w:sz w:val="26"/>
          <w:highlight w:val="cyan"/>
          <w:u w:val="single"/>
        </w:rPr>
        <w:t>If the answer is</w:t>
      </w:r>
      <w:r>
        <w:rPr>
          <w:b/>
          <w:i w:val="0"/>
          <w:smallCaps w:val="0"/>
          <w:strike w:val="0"/>
          <w:sz w:val="26"/>
          <w:u w:val="single"/>
        </w:rPr>
        <w:t xml:space="preserve"> </w:t>
      </w:r>
      <w:r>
        <w:rPr>
          <w:b/>
          <w:i w:val="0"/>
          <w:smallCaps w:val="0"/>
          <w:strike w:val="0"/>
          <w:sz w:val="26"/>
          <w:highlight w:val="cyan"/>
          <w:u w:val="single"/>
        </w:rPr>
        <w:t>neg</w:t>
      </w:r>
      <w:r>
        <w:rPr>
          <w:b w:val="0"/>
          <w:i w:val="0"/>
          <w:smallCaps w:val="0"/>
          <w:strike w:val="0"/>
          <w:sz w:val="22"/>
          <w:highlight w:val="cyan"/>
          <w:u w:val="single"/>
        </w:rPr>
        <w:t>ative</w:t>
      </w:r>
      <w:r>
        <w:rPr>
          <w:b w:val="0"/>
          <w:i w:val="0"/>
          <w:smallCaps w:val="0"/>
          <w:strike w:val="0"/>
          <w:u w:val="none"/>
        </w:rPr>
        <w:t xml:space="preserve">, </w:t>
      </w:r>
      <w:r>
        <w:rPr>
          <w:b/>
          <w:i w:val="0"/>
          <w:smallCaps w:val="0"/>
          <w:strike w:val="0"/>
          <w:sz w:val="22"/>
          <w:highlight w:val="cyan"/>
          <w:u w:val="single"/>
        </w:rPr>
        <w:t>meaning</w:t>
      </w:r>
      <w:r>
        <w:rPr>
          <w:b w:val="0"/>
          <w:i w:val="0"/>
          <w:smallCaps w:val="0"/>
          <w:strike w:val="0"/>
          <w:u w:val="none"/>
        </w:rPr>
        <w:t xml:space="preserve">, </w:t>
      </w:r>
      <w:r>
        <w:rPr>
          <w:b w:val="0"/>
          <w:i w:val="0"/>
          <w:smallCaps w:val="0"/>
          <w:strike w:val="0"/>
          <w:sz w:val="22"/>
          <w:u w:val="single"/>
        </w:rPr>
        <w:t xml:space="preserve">to repeat, that </w:t>
      </w:r>
      <w:r>
        <w:rPr>
          <w:b/>
          <w:i w:val="0"/>
          <w:smallCaps w:val="0"/>
          <w:strike w:val="0"/>
          <w:sz w:val="22"/>
          <w:highlight w:val="cyan"/>
          <w:u w:val="single"/>
        </w:rPr>
        <w:t>there is something about</w:t>
      </w:r>
      <w:r>
        <w:rPr>
          <w:b w:val="0"/>
          <w:i w:val="0"/>
          <w:smallCaps w:val="0"/>
          <w:strike w:val="0"/>
          <w:sz w:val="22"/>
          <w:u w:val="single"/>
        </w:rPr>
        <w:t xml:space="preserve"> the production of </w:t>
      </w:r>
      <w:r>
        <w:rPr>
          <w:b/>
          <w:i w:val="0"/>
          <w:smallCaps w:val="0"/>
          <w:strike w:val="0"/>
          <w:sz w:val="22"/>
          <w:highlight w:val="cyan"/>
          <w:u w:val="single"/>
        </w:rPr>
        <w:t>copies that will always</w:t>
      </w:r>
      <w:r>
        <w:rPr>
          <w:b/>
          <w:i w:val="0"/>
          <w:smallCaps w:val="0"/>
          <w:strike w:val="0"/>
          <w:sz w:val="22"/>
          <w:u w:val="single"/>
        </w:rPr>
        <w:t xml:space="preserve"> </w:t>
      </w:r>
      <w:r>
        <w:rPr>
          <w:b/>
          <w:i w:val="0"/>
          <w:smallCaps w:val="0"/>
          <w:strike w:val="0"/>
          <w:sz w:val="22"/>
          <w:highlight w:val="cyan"/>
          <w:u w:val="single"/>
        </w:rPr>
        <w:t>remain</w:t>
      </w:r>
      <w:r>
        <w:rPr>
          <w:b w:val="0"/>
          <w:i w:val="0"/>
          <w:smallCaps w:val="0"/>
          <w:strike w:val="0"/>
          <w:sz w:val="22"/>
          <w:highlight w:val="cyan"/>
          <w:u w:val="single"/>
        </w:rPr>
        <w:t xml:space="preserve"> </w:t>
      </w:r>
      <w:r>
        <w:rPr>
          <w:b/>
          <w:i w:val="0"/>
          <w:smallCaps w:val="0"/>
          <w:strike w:val="0"/>
          <w:sz w:val="22"/>
          <w:highlight w:val="cyan"/>
          <w:u w:val="single"/>
        </w:rPr>
        <w:t>beyond</w:t>
      </w:r>
      <w:r>
        <w:rPr>
          <w:b w:val="0"/>
          <w:i w:val="0"/>
          <w:smallCaps w:val="0"/>
          <w:strike w:val="0"/>
          <w:sz w:val="22"/>
          <w:u w:val="single"/>
        </w:rPr>
        <w:t xml:space="preserve"> the capability of the </w:t>
      </w:r>
      <w:r>
        <w:rPr>
          <w:b/>
          <w:i w:val="0"/>
          <w:smallCaps w:val="0"/>
          <w:strike w:val="0"/>
          <w:sz w:val="22"/>
          <w:u w:val="single"/>
        </w:rPr>
        <w:t>law</w:t>
      </w:r>
      <w:r>
        <w:rPr>
          <w:b w:val="0"/>
          <w:i w:val="0"/>
          <w:smallCaps w:val="0"/>
          <w:strike w:val="0"/>
          <w:sz w:val="22"/>
          <w:u w:val="single"/>
        </w:rPr>
        <w:t>’s ability to regulate</w:t>
      </w:r>
      <w:r>
        <w:rPr>
          <w:b w:val="0"/>
          <w:i w:val="0"/>
          <w:smallCaps w:val="0"/>
          <w:strike w:val="0"/>
          <w:u w:val="none"/>
        </w:rPr>
        <w:t xml:space="preserve">, </w:t>
      </w:r>
      <w:r>
        <w:rPr>
          <w:b/>
          <w:i w:val="0"/>
          <w:smallCaps w:val="0"/>
          <w:strike w:val="0"/>
          <w:sz w:val="22"/>
          <w:highlight w:val="cyan"/>
          <w:u w:val="single"/>
        </w:rPr>
        <w:t xml:space="preserve">it </w:t>
      </w:r>
      <w:r>
        <w:rPr>
          <w:b/>
          <w:i w:val="0"/>
          <w:smallCaps w:val="0"/>
          <w:strike w:val="0"/>
          <w:sz w:val="26"/>
          <w:highlight w:val="cyan"/>
          <w:u w:val="single"/>
        </w:rPr>
        <w:t>would be important to</w:t>
      </w:r>
      <w:r>
        <w:rPr>
          <w:b/>
          <w:i w:val="0"/>
          <w:smallCaps w:val="0"/>
          <w:strike w:val="0"/>
          <w:sz w:val="26"/>
          <w:u w:val="single"/>
        </w:rPr>
        <w:t xml:space="preserve"> </w:t>
      </w:r>
      <w:r>
        <w:rPr>
          <w:b/>
          <w:i w:val="0"/>
          <w:smallCaps w:val="0"/>
          <w:strike w:val="0"/>
          <w:sz w:val="26"/>
          <w:highlight w:val="cyan"/>
          <w:u w:val="single"/>
        </w:rPr>
        <w:t>unequivocally affirm that</w:t>
      </w:r>
      <w:r>
        <w:rPr>
          <w:b/>
          <w:i w:val="0"/>
          <w:smallCaps w:val="0"/>
          <w:strike w:val="0"/>
          <w:sz w:val="26"/>
          <w:u w:val="single"/>
        </w:rPr>
        <w:t>.</w:t>
      </w:r>
      <w:r>
        <w:rPr>
          <w:b w:val="0"/>
          <w:i w:val="0"/>
          <w:smallCaps w:val="0"/>
          <w:strike w:val="0"/>
          <w:u w:val="none"/>
        </w:rPr>
        <w:t xml:space="preserve"> </w:t>
      </w:r>
      <w:r>
        <w:rPr>
          <w:b/>
          <w:i w:val="0"/>
          <w:smallCaps w:val="0"/>
          <w:strike w:val="0"/>
          <w:sz w:val="22"/>
          <w:highlight w:val="cyan"/>
          <w:u w:val="single"/>
        </w:rPr>
        <w:t>Fair use</w:t>
      </w:r>
      <w:r>
        <w:rPr>
          <w:b w:val="0"/>
          <w:i w:val="0"/>
          <w:smallCaps w:val="0"/>
          <w:strike w:val="0"/>
          <w:sz w:val="22"/>
          <w:highlight w:val="cyan"/>
          <w:u w:val="single"/>
        </w:rPr>
        <w:t xml:space="preserve"> and</w:t>
      </w:r>
      <w:r>
        <w:rPr>
          <w:b w:val="0"/>
          <w:i w:val="0"/>
          <w:smallCaps w:val="0"/>
          <w:strike w:val="0"/>
          <w:sz w:val="22"/>
          <w:u w:val="single"/>
        </w:rPr>
        <w:t xml:space="preserve"> the </w:t>
      </w:r>
      <w:r>
        <w:rPr>
          <w:b/>
          <w:i w:val="0"/>
          <w:smallCaps w:val="0"/>
          <w:strike w:val="0"/>
          <w:sz w:val="22"/>
          <w:highlight w:val="cyan"/>
          <w:u w:val="single"/>
        </w:rPr>
        <w:t>public domain</w:t>
      </w:r>
      <w:r>
        <w:rPr>
          <w:b w:val="0"/>
          <w:i w:val="0"/>
          <w:smallCaps w:val="0"/>
          <w:strike w:val="0"/>
          <w:sz w:val="22"/>
          <w:u w:val="single"/>
        </w:rPr>
        <w:t xml:space="preserve"> are ways of </w:t>
      </w:r>
      <w:r>
        <w:rPr>
          <w:b/>
          <w:i w:val="0"/>
          <w:smallCaps w:val="0"/>
          <w:strike w:val="0"/>
          <w:sz w:val="22"/>
          <w:highlight w:val="cyan"/>
          <w:u w:val="single"/>
        </w:rPr>
        <w:t>articulat</w:t>
      </w:r>
      <w:r>
        <w:rPr>
          <w:b w:val="0"/>
          <w:i w:val="0"/>
          <w:smallCaps w:val="0"/>
          <w:strike w:val="0"/>
          <w:sz w:val="22"/>
          <w:u w:val="single"/>
        </w:rPr>
        <w:t xml:space="preserve">ing </w:t>
      </w:r>
      <w:r>
        <w:rPr>
          <w:b/>
          <w:i w:val="0"/>
          <w:smallCaps w:val="0"/>
          <w:strike w:val="0"/>
          <w:sz w:val="22"/>
          <w:highlight w:val="cyan"/>
          <w:u w:val="single"/>
        </w:rPr>
        <w:t xml:space="preserve">a margin of </w:t>
      </w:r>
      <w:r>
        <w:rPr>
          <w:b/>
          <w:i w:val="0"/>
          <w:smallCaps w:val="0"/>
          <w:strike w:val="0"/>
          <w:sz w:val="22"/>
          <w:highlight w:val="cyan"/>
          <w:u w:val="single"/>
        </w:rPr>
        <w:t>unregulatability</w:t>
      </w:r>
      <w:r>
        <w:rPr>
          <w:b w:val="0"/>
          <w:i w:val="0"/>
          <w:smallCaps w:val="0"/>
          <w:strike w:val="0"/>
          <w:highlight w:val="cyan"/>
          <w:u w:val="none"/>
        </w:rPr>
        <w:t xml:space="preserve">. </w:t>
      </w:r>
      <w:r>
        <w:rPr>
          <w:b/>
          <w:i w:val="0"/>
          <w:smallCaps w:val="0"/>
          <w:strike w:val="0"/>
          <w:sz w:val="22"/>
          <w:highlight w:val="cyan"/>
          <w:u w:val="single"/>
        </w:rPr>
        <w:t>They are</w:t>
      </w:r>
      <w:r>
        <w:rPr>
          <w:b/>
          <w:i w:val="0"/>
          <w:smallCaps w:val="0"/>
          <w:strike w:val="0"/>
          <w:sz w:val="22"/>
          <w:u w:val="single"/>
        </w:rPr>
        <w:t xml:space="preserve"> typically </w:t>
      </w:r>
      <w:r>
        <w:rPr>
          <w:b/>
          <w:i w:val="0"/>
          <w:smallCaps w:val="0"/>
          <w:strike w:val="0"/>
          <w:sz w:val="22"/>
          <w:highlight w:val="cyan"/>
          <w:u w:val="single"/>
        </w:rPr>
        <w:t>justified with</w:t>
      </w:r>
      <w:r>
        <w:rPr>
          <w:b w:val="0"/>
          <w:i w:val="0"/>
          <w:smallCaps w:val="0"/>
          <w:strike w:val="0"/>
          <w:sz w:val="22"/>
          <w:u w:val="single"/>
        </w:rPr>
        <w:t xml:space="preserve"> reference to the needs of </w:t>
      </w:r>
      <w:r>
        <w:rPr>
          <w:b/>
          <w:i w:val="0"/>
          <w:smallCaps w:val="0"/>
          <w:strike w:val="0"/>
          <w:sz w:val="22"/>
          <w:highlight w:val="cyan"/>
          <w:u w:val="single"/>
        </w:rPr>
        <w:t>the liberal subject</w:t>
      </w:r>
      <w:r>
        <w:rPr>
          <w:b w:val="0"/>
          <w:i w:val="0"/>
          <w:smallCaps w:val="0"/>
          <w:strike w:val="0"/>
          <w:u w:val="none"/>
        </w:rPr>
        <w:t xml:space="preserve">, </w:t>
      </w:r>
      <w:r>
        <w:rPr>
          <w:b w:val="0"/>
          <w:i w:val="0"/>
          <w:smallCaps w:val="0"/>
          <w:strike w:val="0"/>
          <w:sz w:val="22"/>
          <w:u w:val="single"/>
        </w:rPr>
        <w:t>the affirmation of a public space tended by a liberal-democratic state</w:t>
      </w:r>
      <w:r>
        <w:rPr>
          <w:b w:val="0"/>
          <w:i w:val="0"/>
          <w:smallCaps w:val="0"/>
          <w:strike w:val="0"/>
          <w:u w:val="none"/>
        </w:rPr>
        <w:t xml:space="preserve">. </w:t>
      </w:r>
      <w:r>
        <w:rPr>
          <w:b/>
          <w:i w:val="0"/>
          <w:smallCaps w:val="0"/>
          <w:strike w:val="0"/>
          <w:sz w:val="22"/>
          <w:highlight w:val="cyan"/>
          <w:u w:val="single"/>
        </w:rPr>
        <w:t>These needs</w:t>
      </w:r>
      <w:r>
        <w:rPr>
          <w:b w:val="0"/>
          <w:i w:val="0"/>
          <w:smallCaps w:val="0"/>
          <w:strike w:val="0"/>
          <w:u w:val="none"/>
        </w:rPr>
        <w:t xml:space="preserve"> </w:t>
      </w:r>
      <w:r>
        <w:rPr>
          <w:b w:val="0"/>
          <w:i w:val="0"/>
          <w:smallCaps w:val="0"/>
          <w:strike w:val="0"/>
          <w:sz w:val="22"/>
          <w:highlight w:val="cyan"/>
          <w:u w:val="single"/>
        </w:rPr>
        <w:t xml:space="preserve">and </w:t>
      </w:r>
      <w:r>
        <w:rPr>
          <w:b/>
          <w:i w:val="0"/>
          <w:smallCaps w:val="0"/>
          <w:strike w:val="0"/>
          <w:sz w:val="22"/>
          <w:highlight w:val="cyan"/>
          <w:u w:val="single"/>
        </w:rPr>
        <w:t>this aff</w:t>
      </w:r>
      <w:r>
        <w:rPr>
          <w:b w:val="0"/>
          <w:i w:val="0"/>
          <w:smallCaps w:val="0"/>
          <w:strike w:val="0"/>
          <w:sz w:val="22"/>
          <w:u w:val="single"/>
        </w:rPr>
        <w:t>irmation</w:t>
      </w:r>
      <w:r>
        <w:rPr>
          <w:b w:val="0"/>
          <w:i w:val="0"/>
          <w:smallCaps w:val="0"/>
          <w:strike w:val="0"/>
          <w:u w:val="none"/>
        </w:rPr>
        <w:t xml:space="preserve"> </w:t>
      </w:r>
      <w:r>
        <w:rPr>
          <w:b w:val="0"/>
          <w:i w:val="0"/>
          <w:smallCaps w:val="0"/>
          <w:strike w:val="0"/>
          <w:sz w:val="22"/>
          <w:highlight w:val="cyan"/>
          <w:u w:val="single"/>
        </w:rPr>
        <w:t>are in turn limited by</w:t>
      </w:r>
      <w:r>
        <w:rPr>
          <w:b w:val="0"/>
          <w:i w:val="0"/>
          <w:smallCaps w:val="0"/>
          <w:strike w:val="0"/>
          <w:sz w:val="22"/>
          <w:u w:val="single"/>
        </w:rPr>
        <w:t xml:space="preserve"> those of </w:t>
      </w:r>
      <w:r>
        <w:rPr>
          <w:b w:val="0"/>
          <w:i w:val="0"/>
          <w:smallCaps w:val="0"/>
          <w:strike w:val="0"/>
          <w:sz w:val="22"/>
          <w:highlight w:val="cyan"/>
          <w:u w:val="single"/>
        </w:rPr>
        <w:t>commerce</w:t>
      </w:r>
      <w:r>
        <w:rPr>
          <w:b w:val="0"/>
          <w:i w:val="0"/>
          <w:smallCaps w:val="0"/>
          <w:strike w:val="0"/>
          <w:sz w:val="22"/>
          <w:u w:val="single"/>
        </w:rPr>
        <w:t xml:space="preserve"> and private interest.</w:t>
      </w:r>
      <w:r>
        <w:rPr>
          <w:b w:val="0"/>
          <w:i w:val="0"/>
          <w:smallCaps w:val="0"/>
          <w:strike w:val="0"/>
          <w:u w:val="none"/>
        </w:rPr>
        <w:t xml:space="preserve"> </w:t>
      </w:r>
      <w:r>
        <w:rPr>
          <w:b/>
          <w:i w:val="0"/>
          <w:smallCaps w:val="0"/>
          <w:strike w:val="0"/>
          <w:sz w:val="22"/>
          <w:highlight w:val="cyan"/>
          <w:u w:val="single"/>
        </w:rPr>
        <w:t>But</w:t>
      </w:r>
      <w:r>
        <w:rPr>
          <w:b w:val="0"/>
          <w:i w:val="0"/>
          <w:smallCaps w:val="0"/>
          <w:strike w:val="0"/>
          <w:sz w:val="22"/>
          <w:u w:val="single"/>
        </w:rPr>
        <w:t xml:space="preserve"> the </w:t>
      </w:r>
      <w:r>
        <w:rPr>
          <w:b/>
          <w:i w:val="0"/>
          <w:smallCaps w:val="0"/>
          <w:strike w:val="0"/>
          <w:sz w:val="22"/>
          <w:highlight w:val="cyan"/>
          <w:u w:val="single"/>
        </w:rPr>
        <w:t>limits</w:t>
      </w:r>
      <w:r>
        <w:rPr>
          <w:b w:val="0"/>
          <w:i w:val="0"/>
          <w:smallCaps w:val="0"/>
          <w:strike w:val="0"/>
          <w:u w:val="none"/>
        </w:rPr>
        <w:t xml:space="preserve"> of fair use and the public domain </w:t>
      </w:r>
      <w:r>
        <w:rPr>
          <w:b/>
          <w:i w:val="0"/>
          <w:smallCaps w:val="0"/>
          <w:strike w:val="0"/>
          <w:sz w:val="22"/>
          <w:highlight w:val="cyan"/>
          <w:u w:val="single"/>
        </w:rPr>
        <w:t>are breached so regularly today</w:t>
      </w:r>
      <w:r>
        <w:rPr>
          <w:b w:val="0"/>
          <w:i w:val="0"/>
          <w:smallCaps w:val="0"/>
          <w:strike w:val="0"/>
          <w:u w:val="none"/>
        </w:rPr>
        <w:t xml:space="preserve">, </w:t>
      </w:r>
      <w:r>
        <w:rPr>
          <w:b w:val="0"/>
          <w:i w:val="0"/>
          <w:smallCaps w:val="0"/>
          <w:strike w:val="0"/>
          <w:sz w:val="22"/>
          <w:u w:val="single"/>
        </w:rPr>
        <w:t>and the terms are so often invoked</w:t>
      </w:r>
      <w:r>
        <w:rPr>
          <w:b w:val="0"/>
          <w:i w:val="0"/>
          <w:smallCaps w:val="0"/>
          <w:strike w:val="0"/>
          <w:u w:val="none"/>
        </w:rPr>
        <w:t xml:space="preserve"> in situations </w:t>
      </w:r>
      <w:r>
        <w:rPr>
          <w:b w:val="0"/>
          <w:i w:val="0"/>
          <w:smallCaps w:val="0"/>
          <w:strike w:val="0"/>
          <w:sz w:val="22"/>
          <w:u w:val="single"/>
        </w:rPr>
        <w:t>where in fact the rights implied by these concepts no longer exist</w:t>
      </w:r>
      <w:r>
        <w:rPr>
          <w:b w:val="0"/>
          <w:i w:val="0"/>
          <w:smallCaps w:val="0"/>
          <w:strike w:val="0"/>
          <w:u w:val="none"/>
        </w:rPr>
        <w:t xml:space="preserve">, </w:t>
      </w:r>
      <w:r>
        <w:rPr>
          <w:b/>
          <w:i w:val="0"/>
          <w:smallCaps w:val="0"/>
          <w:strike w:val="0"/>
          <w:sz w:val="26"/>
          <w:highlight w:val="cyan"/>
          <w:u w:val="single"/>
        </w:rPr>
        <w:t xml:space="preserve">that we should </w:t>
      </w:r>
      <w:r>
        <w:rPr>
          <w:b/>
          <w:i w:val="0"/>
          <w:smallCaps w:val="0"/>
          <w:strike w:val="0"/>
          <w:sz w:val="26"/>
          <w:u w:val="single"/>
        </w:rPr>
        <w:t xml:space="preserve">at least </w:t>
      </w:r>
      <w:r>
        <w:rPr>
          <w:b/>
          <w:i w:val="0"/>
          <w:smallCaps w:val="0"/>
          <w:strike w:val="0"/>
          <w:sz w:val="26"/>
          <w:highlight w:val="cyan"/>
          <w:u w:val="single"/>
        </w:rPr>
        <w:t>question whether they</w:t>
      </w:r>
      <w:r>
        <w:rPr>
          <w:b/>
          <w:i w:val="0"/>
          <w:smallCaps w:val="0"/>
          <w:strike w:val="0"/>
          <w:sz w:val="26"/>
          <w:u w:val="single"/>
        </w:rPr>
        <w:t xml:space="preserve"> </w:t>
      </w:r>
      <w:r>
        <w:rPr>
          <w:b/>
          <w:i w:val="0"/>
          <w:smallCaps w:val="0"/>
          <w:strike w:val="0"/>
          <w:sz w:val="26"/>
          <w:highlight w:val="cyan"/>
          <w:u w:val="single"/>
        </w:rPr>
        <w:t xml:space="preserve">remain an appropriate vocabulary for </w:t>
      </w:r>
      <w:r>
        <w:rPr>
          <w:b/>
          <w:i w:val="0"/>
          <w:smallCaps w:val="0"/>
          <w:strike w:val="0"/>
          <w:sz w:val="26"/>
          <w:highlight w:val="cyan"/>
          <w:u w:val="single"/>
        </w:rPr>
        <w:t>enframing</w:t>
      </w:r>
      <w:r>
        <w:rPr>
          <w:b/>
          <w:i w:val="0"/>
          <w:smallCaps w:val="0"/>
          <w:strike w:val="0"/>
          <w:sz w:val="26"/>
          <w:u w:val="single"/>
        </w:rPr>
        <w:t xml:space="preserve"> </w:t>
      </w:r>
      <w:r>
        <w:rPr>
          <w:b/>
          <w:i w:val="0"/>
          <w:smallCaps w:val="0"/>
          <w:strike w:val="0"/>
          <w:sz w:val="26"/>
          <w:highlight w:val="cyan"/>
          <w:u w:val="single"/>
        </w:rPr>
        <w:t>debate about IP.</w:t>
      </w:r>
    </w:p>
    <w:p>
      <w:pPr>
        <w:pStyle w:val="Caption"/>
      </w:pPr>
      <w:r>
        <w:t>Source: Baudrillard K Supplement - Michigan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