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Consumption</w:t>
      </w:r>
      <w:r>
        <w:rPr>
          <w:b/>
          <w:i w:val="0"/>
          <w:smallCaps w:val="0"/>
          <w:strike w:val="0"/>
          <w:sz w:val="26"/>
          <w:u w:val="none"/>
        </w:rPr>
        <w:t xml:space="preserve"> ties living to the ceaseless pace of commodities, a chain of signifiers that homogenizes all aspects of life under one abstraction of neo-culture that suspends the subject in a perpetual springtime devoid of difference and function.</w:t>
      </w:r>
    </w:p>
    <w:p>
      <w:pPr>
        <w:spacing w:after="80"/>
      </w:pPr>
      <w:r>
        <w:rPr>
          <w:b/>
          <w:i w:val="0"/>
          <w:smallCaps w:val="0"/>
          <w:strike w:val="0"/>
          <w:sz w:val="26"/>
          <w:u w:val="none"/>
        </w:rPr>
        <w:t>Baudrillard 70</w:t>
      </w:r>
      <w:r>
        <w:rPr>
          <w:b w:val="0"/>
          <w:i w:val="0"/>
          <w:smallCaps w:val="0"/>
          <w:strike w:val="0"/>
          <w:u w:val="none"/>
        </w:rPr>
        <w:t xml:space="preserve"> Baudrillard, Jean. [dead French guy] The Consumer Society: Myths and Structures. Los Angeles, Calif. Etc., Sage, Cop, 1970. (p. 1-5) //</w:t>
      </w:r>
      <w:r>
        <w:rPr>
          <w:b w:val="0"/>
          <w:i w:val="0"/>
          <w:smallCaps w:val="0"/>
          <w:strike w:val="0"/>
          <w:u w:val="none"/>
        </w:rPr>
        <w:t>aa-ma</w:t>
      </w:r>
    </w:p>
    <w:p>
      <w:pPr>
        <w:spacing w:after="60"/>
      </w:pPr>
      <w:r>
        <w:rPr>
          <w:b w:val="0"/>
          <w:i w:val="0"/>
          <w:smallCaps w:val="0"/>
          <w:strike w:val="0"/>
          <w:sz w:val="22"/>
          <w:highlight w:val="cyan"/>
          <w:u w:val="single"/>
        </w:rPr>
        <w:t>There is all around us today a kind of fantastic conspicuousness of consumption and abundance, constituted by the multiplication of objects, services and material goods</w:t>
      </w:r>
      <w:r>
        <w:rPr>
          <w:b w:val="0"/>
          <w:i w:val="0"/>
          <w:smallCaps w:val="0"/>
          <w:strike w:val="0"/>
          <w:sz w:val="16"/>
          <w:highlight w:val="cyan"/>
          <w:u w:val="none"/>
        </w:rPr>
        <w:t>,</w:t>
      </w:r>
      <w:r>
        <w:rPr>
          <w:b w:val="0"/>
          <w:i w:val="0"/>
          <w:smallCaps w:val="0"/>
          <w:strike w:val="0"/>
          <w:sz w:val="16"/>
          <w:u w:val="none"/>
        </w:rPr>
        <w:t xml:space="preserve"> and this represents something of a fundamental mutation in the ecology of the human species. Strictly speaking</w:t>
      </w:r>
      <w:r>
        <w:rPr>
          <w:b w:val="0"/>
          <w:i w:val="0"/>
          <w:smallCaps w:val="0"/>
          <w:strike w:val="0"/>
          <w:sz w:val="16"/>
          <w:highlight w:val="cyan"/>
          <w:u w:val="none"/>
        </w:rPr>
        <w:t xml:space="preserve">, </w:t>
      </w:r>
      <w:r>
        <w:rPr>
          <w:b w:val="0"/>
          <w:i w:val="0"/>
          <w:smallCaps w:val="0"/>
          <w:strike w:val="0"/>
          <w:sz w:val="22"/>
          <w:highlight w:val="cyan"/>
          <w:u w:val="single"/>
        </w:rPr>
        <w:t>the humans of the age of affluence are surrounded</w:t>
      </w:r>
      <w:r>
        <w:rPr>
          <w:b w:val="0"/>
          <w:i w:val="0"/>
          <w:smallCaps w:val="0"/>
          <w:strike w:val="0"/>
          <w:sz w:val="22"/>
          <w:u w:val="single"/>
        </w:rPr>
        <w:t xml:space="preserve"> not so much by other human beings</w:t>
      </w:r>
      <w:r>
        <w:rPr>
          <w:b w:val="0"/>
          <w:i w:val="0"/>
          <w:smallCaps w:val="0"/>
          <w:strike w:val="0"/>
          <w:sz w:val="16"/>
          <w:u w:val="none"/>
        </w:rPr>
        <w:t xml:space="preserve">, as they were in all previous ages, </w:t>
      </w:r>
      <w:r>
        <w:rPr>
          <w:b w:val="0"/>
          <w:i w:val="0"/>
          <w:smallCaps w:val="0"/>
          <w:strike w:val="0"/>
          <w:sz w:val="22"/>
          <w:u w:val="single"/>
        </w:rPr>
        <w:t xml:space="preserve">but </w:t>
      </w:r>
      <w:r>
        <w:rPr>
          <w:b w:val="0"/>
          <w:i w:val="0"/>
          <w:smallCaps w:val="0"/>
          <w:strike w:val="0"/>
          <w:sz w:val="22"/>
          <w:highlight w:val="cyan"/>
          <w:u w:val="single"/>
        </w:rPr>
        <w:t>by objects.</w:t>
      </w:r>
      <w:r>
        <w:rPr>
          <w:b w:val="0"/>
          <w:i w:val="0"/>
          <w:smallCaps w:val="0"/>
          <w:strike w:val="0"/>
          <w:sz w:val="16"/>
          <w:u w:val="none"/>
        </w:rPr>
        <w:t xml:space="preserve"> </w:t>
      </w:r>
      <w:r>
        <w:rPr>
          <w:b w:val="0"/>
          <w:i w:val="0"/>
          <w:smallCaps w:val="0"/>
          <w:strike w:val="0"/>
          <w:sz w:val="22"/>
          <w:u w:val="single"/>
        </w:rPr>
        <w:t>Their daily dealings are now</w:t>
      </w:r>
      <w:r>
        <w:rPr>
          <w:b w:val="0"/>
          <w:i w:val="0"/>
          <w:smallCaps w:val="0"/>
          <w:strike w:val="0"/>
          <w:sz w:val="16"/>
          <w:u w:val="none"/>
        </w:rPr>
        <w:t xml:space="preserve"> not so much with their fellow men, but rather-- </w:t>
      </w:r>
      <w:r>
        <w:rPr>
          <w:b w:val="0"/>
          <w:i w:val="0"/>
          <w:smallCaps w:val="0"/>
          <w:strike w:val="0"/>
          <w:sz w:val="22"/>
          <w:u w:val="single"/>
        </w:rPr>
        <w:t>on a rising statistical curve -- with the reception and manipulation of goods and messages</w:t>
      </w:r>
      <w:r>
        <w:rPr>
          <w:b w:val="0"/>
          <w:i w:val="0"/>
          <w:smallCaps w:val="0"/>
          <w:strike w:val="0"/>
          <w:sz w:val="16"/>
          <w:u w:val="none"/>
        </w:rPr>
        <w:t xml:space="preserve">. This runs from the very complex organization of the household, with its dozens of technical slaves, to street furniture and the whole material machinery of communication; from professional activities to the permanent spectacle of the celebration of the object in advertising and the hundreds of daily messages from the mass media; from the minor proliferation of vaguely obsessional gadgetry to the symbolic psychodramas </w:t>
      </w:r>
      <w:r>
        <w:rPr>
          <w:b w:val="0"/>
          <w:i w:val="0"/>
          <w:smallCaps w:val="0"/>
          <w:strike w:val="0"/>
          <w:sz w:val="16"/>
          <w:u w:val="none"/>
        </w:rPr>
        <w:t>fuelled</w:t>
      </w:r>
      <w:r>
        <w:rPr>
          <w:b w:val="0"/>
          <w:i w:val="0"/>
          <w:smallCaps w:val="0"/>
          <w:strike w:val="0"/>
          <w:sz w:val="16"/>
          <w:u w:val="none"/>
        </w:rPr>
        <w:t xml:space="preserve"> by the nocturnal objects which come to haunt us even in our dreams. </w:t>
      </w:r>
      <w:r>
        <w:rPr>
          <w:b w:val="0"/>
          <w:i w:val="0"/>
          <w:smallCaps w:val="0"/>
          <w:strike w:val="0"/>
          <w:sz w:val="22"/>
          <w:u w:val="single"/>
        </w:rPr>
        <w:t>The two concepts `environment' and `ambience' have doubtless only enjoyed such a vogue since we have come to live not so much alongside other human beings -- in their physical presence and the presence of their speech -- as beneath the mute gaze of mesmerizing, obedient objects which endlessly repeat the same refrain: that of our dumbfounded power, our virtual affluence, our absence one from another</w:t>
      </w:r>
      <w:r>
        <w:rPr>
          <w:b w:val="0"/>
          <w:i w:val="0"/>
          <w:smallCaps w:val="0"/>
          <w:strike w:val="0"/>
          <w:sz w:val="16"/>
          <w:u w:val="none"/>
        </w:rPr>
        <w:t xml:space="preserve">. Just as the wolf-child became a wolf by living among wolves, so we too are slowly becoming functional. We live by object time: by this I mean that </w:t>
      </w:r>
      <w:r>
        <w:rPr>
          <w:b w:val="0"/>
          <w:i w:val="0"/>
          <w:smallCaps w:val="0"/>
          <w:strike w:val="0"/>
          <w:sz w:val="22"/>
          <w:highlight w:val="cyan"/>
          <w:u w:val="single"/>
        </w:rPr>
        <w:t xml:space="preserve">we live at the </w:t>
      </w:r>
      <w:r>
        <w:rPr>
          <w:b/>
          <w:i w:val="0"/>
          <w:smallCaps w:val="0"/>
          <w:strike w:val="0"/>
          <w:sz w:val="22"/>
          <w:highlight w:val="cyan"/>
          <w:u w:val="single"/>
        </w:rPr>
        <w:t>pace of objects</w:t>
      </w:r>
      <w:r>
        <w:rPr>
          <w:b w:val="0"/>
          <w:i w:val="0"/>
          <w:smallCaps w:val="0"/>
          <w:strike w:val="0"/>
          <w:sz w:val="22"/>
          <w:highlight w:val="cyan"/>
          <w:u w:val="single"/>
        </w:rPr>
        <w:t xml:space="preserve">, live to the rhythm of their </w:t>
      </w:r>
      <w:r>
        <w:rPr>
          <w:b/>
          <w:i w:val="0"/>
          <w:smallCaps w:val="0"/>
          <w:strike w:val="0"/>
          <w:sz w:val="22"/>
          <w:highlight w:val="cyan"/>
          <w:u w:val="single"/>
        </w:rPr>
        <w:t>ceaseless succession</w:t>
      </w:r>
      <w:r>
        <w:rPr>
          <w:b w:val="0"/>
          <w:i w:val="0"/>
          <w:smallCaps w:val="0"/>
          <w:strike w:val="0"/>
          <w:sz w:val="16"/>
          <w:highlight w:val="cyan"/>
          <w:u w:val="none"/>
        </w:rPr>
        <w:t>.</w:t>
      </w:r>
      <w:r>
        <w:rPr>
          <w:b w:val="0"/>
          <w:i w:val="0"/>
          <w:smallCaps w:val="0"/>
          <w:strike w:val="0"/>
          <w:sz w:val="16"/>
          <w:u w:val="none"/>
        </w:rPr>
        <w:t xml:space="preserve"> Today, it is we who watch them as they are born, grow to maturity and die, whereas in all previous civilizations it was timeless objects, instruments or monuments which outlived the generations of human beings. </w:t>
      </w:r>
      <w:r>
        <w:rPr>
          <w:b w:val="0"/>
          <w:i w:val="0"/>
          <w:smallCaps w:val="0"/>
          <w:strike w:val="0"/>
          <w:sz w:val="22"/>
          <w:u w:val="single"/>
        </w:rPr>
        <w:t xml:space="preserve">Objects are neither a flora nor a fauna. And yet they do indeed give the impression of a proliferating vegetation, a jungle in which the new wild man of modern times has difficulty recovering the reflexes of civilization. </w:t>
      </w:r>
      <w:r>
        <w:rPr>
          <w:b w:val="0"/>
          <w:i w:val="0"/>
          <w:smallCaps w:val="0"/>
          <w:strike w:val="0"/>
          <w:sz w:val="16"/>
          <w:u w:val="none"/>
        </w:rPr>
        <w:t xml:space="preserve">We have to attempt rapidly to describe this fauna and flora, which man has </w:t>
      </w:r>
      <w:r>
        <w:rPr>
          <w:b w:val="0"/>
          <w:i w:val="0"/>
          <w:smallCaps w:val="0"/>
          <w:strike w:val="0"/>
          <w:sz w:val="16"/>
          <w:u w:val="none"/>
        </w:rPr>
        <w:t>produced</w:t>
      </w:r>
      <w:r>
        <w:rPr>
          <w:b w:val="0"/>
          <w:i w:val="0"/>
          <w:smallCaps w:val="0"/>
          <w:strike w:val="0"/>
          <w:sz w:val="16"/>
          <w:u w:val="none"/>
        </w:rPr>
        <w:t xml:space="preserve"> and which comes back to encircle and invade him as it might in a bad science fiction novel. </w:t>
      </w:r>
      <w:r>
        <w:rPr>
          <w:b w:val="0"/>
          <w:i w:val="0"/>
          <w:smallCaps w:val="0"/>
          <w:strike w:val="0"/>
          <w:sz w:val="22"/>
          <w:u w:val="single"/>
        </w:rPr>
        <w:t xml:space="preserve">We have to describe </w:t>
      </w:r>
      <w:r>
        <w:rPr>
          <w:b w:val="0"/>
          <w:i w:val="0"/>
          <w:smallCaps w:val="0"/>
          <w:strike w:val="0"/>
          <w:sz w:val="22"/>
          <w:highlight w:val="cyan"/>
          <w:u w:val="single"/>
        </w:rPr>
        <w:t>these things as we see and experience them</w:t>
      </w:r>
      <w:r>
        <w:rPr>
          <w:b w:val="0"/>
          <w:i w:val="0"/>
          <w:smallCaps w:val="0"/>
          <w:strike w:val="0"/>
          <w:sz w:val="22"/>
          <w:u w:val="single"/>
        </w:rPr>
        <w:t xml:space="preserve">, never forgetting, in their </w:t>
      </w:r>
      <w:r>
        <w:rPr>
          <w:b w:val="0"/>
          <w:i w:val="0"/>
          <w:smallCaps w:val="0"/>
          <w:strike w:val="0"/>
          <w:sz w:val="22"/>
          <w:u w:val="single"/>
        </w:rPr>
        <w:t>splendour</w:t>
      </w:r>
      <w:r>
        <w:rPr>
          <w:b w:val="0"/>
          <w:i w:val="0"/>
          <w:smallCaps w:val="0"/>
          <w:strike w:val="0"/>
          <w:sz w:val="22"/>
          <w:u w:val="single"/>
        </w:rPr>
        <w:t xml:space="preserve"> and profusion, that they are the product of a human activity and </w:t>
      </w:r>
      <w:r>
        <w:rPr>
          <w:b w:val="0"/>
          <w:i w:val="0"/>
          <w:smallCaps w:val="0"/>
          <w:strike w:val="0"/>
          <w:sz w:val="22"/>
          <w:highlight w:val="cyan"/>
          <w:u w:val="single"/>
        </w:rPr>
        <w:t>are dominated</w:t>
      </w:r>
      <w:r>
        <w:rPr>
          <w:b w:val="0"/>
          <w:i w:val="0"/>
          <w:smallCaps w:val="0"/>
          <w:strike w:val="0"/>
          <w:sz w:val="22"/>
          <w:u w:val="single"/>
        </w:rPr>
        <w:t xml:space="preserve"> not by natural ecological laws, but </w:t>
      </w:r>
      <w:r>
        <w:rPr>
          <w:b w:val="0"/>
          <w:i w:val="0"/>
          <w:smallCaps w:val="0"/>
          <w:strike w:val="0"/>
          <w:sz w:val="22"/>
          <w:highlight w:val="cyan"/>
          <w:u w:val="single"/>
        </w:rPr>
        <w:t xml:space="preserve">by the law of </w:t>
      </w:r>
      <w:r>
        <w:rPr>
          <w:b/>
          <w:i w:val="0"/>
          <w:smallCaps w:val="0"/>
          <w:strike w:val="0"/>
          <w:sz w:val="22"/>
          <w:highlight w:val="cyan"/>
          <w:u w:val="single"/>
        </w:rPr>
        <w:t>exchange-value</w:t>
      </w:r>
      <w:r>
        <w:rPr>
          <w:b/>
          <w:i w:val="0"/>
          <w:smallCaps w:val="0"/>
          <w:strike w:val="0"/>
          <w:sz w:val="22"/>
          <w:u w:val="single"/>
        </w:rPr>
        <w:t xml:space="preserve">. </w:t>
      </w:r>
      <w:r>
        <w:rPr>
          <w:b w:val="0"/>
          <w:i w:val="0"/>
          <w:smallCaps w:val="0"/>
          <w:strike w:val="0"/>
          <w:sz w:val="16"/>
          <w:u w:val="none"/>
        </w:rPr>
        <w:t xml:space="preserve">The busiest streets of London are crowded with shops whose show cases display all the riches of the world, Indian shawls, American revolvers, Chinese porcelain, Parisian corsets, furs from Russia and spices from the tropics, but all of these worldly things bear odious, white paper labels with Arabic numerals and the laconic symbols </w:t>
      </w:r>
      <w:r>
        <w:rPr>
          <w:b w:val="0"/>
          <w:i w:val="0"/>
          <w:smallCaps w:val="0"/>
          <w:strike w:val="0"/>
          <w:sz w:val="16"/>
          <w:u w:val="none"/>
        </w:rPr>
        <w:t>£.</w:t>
      </w:r>
      <w:r>
        <w:rPr>
          <w:b w:val="0"/>
          <w:i w:val="0"/>
          <w:smallCaps w:val="0"/>
          <w:strike w:val="0"/>
          <w:sz w:val="16"/>
          <w:u w:val="none"/>
        </w:rPr>
        <w:t>s.d.</w:t>
      </w:r>
      <w:r>
        <w:rPr>
          <w:b w:val="0"/>
          <w:i w:val="0"/>
          <w:smallCaps w:val="0"/>
          <w:strike w:val="0"/>
          <w:sz w:val="16"/>
          <w:u w:val="none"/>
        </w:rPr>
        <w:t xml:space="preserve"> This is how commodities are presented in circulation. (Marx) 31 Profusion and the Package Profusion, piling high are clearly the most striking descriptive features. The big department stores, with their abundance of canned foods and clothing</w:t>
      </w:r>
      <w:r>
        <w:rPr>
          <w:b w:val="0"/>
          <w:i w:val="0"/>
          <w:smallCaps w:val="0"/>
          <w:strike w:val="0"/>
          <w:sz w:val="16"/>
          <w:u w:val="none"/>
        </w:rPr>
        <w:t>, of</w:t>
      </w:r>
      <w:r>
        <w:rPr>
          <w:b w:val="0"/>
          <w:i w:val="0"/>
          <w:smallCaps w:val="0"/>
          <w:strike w:val="0"/>
          <w:sz w:val="16"/>
          <w:u w:val="none"/>
        </w:rPr>
        <w:t xml:space="preserve"> foodstuffs and ready-made garments, are like the primal landscape, the geometrical locus of abundance. But every street, with its cluttered, glittering </w:t>
      </w:r>
      <w:r>
        <w:rPr>
          <w:b w:val="0"/>
          <w:i w:val="0"/>
          <w:smallCaps w:val="0"/>
          <w:strike w:val="0"/>
          <w:sz w:val="16"/>
          <w:u w:val="none"/>
        </w:rPr>
        <w:t>shop-windows</w:t>
      </w:r>
      <w:r>
        <w:rPr>
          <w:b w:val="0"/>
          <w:i w:val="0"/>
          <w:smallCaps w:val="0"/>
          <w:strike w:val="0"/>
          <w:sz w:val="16"/>
          <w:u w:val="none"/>
        </w:rPr>
        <w:t xml:space="preserve"> (the least scarce commodity here being light, without which the merchandise would be merely what it is), their displays of cooked meats, and indeed the entire alimentary and </w:t>
      </w:r>
      <w:r>
        <w:rPr>
          <w:b w:val="0"/>
          <w:i w:val="0"/>
          <w:smallCaps w:val="0"/>
          <w:strike w:val="0"/>
          <w:sz w:val="16"/>
          <w:u w:val="none"/>
        </w:rPr>
        <w:t>vestimentary</w:t>
      </w:r>
      <w:r>
        <w:rPr>
          <w:b w:val="0"/>
          <w:i w:val="0"/>
          <w:smallCaps w:val="0"/>
          <w:strike w:val="0"/>
          <w:sz w:val="16"/>
          <w:u w:val="none"/>
        </w:rPr>
        <w:t xml:space="preserve"> feast, all stimulate magical salivation. </w:t>
      </w:r>
      <w:r>
        <w:rPr>
          <w:b w:val="0"/>
          <w:i w:val="0"/>
          <w:smallCaps w:val="0"/>
          <w:strike w:val="0"/>
          <w:sz w:val="22"/>
          <w:u w:val="single"/>
        </w:rPr>
        <w:t>There is something more in this piling high than the quantity of products: the manifest presence of surplus, the magical, definitive negation of scarcity, the maternal, luxurious sense of being already in the Land of Cockaigne</w:t>
      </w:r>
      <w:r>
        <w:rPr>
          <w:b w:val="0"/>
          <w:i w:val="0"/>
          <w:smallCaps w:val="0"/>
          <w:strike w:val="0"/>
          <w:sz w:val="16"/>
          <w:u w:val="none"/>
        </w:rPr>
        <w:t xml:space="preserve">. Our markets, major shopping thoroughfares and superstores also mimic </w:t>
      </w:r>
      <w:r>
        <w:rPr>
          <w:b w:val="0"/>
          <w:i w:val="0"/>
          <w:smallCaps w:val="0"/>
          <w:strike w:val="0"/>
          <w:sz w:val="16"/>
          <w:u w:val="none"/>
        </w:rPr>
        <w:t>a new</w:t>
      </w:r>
      <w:r>
        <w:rPr>
          <w:b w:val="0"/>
          <w:i w:val="0"/>
          <w:smallCaps w:val="0"/>
          <w:strike w:val="0"/>
          <w:sz w:val="16"/>
          <w:u w:val="none"/>
        </w:rPr>
        <w:t xml:space="preserve">-found nature of prodigious fecundity. These are our Valleys of Canaan where, in place of milk and honey, streams of neon flow down over ketchup and plastic. But no matter! We find here the fervid hope that there should be not enough, but too much -- and too much for everyone: by buying a piece of this land, you acquire the crumbling pyramid of oysters, meats, pears or tinned asparagus. You buy the part for the whole. And </w:t>
      </w:r>
      <w:r>
        <w:rPr>
          <w:b w:val="0"/>
          <w:i w:val="0"/>
          <w:smallCaps w:val="0"/>
          <w:strike w:val="0"/>
          <w:sz w:val="22"/>
          <w:highlight w:val="cyan"/>
          <w:u w:val="single"/>
        </w:rPr>
        <w:t>this metonymic, repetitive discourse of</w:t>
      </w:r>
      <w:r>
        <w:rPr>
          <w:b w:val="0"/>
          <w:i w:val="0"/>
          <w:smallCaps w:val="0"/>
          <w:strike w:val="0"/>
          <w:sz w:val="22"/>
          <w:u w:val="single"/>
        </w:rPr>
        <w:t xml:space="preserve"> consumable matter, of </w:t>
      </w:r>
      <w:r>
        <w:rPr>
          <w:b w:val="0"/>
          <w:i w:val="0"/>
          <w:smallCaps w:val="0"/>
          <w:strike w:val="0"/>
          <w:sz w:val="22"/>
          <w:highlight w:val="cyan"/>
          <w:u w:val="single"/>
        </w:rPr>
        <w:t>the commodity, becomes</w:t>
      </w:r>
      <w:r>
        <w:rPr>
          <w:b w:val="0"/>
          <w:i w:val="0"/>
          <w:smallCaps w:val="0"/>
          <w:strike w:val="0"/>
          <w:sz w:val="22"/>
          <w:u w:val="single"/>
        </w:rPr>
        <w:t xml:space="preserve"> once again, through a great collective metaphor -- </w:t>
      </w:r>
      <w:r>
        <w:rPr>
          <w:b w:val="0"/>
          <w:i w:val="0"/>
          <w:smallCaps w:val="0"/>
          <w:strike w:val="0"/>
          <w:sz w:val="22"/>
          <w:highlight w:val="cyan"/>
          <w:u w:val="single"/>
        </w:rPr>
        <w:t xml:space="preserve">by virtue of its very excess -- the image of </w:t>
      </w:r>
      <w:r>
        <w:rPr>
          <w:b/>
          <w:i w:val="0"/>
          <w:smallCaps w:val="0"/>
          <w:strike w:val="0"/>
          <w:sz w:val="22"/>
          <w:highlight w:val="cyan"/>
          <w:u w:val="single"/>
        </w:rPr>
        <w:t>the gift</w:t>
      </w:r>
      <w:r>
        <w:rPr>
          <w:b w:val="0"/>
          <w:i w:val="0"/>
          <w:smallCaps w:val="0"/>
          <w:strike w:val="0"/>
          <w:sz w:val="22"/>
          <w:u w:val="single"/>
        </w:rPr>
        <w:t>, and of that inexhaustible and spectacular prodigality which characterizes the feast</w:t>
      </w:r>
      <w:r>
        <w:rPr>
          <w:b w:val="0"/>
          <w:i w:val="0"/>
          <w:smallCaps w:val="0"/>
          <w:strike w:val="0"/>
          <w:sz w:val="16"/>
          <w:u w:val="none"/>
        </w:rPr>
        <w:t xml:space="preserve">. Beyond stacking, which is the most rudimentary yet cogent form of abundance, objects are organized in packages or collections. Almost all the shops selling clothing or household appliances offer a range of differentiated objects, evoking, echoing and offsetting one another. The antique dealer's window provides the aristocratic, luxury version of these sets of objects, which evoke not so much a superabundance of substance as a gamut of select and complementary objects presented for the consumer to choose </w:t>
      </w:r>
      <w:r>
        <w:rPr>
          <w:b w:val="0"/>
          <w:i w:val="0"/>
          <w:smallCaps w:val="0"/>
          <w:strike w:val="0"/>
          <w:sz w:val="16"/>
          <w:u w:val="none"/>
        </w:rPr>
        <w:t>among, but</w:t>
      </w:r>
      <w:r>
        <w:rPr>
          <w:b w:val="0"/>
          <w:i w:val="0"/>
          <w:smallCaps w:val="0"/>
          <w:strike w:val="0"/>
          <w:sz w:val="16"/>
          <w:u w:val="none"/>
        </w:rPr>
        <w:t xml:space="preserve"> presented also to create in him a psychological chain reaction, as he peruses them, inventories them and grasps them as a total category. </w:t>
      </w:r>
      <w:r>
        <w:rPr>
          <w:b w:val="0"/>
          <w:i w:val="0"/>
          <w:smallCaps w:val="0"/>
          <w:strike w:val="0"/>
          <w:sz w:val="22"/>
          <w:highlight w:val="cyan"/>
          <w:u w:val="single"/>
        </w:rPr>
        <w:t>Few objects today are offered alone, without a context of objects which `</w:t>
      </w:r>
      <w:r>
        <w:rPr>
          <w:b w:val="0"/>
          <w:i w:val="0"/>
          <w:smallCaps w:val="0"/>
          <w:strike w:val="0"/>
          <w:sz w:val="22"/>
          <w:highlight w:val="cyan"/>
          <w:u w:val="single"/>
        </w:rPr>
        <w:t>speaks'</w:t>
      </w:r>
      <w:r>
        <w:rPr>
          <w:b w:val="0"/>
          <w:i w:val="0"/>
          <w:smallCaps w:val="0"/>
          <w:strike w:val="0"/>
          <w:sz w:val="22"/>
          <w:highlight w:val="cyan"/>
          <w:u w:val="single"/>
        </w:rPr>
        <w:t xml:space="preserve"> them</w:t>
      </w:r>
      <w:r>
        <w:rPr>
          <w:b w:val="0"/>
          <w:i w:val="0"/>
          <w:smallCaps w:val="0"/>
          <w:strike w:val="0"/>
          <w:sz w:val="22"/>
          <w:u w:val="single"/>
        </w:rPr>
        <w:t xml:space="preserve">. And </w:t>
      </w:r>
      <w:r>
        <w:rPr>
          <w:b w:val="0"/>
          <w:i w:val="0"/>
          <w:smallCaps w:val="0"/>
          <w:strike w:val="0"/>
          <w:sz w:val="22"/>
          <w:highlight w:val="cyan"/>
          <w:u w:val="single"/>
        </w:rPr>
        <w:t>this changes the consumer's relation to the object</w:t>
      </w:r>
      <w:r>
        <w:rPr>
          <w:b w:val="0"/>
          <w:i w:val="0"/>
          <w:smallCaps w:val="0"/>
          <w:strike w:val="0"/>
          <w:sz w:val="22"/>
          <w:u w:val="single"/>
        </w:rPr>
        <w:t>: he</w:t>
      </w:r>
      <w:r>
        <w:rPr>
          <w:b w:val="0"/>
          <w:i w:val="0"/>
          <w:smallCaps w:val="0"/>
          <w:strike w:val="0"/>
          <w:sz w:val="22"/>
          <w:highlight w:val="cyan"/>
          <w:u w:val="single"/>
        </w:rPr>
        <w:t xml:space="preserve"> no longer relates to a particular object in its specific utility, but to a set of objects in its total </w:t>
      </w:r>
      <w:r>
        <w:rPr>
          <w:b/>
          <w:i w:val="0"/>
          <w:smallCaps w:val="0"/>
          <w:strike w:val="0"/>
          <w:sz w:val="22"/>
          <w:highlight w:val="cyan"/>
          <w:u w:val="single"/>
        </w:rPr>
        <w:t>signification</w:t>
      </w:r>
      <w:r>
        <w:rPr>
          <w:b w:val="0"/>
          <w:i w:val="0"/>
          <w:smallCaps w:val="0"/>
          <w:strike w:val="0"/>
          <w:sz w:val="22"/>
          <w:u w:val="single"/>
        </w:rPr>
        <w:t>.</w:t>
      </w:r>
      <w:r>
        <w:rPr>
          <w:b w:val="0"/>
          <w:i w:val="0"/>
          <w:smallCaps w:val="0"/>
          <w:strike w:val="0"/>
          <w:sz w:val="16"/>
          <w:u w:val="none"/>
        </w:rPr>
        <w:t xml:space="preserve"> Washing machine, refrigerator and dishwasher taken together have a different meaning from the one each has individually as an appliance</w:t>
      </w:r>
      <w:r>
        <w:rPr>
          <w:b w:val="0"/>
          <w:i w:val="0"/>
          <w:smallCaps w:val="0"/>
          <w:strike w:val="0"/>
          <w:sz w:val="22"/>
          <w:highlight w:val="cyan"/>
          <w:u w:val="single"/>
        </w:rPr>
        <w:t xml:space="preserve">. The </w:t>
      </w:r>
      <w:r>
        <w:rPr>
          <w:b w:val="0"/>
          <w:i w:val="0"/>
          <w:smallCaps w:val="0"/>
          <w:strike w:val="0"/>
          <w:sz w:val="22"/>
          <w:highlight w:val="cyan"/>
          <w:u w:val="single"/>
        </w:rPr>
        <w:t>shop-window</w:t>
      </w:r>
      <w:r>
        <w:rPr>
          <w:b w:val="0"/>
          <w:i w:val="0"/>
          <w:smallCaps w:val="0"/>
          <w:strike w:val="0"/>
          <w:sz w:val="22"/>
          <w:highlight w:val="cyan"/>
          <w:u w:val="single"/>
        </w:rPr>
        <w:t>, the advertisement, the manufacturer and the brand name</w:t>
      </w:r>
      <w:r>
        <w:rPr>
          <w:b w:val="0"/>
          <w:i w:val="0"/>
          <w:smallCaps w:val="0"/>
          <w:strike w:val="0"/>
          <w:sz w:val="22"/>
          <w:u w:val="single"/>
        </w:rPr>
        <w:t>, which here plays a crucial role</w:t>
      </w:r>
      <w:r>
        <w:rPr>
          <w:b w:val="0"/>
          <w:i w:val="0"/>
          <w:smallCaps w:val="0"/>
          <w:strike w:val="0"/>
          <w:sz w:val="22"/>
          <w:highlight w:val="cyan"/>
          <w:u w:val="single"/>
        </w:rPr>
        <w:t>, impose a coherent, collective vision</w:t>
      </w:r>
      <w:r>
        <w:rPr>
          <w:b w:val="0"/>
          <w:i w:val="0"/>
          <w:smallCaps w:val="0"/>
          <w:strike w:val="0"/>
          <w:sz w:val="22"/>
          <w:u w:val="single"/>
        </w:rPr>
        <w:t xml:space="preserve">, as though they were an almost indissociable totality, a series. </w:t>
      </w:r>
      <w:r>
        <w:rPr>
          <w:b w:val="0"/>
          <w:i w:val="0"/>
          <w:smallCaps w:val="0"/>
          <w:strike w:val="0"/>
          <w:sz w:val="22"/>
          <w:highlight w:val="cyan"/>
          <w:u w:val="single"/>
        </w:rPr>
        <w:t>This is</w:t>
      </w:r>
      <w:r>
        <w:rPr>
          <w:b w:val="0"/>
          <w:i w:val="0"/>
          <w:smallCaps w:val="0"/>
          <w:strike w:val="0"/>
          <w:sz w:val="22"/>
          <w:u w:val="single"/>
        </w:rPr>
        <w:t xml:space="preserve">, then, </w:t>
      </w:r>
      <w:r>
        <w:rPr>
          <w:b w:val="0"/>
          <w:i w:val="0"/>
          <w:smallCaps w:val="0"/>
          <w:strike w:val="0"/>
          <w:sz w:val="22"/>
          <w:highlight w:val="cyan"/>
          <w:u w:val="single"/>
        </w:rPr>
        <w:t xml:space="preserve">no longer </w:t>
      </w:r>
      <w:r>
        <w:rPr>
          <w:b/>
          <w:i w:val="0"/>
          <w:smallCaps w:val="0"/>
          <w:strike w:val="0"/>
          <w:sz w:val="22"/>
          <w:highlight w:val="cyan"/>
          <w:u w:val="single"/>
        </w:rPr>
        <w:t>a sequence</w:t>
      </w:r>
      <w:r>
        <w:rPr>
          <w:b w:val="0"/>
          <w:i w:val="0"/>
          <w:smallCaps w:val="0"/>
          <w:strike w:val="0"/>
          <w:sz w:val="22"/>
          <w:highlight w:val="cyan"/>
          <w:u w:val="single"/>
        </w:rPr>
        <w:t xml:space="preserve"> of </w:t>
      </w:r>
      <w:r>
        <w:rPr>
          <w:b w:val="0"/>
          <w:i w:val="0"/>
          <w:smallCaps w:val="0"/>
          <w:strike w:val="0"/>
          <w:sz w:val="22"/>
          <w:u w:val="single"/>
        </w:rPr>
        <w:t>mere</w:t>
      </w:r>
      <w:r>
        <w:rPr>
          <w:b w:val="0"/>
          <w:i w:val="0"/>
          <w:smallCaps w:val="0"/>
          <w:strike w:val="0"/>
          <w:sz w:val="22"/>
          <w:highlight w:val="cyan"/>
          <w:u w:val="single"/>
        </w:rPr>
        <w:t xml:space="preserve"> objects</w:t>
      </w:r>
      <w:r>
        <w:rPr>
          <w:b w:val="0"/>
          <w:i w:val="0"/>
          <w:smallCaps w:val="0"/>
          <w:strike w:val="0"/>
          <w:sz w:val="22"/>
          <w:u w:val="single"/>
        </w:rPr>
        <w:t xml:space="preserve">, </w:t>
      </w:r>
      <w:r>
        <w:rPr>
          <w:b w:val="0"/>
          <w:i w:val="0"/>
          <w:smallCaps w:val="0"/>
          <w:strike w:val="0"/>
          <w:sz w:val="22"/>
          <w:highlight w:val="cyan"/>
          <w:u w:val="single"/>
        </w:rPr>
        <w:t xml:space="preserve">but </w:t>
      </w:r>
      <w:r>
        <w:rPr>
          <w:b/>
          <w:i w:val="0"/>
          <w:smallCaps w:val="0"/>
          <w:strike w:val="0"/>
          <w:sz w:val="22"/>
          <w:highlight w:val="cyan"/>
          <w:u w:val="single"/>
        </w:rPr>
        <w:t>a chain of signifiers</w:t>
      </w:r>
      <w:r>
        <w:rPr>
          <w:b w:val="0"/>
          <w:i w:val="0"/>
          <w:smallCaps w:val="0"/>
          <w:strike w:val="0"/>
          <w:sz w:val="22"/>
          <w:u w:val="single"/>
        </w:rPr>
        <w:t>, in so far as all of these signify one another reciprocally as part of a more complex super-object, drawing the consumer into a series of more complex motivations.</w:t>
      </w:r>
      <w:r>
        <w:rPr>
          <w:b w:val="0"/>
          <w:i w:val="0"/>
          <w:smallCaps w:val="0"/>
          <w:strike w:val="0"/>
          <w:sz w:val="16"/>
          <w:u w:val="none"/>
        </w:rPr>
        <w:t xml:space="preserve"> It is evident that </w:t>
      </w:r>
      <w:r>
        <w:rPr>
          <w:b w:val="0"/>
          <w:i w:val="0"/>
          <w:smallCaps w:val="0"/>
          <w:strike w:val="0"/>
          <w:sz w:val="22"/>
          <w:highlight w:val="cyan"/>
          <w:u w:val="single"/>
        </w:rPr>
        <w:t>objects are never offered for consumption in absolute disorder</w:t>
      </w:r>
      <w:r>
        <w:rPr>
          <w:b w:val="0"/>
          <w:i w:val="0"/>
          <w:smallCaps w:val="0"/>
          <w:strike w:val="0"/>
          <w:sz w:val="16"/>
          <w:u w:val="none"/>
        </w:rPr>
        <w:t xml:space="preserve">. They may, in certain cases, imitate disorder the better to seduce, but </w:t>
      </w:r>
      <w:r>
        <w:rPr>
          <w:b w:val="0"/>
          <w:i w:val="0"/>
          <w:smallCaps w:val="0"/>
          <w:strike w:val="0"/>
          <w:sz w:val="22"/>
          <w:highlight w:val="cyan"/>
          <w:u w:val="single"/>
        </w:rPr>
        <w:t>they are always arranged to</w:t>
      </w:r>
      <w:r>
        <w:rPr>
          <w:b w:val="0"/>
          <w:i w:val="0"/>
          <w:smallCaps w:val="0"/>
          <w:strike w:val="0"/>
          <w:sz w:val="22"/>
          <w:u w:val="single"/>
        </w:rPr>
        <w:t xml:space="preserve"> mark out directive paths, to </w:t>
      </w:r>
      <w:r>
        <w:rPr>
          <w:b w:val="0"/>
          <w:i w:val="0"/>
          <w:smallCaps w:val="0"/>
          <w:strike w:val="0"/>
          <w:sz w:val="22"/>
          <w:highlight w:val="cyan"/>
          <w:u w:val="single"/>
        </w:rPr>
        <w:t>orientate the purchasing impulse towards networks of objects in order to captivate</w:t>
      </w:r>
      <w:r>
        <w:rPr>
          <w:b w:val="0"/>
          <w:i w:val="0"/>
          <w:smallCaps w:val="0"/>
          <w:strike w:val="0"/>
          <w:sz w:val="22"/>
          <w:u w:val="single"/>
        </w:rPr>
        <w:t xml:space="preserve"> that impulse </w:t>
      </w:r>
      <w:r>
        <w:rPr>
          <w:b w:val="0"/>
          <w:i w:val="0"/>
          <w:smallCaps w:val="0"/>
          <w:strike w:val="0"/>
          <w:sz w:val="22"/>
          <w:highlight w:val="cyan"/>
          <w:u w:val="single"/>
        </w:rPr>
        <w:t>and bring it</w:t>
      </w:r>
      <w:r>
        <w:rPr>
          <w:b w:val="0"/>
          <w:i w:val="0"/>
          <w:smallCaps w:val="0"/>
          <w:strike w:val="0"/>
          <w:sz w:val="16"/>
          <w:highlight w:val="cyan"/>
          <w:u w:val="none"/>
        </w:rPr>
        <w:t>,</w:t>
      </w:r>
      <w:r>
        <w:rPr>
          <w:b w:val="0"/>
          <w:i w:val="0"/>
          <w:smallCaps w:val="0"/>
          <w:strike w:val="0"/>
          <w:sz w:val="16"/>
          <w:u w:val="none"/>
        </w:rPr>
        <w:t xml:space="preserve"> in keeping with its own logic, </w:t>
      </w:r>
      <w:r>
        <w:rPr>
          <w:b w:val="0"/>
          <w:i w:val="0"/>
          <w:smallCaps w:val="0"/>
          <w:strike w:val="0"/>
          <w:sz w:val="22"/>
          <w:highlight w:val="cyan"/>
          <w:u w:val="single"/>
        </w:rPr>
        <w:t>to the highest degree of commitment</w:t>
      </w:r>
      <w:r>
        <w:rPr>
          <w:b w:val="0"/>
          <w:i w:val="0"/>
          <w:smallCaps w:val="0"/>
          <w:strike w:val="0"/>
          <w:sz w:val="22"/>
          <w:u w:val="single"/>
        </w:rPr>
        <w:t>, to the limits of its economic potential</w:t>
      </w:r>
      <w:r>
        <w:rPr>
          <w:b w:val="0"/>
          <w:i w:val="0"/>
          <w:smallCaps w:val="0"/>
          <w:strike w:val="0"/>
          <w:sz w:val="16"/>
          <w:u w:val="none"/>
        </w:rPr>
        <w:t xml:space="preserve">. Clothing, machines and toiletries thus constitute object pathways, which establish inertial constraints in the consumer: he will move logically from one object to another. He will </w:t>
      </w:r>
      <w:r>
        <w:rPr>
          <w:b w:val="0"/>
          <w:i w:val="0"/>
          <w:smallCaps w:val="0"/>
          <w:strike w:val="0"/>
          <w:sz w:val="22"/>
          <w:u w:val="single"/>
        </w:rPr>
        <w:t xml:space="preserve">be caught up in </w:t>
      </w:r>
      <w:r>
        <w:rPr>
          <w:b/>
          <w:i w:val="0"/>
          <w:smallCaps w:val="0"/>
          <w:strike w:val="0"/>
          <w:sz w:val="22"/>
          <w:u w:val="single"/>
        </w:rPr>
        <w:t>a calculus of objects</w:t>
      </w:r>
      <w:r>
        <w:rPr>
          <w:b w:val="0"/>
          <w:i w:val="0"/>
          <w:smallCaps w:val="0"/>
          <w:strike w:val="0"/>
          <w:sz w:val="16"/>
          <w:u w:val="none"/>
        </w:rPr>
        <w:t xml:space="preserve">, and this is </w:t>
      </w:r>
      <w:r>
        <w:rPr>
          <w:b w:val="0"/>
          <w:i w:val="0"/>
          <w:smallCaps w:val="0"/>
          <w:strike w:val="0"/>
          <w:sz w:val="22"/>
          <w:u w:val="single"/>
        </w:rPr>
        <w:t xml:space="preserve">something quite different from the </w:t>
      </w:r>
      <w:r>
        <w:rPr>
          <w:b/>
          <w:i w:val="0"/>
          <w:smallCaps w:val="0"/>
          <w:strike w:val="0"/>
          <w:sz w:val="22"/>
          <w:u w:val="single"/>
        </w:rPr>
        <w:t>frenzy</w:t>
      </w:r>
      <w:r>
        <w:rPr>
          <w:b w:val="0"/>
          <w:i w:val="0"/>
          <w:smallCaps w:val="0"/>
          <w:strike w:val="0"/>
          <w:sz w:val="22"/>
          <w:u w:val="single"/>
        </w:rPr>
        <w:t xml:space="preserve"> of buying and acquisitiveness to which the simple profusion of commodities gives rise.</w:t>
      </w:r>
      <w:r>
        <w:rPr>
          <w:b w:val="0"/>
          <w:i w:val="0"/>
          <w:smallCaps w:val="0"/>
          <w:strike w:val="0"/>
          <w:sz w:val="16"/>
          <w:u w:val="none"/>
        </w:rPr>
        <w:t xml:space="preserve"> The Drugstore The synthesis of profusion and calculation is the drugstore. The drugstore (or the new shopping </w:t>
      </w:r>
      <w:r>
        <w:rPr>
          <w:b w:val="0"/>
          <w:i w:val="0"/>
          <w:smallCaps w:val="0"/>
          <w:strike w:val="0"/>
          <w:sz w:val="16"/>
          <w:u w:val="none"/>
        </w:rPr>
        <w:t>centre</w:t>
      </w:r>
      <w:r>
        <w:rPr>
          <w:b w:val="0"/>
          <w:i w:val="0"/>
          <w:smallCaps w:val="0"/>
          <w:strike w:val="0"/>
          <w:sz w:val="16"/>
          <w:u w:val="none"/>
        </w:rPr>
        <w:t xml:space="preserve">) achieves a synthesis of consumer activities, not the least of which are shopping, flirting with objects, playful wandering and all the permutational possibilities of these. In this respect, the drugstore is more representative of modern consumption than the department stores. There, the quantitative centralization of the products leaves less margin for ludic exploration, the arrangement of departments and products imposing a more utilitarian path on the consumer. And, generally, the large stores retain something of the period in which they emerged, when broad classes of the population were first gaining access to everyday consumer goods. There is a quite different meaning to </w:t>
      </w:r>
      <w:r>
        <w:rPr>
          <w:b w:val="0"/>
          <w:i w:val="0"/>
          <w:smallCaps w:val="0"/>
          <w:strike w:val="0"/>
          <w:sz w:val="22"/>
          <w:u w:val="single"/>
        </w:rPr>
        <w:t>the drugstore</w:t>
      </w:r>
      <w:r>
        <w:rPr>
          <w:b w:val="0"/>
          <w:i w:val="0"/>
          <w:smallCaps w:val="0"/>
          <w:strike w:val="0"/>
          <w:sz w:val="16"/>
          <w:u w:val="none"/>
        </w:rPr>
        <w:t xml:space="preserve">: it does not juxtapose categories of merchandise, but </w:t>
      </w:r>
      <w:r>
        <w:rPr>
          <w:b w:val="0"/>
          <w:i w:val="0"/>
          <w:smallCaps w:val="0"/>
          <w:strike w:val="0"/>
          <w:sz w:val="22"/>
          <w:u w:val="single"/>
        </w:rPr>
        <w:t xml:space="preserve">lumps signs together indiscriminately, lumps together all categories of commodities, which are regarded as partial fields of </w:t>
      </w:r>
      <w:r>
        <w:rPr>
          <w:b/>
          <w:i w:val="0"/>
          <w:smallCaps w:val="0"/>
          <w:strike w:val="0"/>
          <w:sz w:val="22"/>
          <w:u w:val="single"/>
        </w:rPr>
        <w:t xml:space="preserve">a </w:t>
      </w:r>
      <w:r>
        <w:rPr>
          <w:b/>
          <w:i w:val="0"/>
          <w:smallCaps w:val="0"/>
          <w:strike w:val="0"/>
          <w:sz w:val="22"/>
          <w:u w:val="single"/>
        </w:rPr>
        <w:t>signconsuming</w:t>
      </w:r>
      <w:r>
        <w:rPr>
          <w:b/>
          <w:i w:val="0"/>
          <w:smallCaps w:val="0"/>
          <w:strike w:val="0"/>
          <w:sz w:val="22"/>
          <w:u w:val="single"/>
        </w:rPr>
        <w:t xml:space="preserve"> totality</w:t>
      </w:r>
      <w:r>
        <w:rPr>
          <w:b w:val="0"/>
          <w:i w:val="0"/>
          <w:smallCaps w:val="0"/>
          <w:strike w:val="0"/>
          <w:sz w:val="16"/>
          <w:u w:val="none"/>
        </w:rPr>
        <w:t xml:space="preserve">. In the drugstore, </w:t>
      </w:r>
      <w:r>
        <w:rPr>
          <w:b w:val="0"/>
          <w:i w:val="0"/>
          <w:smallCaps w:val="0"/>
          <w:strike w:val="0"/>
          <w:sz w:val="22"/>
          <w:u w:val="single"/>
        </w:rPr>
        <w:t xml:space="preserve">the cultural </w:t>
      </w:r>
      <w:r>
        <w:rPr>
          <w:b w:val="0"/>
          <w:i w:val="0"/>
          <w:smallCaps w:val="0"/>
          <w:strike w:val="0"/>
          <w:sz w:val="22"/>
          <w:u w:val="single"/>
        </w:rPr>
        <w:t>centre</w:t>
      </w:r>
      <w:r>
        <w:rPr>
          <w:b w:val="0"/>
          <w:i w:val="0"/>
          <w:smallCaps w:val="0"/>
          <w:strike w:val="0"/>
          <w:sz w:val="22"/>
          <w:u w:val="single"/>
        </w:rPr>
        <w:t xml:space="preserve"> becomes part of the shopping </w:t>
      </w:r>
      <w:r>
        <w:rPr>
          <w:b w:val="0"/>
          <w:i w:val="0"/>
          <w:smallCaps w:val="0"/>
          <w:strike w:val="0"/>
          <w:sz w:val="22"/>
          <w:u w:val="single"/>
        </w:rPr>
        <w:t>centre</w:t>
      </w:r>
      <w:r>
        <w:rPr>
          <w:b w:val="0"/>
          <w:i w:val="0"/>
          <w:smallCaps w:val="0"/>
          <w:strike w:val="0"/>
          <w:sz w:val="22"/>
          <w:u w:val="single"/>
        </w:rPr>
        <w:t>.</w:t>
      </w:r>
      <w:r>
        <w:rPr>
          <w:b w:val="0"/>
          <w:i w:val="0"/>
          <w:smallCaps w:val="0"/>
          <w:strike w:val="0"/>
          <w:sz w:val="16"/>
          <w:u w:val="none"/>
        </w:rPr>
        <w:t xml:space="preserve"> It would be simplistic to say that culture is `prostituted' there. It is culturalized. Simultaneously, </w:t>
      </w:r>
      <w:r>
        <w:rPr>
          <w:b w:val="0"/>
          <w:i w:val="0"/>
          <w:smallCaps w:val="0"/>
          <w:strike w:val="0"/>
          <w:sz w:val="22"/>
          <w:u w:val="single"/>
        </w:rPr>
        <w:t>commodities</w:t>
      </w:r>
      <w:r>
        <w:rPr>
          <w:b w:val="0"/>
          <w:i w:val="0"/>
          <w:smallCaps w:val="0"/>
          <w:strike w:val="0"/>
          <w:sz w:val="16"/>
          <w:u w:val="none"/>
        </w:rPr>
        <w:t xml:space="preserve"> (clothing, groceries, catering etc</w:t>
      </w:r>
      <w:r>
        <w:rPr>
          <w:b w:val="0"/>
          <w:i w:val="0"/>
          <w:smallCaps w:val="0"/>
          <w:strike w:val="0"/>
          <w:sz w:val="22"/>
          <w:u w:val="single"/>
        </w:rPr>
        <w:t xml:space="preserve">.) are also </w:t>
      </w:r>
      <w:r>
        <w:rPr>
          <w:b/>
          <w:i w:val="0"/>
          <w:smallCaps w:val="0"/>
          <w:strike w:val="0"/>
          <w:sz w:val="22"/>
          <w:u w:val="single"/>
        </w:rPr>
        <w:t xml:space="preserve">culturalized </w:t>
      </w:r>
      <w:r>
        <w:rPr>
          <w:b w:val="0"/>
          <w:i w:val="0"/>
          <w:smallCaps w:val="0"/>
          <w:strike w:val="0"/>
          <w:sz w:val="22"/>
          <w:u w:val="single"/>
        </w:rPr>
        <w:t>in their turn, since they are transformed into the substance of play and distinction, into</w:t>
      </w:r>
      <w:r>
        <w:rPr>
          <w:b w:val="0"/>
          <w:i w:val="0"/>
          <w:smallCaps w:val="0"/>
          <w:strike w:val="0"/>
          <w:sz w:val="22"/>
          <w:u w:val="single"/>
        </w:rPr>
        <w:t xml:space="preserve"> luxury accessories, into one element among others in the general package of consumables</w:t>
      </w:r>
      <w:r>
        <w:rPr>
          <w:b w:val="0"/>
          <w:i w:val="0"/>
          <w:smallCaps w:val="0"/>
          <w:strike w:val="0"/>
          <w:sz w:val="16"/>
          <w:u w:val="none"/>
        </w:rPr>
        <w:t>. A new art of living, a new way of living, say the adverts -- a `</w:t>
      </w:r>
      <w:r>
        <w:rPr>
          <w:b w:val="0"/>
          <w:i w:val="0"/>
          <w:smallCaps w:val="0"/>
          <w:strike w:val="0"/>
          <w:sz w:val="16"/>
          <w:u w:val="none"/>
        </w:rPr>
        <w:t>switched--on</w:t>
      </w:r>
      <w:r>
        <w:rPr>
          <w:b w:val="0"/>
          <w:i w:val="0"/>
          <w:smallCaps w:val="0"/>
          <w:strike w:val="0"/>
          <w:sz w:val="16"/>
          <w:u w:val="none"/>
        </w:rPr>
        <w:t xml:space="preserve">' daily experience. You can shop pleasantly in a single air-conditioned location, buy your food there, purchase things for your flat or country cottage -- clothing, flowers, the latest novel or the latest gadget. And you can do all this in a single trip, while </w:t>
      </w:r>
      <w:r>
        <w:rPr>
          <w:b w:val="0"/>
          <w:i w:val="0"/>
          <w:smallCaps w:val="0"/>
          <w:strike w:val="0"/>
          <w:sz w:val="16"/>
          <w:u w:val="none"/>
        </w:rPr>
        <w:t>husband</w:t>
      </w:r>
      <w:r>
        <w:rPr>
          <w:b w:val="0"/>
          <w:i w:val="0"/>
          <w:smallCaps w:val="0"/>
          <w:strike w:val="0"/>
          <w:sz w:val="16"/>
          <w:u w:val="none"/>
        </w:rPr>
        <w:t xml:space="preserve"> and children watch a film, and then all dine together right there. There's a café, a cinema, a bookshop, places to buy trinkets, clothing and lots more in the shopping </w:t>
      </w:r>
      <w:r>
        <w:rPr>
          <w:b w:val="0"/>
          <w:i w:val="0"/>
          <w:smallCaps w:val="0"/>
          <w:strike w:val="0"/>
          <w:sz w:val="16"/>
          <w:u w:val="none"/>
        </w:rPr>
        <w:t>centres</w:t>
      </w:r>
      <w:r>
        <w:rPr>
          <w:b w:val="0"/>
          <w:i w:val="0"/>
          <w:smallCaps w:val="0"/>
          <w:strike w:val="0"/>
          <w:sz w:val="16"/>
          <w:u w:val="none"/>
        </w:rPr>
        <w:t xml:space="preserve">: the drugstore takes in everything in kaleidoscopic mode. </w:t>
      </w:r>
      <w:r>
        <w:rPr>
          <w:b w:val="0"/>
          <w:i w:val="0"/>
          <w:smallCaps w:val="0"/>
          <w:strike w:val="0"/>
          <w:sz w:val="22"/>
          <w:u w:val="single"/>
        </w:rPr>
        <w:t xml:space="preserve">If the department store offers the fairground spectacle of commodities, the drugstore presents </w:t>
      </w:r>
      <w:r>
        <w:rPr>
          <w:b w:val="0"/>
          <w:i w:val="0"/>
          <w:smallCaps w:val="0"/>
          <w:strike w:val="0"/>
          <w:sz w:val="22"/>
          <w:highlight w:val="cyan"/>
          <w:u w:val="single"/>
        </w:rPr>
        <w:t xml:space="preserve">the subtle </w:t>
      </w:r>
      <w:r>
        <w:rPr>
          <w:b/>
          <w:i w:val="0"/>
          <w:smallCaps w:val="0"/>
          <w:strike w:val="0"/>
          <w:sz w:val="22"/>
          <w:highlight w:val="cyan"/>
          <w:u w:val="single"/>
        </w:rPr>
        <w:t>recital of consumption,</w:t>
      </w:r>
      <w:r>
        <w:rPr>
          <w:b w:val="0"/>
          <w:i w:val="0"/>
          <w:smallCaps w:val="0"/>
          <w:strike w:val="0"/>
          <w:sz w:val="22"/>
          <w:highlight w:val="cyan"/>
          <w:u w:val="single"/>
        </w:rPr>
        <w:t xml:space="preserve"> </w:t>
      </w:r>
      <w:r>
        <w:rPr>
          <w:b w:val="0"/>
          <w:i w:val="0"/>
          <w:smallCaps w:val="0"/>
          <w:strike w:val="0"/>
          <w:sz w:val="22"/>
          <w:u w:val="single"/>
        </w:rPr>
        <w:t xml:space="preserve">the whole `art' of </w:t>
      </w:r>
      <w:r>
        <w:rPr>
          <w:b w:val="0"/>
          <w:i w:val="0"/>
          <w:smallCaps w:val="0"/>
          <w:strike w:val="0"/>
          <w:sz w:val="22"/>
          <w:highlight w:val="cyan"/>
          <w:u w:val="single"/>
        </w:rPr>
        <w:t xml:space="preserve">which consists in playing on the </w:t>
      </w:r>
      <w:r>
        <w:rPr>
          <w:b/>
          <w:i w:val="0"/>
          <w:smallCaps w:val="0"/>
          <w:strike w:val="0"/>
          <w:sz w:val="22"/>
          <w:highlight w:val="cyan"/>
          <w:u w:val="single"/>
        </w:rPr>
        <w:t xml:space="preserve">ambiguity </w:t>
      </w:r>
      <w:r>
        <w:rPr>
          <w:b w:val="0"/>
          <w:i w:val="0"/>
          <w:smallCaps w:val="0"/>
          <w:strike w:val="0"/>
          <w:sz w:val="22"/>
          <w:highlight w:val="cyan"/>
          <w:u w:val="single"/>
        </w:rPr>
        <w:t xml:space="preserve">of the sign in </w:t>
      </w:r>
      <w:r>
        <w:rPr>
          <w:b w:val="0"/>
          <w:i w:val="0"/>
          <w:smallCaps w:val="0"/>
          <w:strike w:val="0"/>
          <w:sz w:val="22"/>
          <w:highlight w:val="cyan"/>
          <w:u w:val="single"/>
        </w:rPr>
        <w:t>objects, and</w:t>
      </w:r>
      <w:r>
        <w:rPr>
          <w:b w:val="0"/>
          <w:i w:val="0"/>
          <w:smallCaps w:val="0"/>
          <w:strike w:val="0"/>
          <w:sz w:val="22"/>
          <w:highlight w:val="cyan"/>
          <w:u w:val="single"/>
        </w:rPr>
        <w:t xml:space="preserve"> sublimating their status as things of use and as commodities in </w:t>
      </w:r>
      <w:r>
        <w:rPr>
          <w:b/>
          <w:i w:val="0"/>
          <w:smallCaps w:val="0"/>
          <w:strike w:val="0"/>
          <w:sz w:val="22"/>
          <w:highlight w:val="cyan"/>
          <w:u w:val="single"/>
        </w:rPr>
        <w:t>a play upon `ambience'</w:t>
      </w:r>
      <w:r>
        <w:rPr>
          <w:b w:val="0"/>
          <w:i w:val="0"/>
          <w:smallCaps w:val="0"/>
          <w:strike w:val="0"/>
          <w:sz w:val="22"/>
          <w:u w:val="single"/>
        </w:rPr>
        <w:t xml:space="preserve">. </w:t>
      </w:r>
      <w:r>
        <w:rPr>
          <w:b w:val="0"/>
          <w:i w:val="0"/>
          <w:smallCaps w:val="0"/>
          <w:strike w:val="0"/>
          <w:sz w:val="22"/>
          <w:highlight w:val="cyan"/>
          <w:u w:val="single"/>
        </w:rPr>
        <w:t xml:space="preserve">This is generalized </w:t>
      </w:r>
      <w:r>
        <w:rPr>
          <w:b/>
          <w:i w:val="0"/>
          <w:smallCaps w:val="0"/>
          <w:strike w:val="0"/>
          <w:sz w:val="22"/>
          <w:highlight w:val="cyan"/>
          <w:u w:val="single"/>
        </w:rPr>
        <w:t>neo-culture</w:t>
      </w:r>
      <w:r>
        <w:rPr>
          <w:b w:val="0"/>
          <w:i w:val="0"/>
          <w:smallCaps w:val="0"/>
          <w:strike w:val="0"/>
          <w:sz w:val="22"/>
          <w:highlight w:val="cyan"/>
          <w:u w:val="single"/>
        </w:rPr>
        <w:t>, where there is no longer any difference between a delicatessen and an art gallery</w:t>
      </w:r>
      <w:r>
        <w:rPr>
          <w:b w:val="0"/>
          <w:i w:val="0"/>
          <w:smallCaps w:val="0"/>
          <w:strike w:val="0"/>
          <w:sz w:val="16"/>
          <w:u w:val="none"/>
        </w:rPr>
        <w:t xml:space="preserve">, between Playboy and a treatise on </w:t>
      </w:r>
      <w:r>
        <w:rPr>
          <w:b w:val="0"/>
          <w:i w:val="0"/>
          <w:smallCaps w:val="0"/>
          <w:strike w:val="0"/>
          <w:sz w:val="16"/>
          <w:u w:val="none"/>
        </w:rPr>
        <w:t>palaeontology</w:t>
      </w:r>
      <w:r>
        <w:rPr>
          <w:b w:val="0"/>
          <w:i w:val="0"/>
          <w:smallCaps w:val="0"/>
          <w:strike w:val="0"/>
          <w:sz w:val="16"/>
          <w:u w:val="none"/>
        </w:rPr>
        <w:t xml:space="preserve">. And the drugstore is to modernize itself to the point of introducing `grey matter': Just selling products doesn't interest us. We want to put a bit of grey matter in there too ... Three levels. A bar, a </w:t>
      </w:r>
      <w:r>
        <w:rPr>
          <w:b w:val="0"/>
          <w:i w:val="0"/>
          <w:smallCaps w:val="0"/>
          <w:strike w:val="0"/>
          <w:sz w:val="16"/>
          <w:u w:val="none"/>
        </w:rPr>
        <w:t>dancefloor</w:t>
      </w:r>
      <w:r>
        <w:rPr>
          <w:b w:val="0"/>
          <w:i w:val="0"/>
          <w:smallCaps w:val="0"/>
          <w:strike w:val="0"/>
          <w:sz w:val="16"/>
          <w:u w:val="none"/>
        </w:rPr>
        <w:t xml:space="preserve"> and sales outlets. Knick-knacks, records, paperback books, intellectual books, a bit of everything. But we aren't trying to flatter the clientele. We are really offering them `something'. A language laboratory operates on the second level. Among the records and books, you can find the major movements which are stirring our society. Experimental music, tomes which explain our times. This is the `grey matter' that goes with the products we sell. It's a drugstore, then, but a new-style drugstore with something extra -- a little intelligence, perhaps, and a bit of human warmth. The drugstore can become a whole town: this is the case with Parly 2 with its giant shopping </w:t>
      </w:r>
      <w:r>
        <w:rPr>
          <w:b w:val="0"/>
          <w:i w:val="0"/>
          <w:smallCaps w:val="0"/>
          <w:strike w:val="0"/>
          <w:sz w:val="16"/>
          <w:u w:val="none"/>
        </w:rPr>
        <w:t>centre</w:t>
      </w:r>
      <w:r>
        <w:rPr>
          <w:b w:val="0"/>
          <w:i w:val="0"/>
          <w:smallCaps w:val="0"/>
          <w:strike w:val="0"/>
          <w:sz w:val="16"/>
          <w:u w:val="none"/>
        </w:rPr>
        <w:t xml:space="preserve"> in which `art and leisure mingle with everyday life' and each group of residences radiates out from its swimming-pool, where the local clubhouse becomes its focus. A church built `in the round', tennis courts (`the least we could do'), elegant boutiques and a library. The tiniest ski resort borrows this `universalist' model of the drugstore: all activities there are encapsulated in, systematically combined around and </w:t>
      </w:r>
      <w:r>
        <w:rPr>
          <w:b w:val="0"/>
          <w:i w:val="0"/>
          <w:smallCaps w:val="0"/>
          <w:strike w:val="0"/>
          <w:sz w:val="16"/>
          <w:u w:val="none"/>
        </w:rPr>
        <w:t>centred</w:t>
      </w:r>
      <w:r>
        <w:rPr>
          <w:b w:val="0"/>
          <w:i w:val="0"/>
          <w:smallCaps w:val="0"/>
          <w:strike w:val="0"/>
          <w:sz w:val="16"/>
          <w:u w:val="none"/>
        </w:rPr>
        <w:t xml:space="preserve"> on the basic concept of `ambience'. Thus Flaine-la-</w:t>
      </w:r>
      <w:r>
        <w:rPr>
          <w:b w:val="0"/>
          <w:i w:val="0"/>
          <w:smallCaps w:val="0"/>
          <w:strike w:val="0"/>
          <w:sz w:val="16"/>
          <w:u w:val="none"/>
        </w:rPr>
        <w:t>Prodigue</w:t>
      </w:r>
      <w:r>
        <w:rPr>
          <w:b w:val="0"/>
          <w:i w:val="0"/>
          <w:smallCaps w:val="0"/>
          <w:strike w:val="0"/>
          <w:sz w:val="16"/>
          <w:u w:val="none"/>
        </w:rPr>
        <w:t xml:space="preserve"> offers you a complete, all-purpose, combinatorial existence: Our Mont Blanc, our spruce forests; our Olympic runs, our children's `plateau'; our architecture carved, </w:t>
      </w:r>
      <w:r>
        <w:rPr>
          <w:b w:val="0"/>
          <w:i w:val="0"/>
          <w:smallCaps w:val="0"/>
          <w:strike w:val="0"/>
          <w:sz w:val="16"/>
          <w:u w:val="none"/>
        </w:rPr>
        <w:t>chiselled</w:t>
      </w:r>
      <w:r>
        <w:rPr>
          <w:b w:val="0"/>
          <w:i w:val="0"/>
          <w:smallCaps w:val="0"/>
          <w:strike w:val="0"/>
          <w:sz w:val="16"/>
          <w:u w:val="none"/>
        </w:rPr>
        <w:t xml:space="preserve"> and polished like a work of art; the purity of the air we breathe; the refined ambience of our Forum (modelled on the forums of Mediterranean towns. A lively time is to be had there after a day on the slopes. Cafés, restaurants, shops, skating-rinks, a night club, a cinema and a cultural and amusement </w:t>
      </w:r>
      <w:r>
        <w:rPr>
          <w:b w:val="0"/>
          <w:i w:val="0"/>
          <w:smallCaps w:val="0"/>
          <w:strike w:val="0"/>
          <w:sz w:val="16"/>
          <w:u w:val="none"/>
        </w:rPr>
        <w:t>centre</w:t>
      </w:r>
      <w:r>
        <w:rPr>
          <w:b w:val="0"/>
          <w:i w:val="0"/>
          <w:smallCaps w:val="0"/>
          <w:strike w:val="0"/>
          <w:sz w:val="16"/>
          <w:u w:val="none"/>
        </w:rPr>
        <w:t xml:space="preserve"> are all located in the Forum to make the life you live off-piste particularly rich and varied); our internal TV system; our world-scale future (we shall soon be listed as a cultural monument by the Arts Ministry). 32 </w:t>
      </w:r>
      <w:r>
        <w:rPr>
          <w:b w:val="0"/>
          <w:i w:val="0"/>
          <w:smallCaps w:val="0"/>
          <w:strike w:val="0"/>
          <w:sz w:val="22"/>
          <w:u w:val="single"/>
        </w:rPr>
        <w:t xml:space="preserve">We are at the point where </w:t>
      </w:r>
      <w:r>
        <w:rPr>
          <w:b w:val="0"/>
          <w:i w:val="0"/>
          <w:smallCaps w:val="0"/>
          <w:strike w:val="0"/>
          <w:sz w:val="22"/>
          <w:highlight w:val="cyan"/>
          <w:u w:val="single"/>
        </w:rPr>
        <w:t xml:space="preserve">consumption is laying hold of the </w:t>
      </w:r>
      <w:r>
        <w:rPr>
          <w:b/>
          <w:i w:val="0"/>
          <w:smallCaps w:val="0"/>
          <w:strike w:val="0"/>
          <w:sz w:val="22"/>
          <w:highlight w:val="cyan"/>
          <w:u w:val="single"/>
        </w:rPr>
        <w:t>whole of life</w:t>
      </w:r>
      <w:r>
        <w:rPr>
          <w:b w:val="0"/>
          <w:i w:val="0"/>
          <w:smallCaps w:val="0"/>
          <w:strike w:val="0"/>
          <w:sz w:val="22"/>
          <w:u w:val="single"/>
        </w:rPr>
        <w:t xml:space="preserve">, </w:t>
      </w:r>
      <w:r>
        <w:rPr>
          <w:b w:val="0"/>
          <w:i w:val="0"/>
          <w:smallCaps w:val="0"/>
          <w:strike w:val="0"/>
          <w:sz w:val="22"/>
          <w:u w:val="single"/>
        </w:rPr>
        <w:t>where all activities are sequenced in the same combinatorial mode</w:t>
      </w:r>
      <w:r>
        <w:rPr>
          <w:b w:val="0"/>
          <w:i w:val="0"/>
          <w:smallCaps w:val="0"/>
          <w:strike w:val="0"/>
          <w:sz w:val="22"/>
          <w:u w:val="single"/>
        </w:rPr>
        <w:t xml:space="preserve">, </w:t>
      </w:r>
      <w:r>
        <w:rPr>
          <w:b w:val="0"/>
          <w:i w:val="0"/>
          <w:smallCaps w:val="0"/>
          <w:strike w:val="0"/>
          <w:sz w:val="16"/>
          <w:u w:val="none"/>
        </w:rPr>
        <w:t xml:space="preserve">where the course of satisfaction is outlined in advance, hour by hour, where the `environment' is total -- fully air-conditioned, organized, culturalized. </w:t>
      </w:r>
      <w:r>
        <w:rPr>
          <w:b w:val="0"/>
          <w:i w:val="0"/>
          <w:smallCaps w:val="0"/>
          <w:strike w:val="0"/>
          <w:sz w:val="22"/>
          <w:u w:val="single"/>
        </w:rPr>
        <w:t xml:space="preserve">In the phenomenology of consumption, this general `air-conditioning' of life, goods, objects, services, </w:t>
      </w:r>
      <w:r>
        <w:rPr>
          <w:b w:val="0"/>
          <w:i w:val="0"/>
          <w:smallCaps w:val="0"/>
          <w:strike w:val="0"/>
          <w:sz w:val="22"/>
          <w:u w:val="single"/>
        </w:rPr>
        <w:t>behaviour</w:t>
      </w:r>
      <w:r>
        <w:rPr>
          <w:b w:val="0"/>
          <w:i w:val="0"/>
          <w:smallCaps w:val="0"/>
          <w:strike w:val="0"/>
          <w:sz w:val="22"/>
          <w:u w:val="single"/>
        </w:rPr>
        <w:t xml:space="preserve"> and social relations represents the perfected, `consummated'</w:t>
      </w:r>
      <w:r>
        <w:rPr>
          <w:b w:val="0"/>
          <w:i w:val="0"/>
          <w:smallCaps w:val="0"/>
          <w:strike w:val="0"/>
          <w:sz w:val="22"/>
          <w:u w:val="single"/>
        </w:rPr>
        <w:t xml:space="preserve"> [consommé] stage of an evolution which runs from affluence pure and simple, through interconnected networks of objects, to the total conditioning of action and time, and finally to the systematic atmospherics built into those cities of the future that are our drugstores,</w:t>
      </w:r>
      <w:r>
        <w:rPr>
          <w:b w:val="0"/>
          <w:i w:val="0"/>
          <w:smallCaps w:val="0"/>
          <w:strike w:val="0"/>
          <w:sz w:val="16"/>
          <w:u w:val="none"/>
        </w:rPr>
        <w:t xml:space="preserve"> Parly 2s and modern airports. Parly 2 `The biggest shopping </w:t>
      </w:r>
      <w:r>
        <w:rPr>
          <w:b w:val="0"/>
          <w:i w:val="0"/>
          <w:smallCaps w:val="0"/>
          <w:strike w:val="0"/>
          <w:sz w:val="16"/>
          <w:u w:val="none"/>
        </w:rPr>
        <w:t>centre</w:t>
      </w:r>
      <w:r>
        <w:rPr>
          <w:b w:val="0"/>
          <w:i w:val="0"/>
          <w:smallCaps w:val="0"/>
          <w:strike w:val="0"/>
          <w:sz w:val="16"/>
          <w:u w:val="none"/>
        </w:rPr>
        <w:t xml:space="preserve"> in Europe.' `</w:t>
      </w:r>
      <w:r>
        <w:rPr>
          <w:b w:val="0"/>
          <w:i w:val="0"/>
          <w:smallCaps w:val="0"/>
          <w:strike w:val="0"/>
          <w:sz w:val="16"/>
          <w:u w:val="none"/>
        </w:rPr>
        <w:t>Printemps</w:t>
      </w:r>
      <w:r>
        <w:rPr>
          <w:b w:val="0"/>
          <w:i w:val="0"/>
          <w:smallCaps w:val="0"/>
          <w:strike w:val="0"/>
          <w:sz w:val="16"/>
          <w:u w:val="none"/>
        </w:rPr>
        <w:t xml:space="preserve">, BHV, Dior, </w:t>
      </w:r>
      <w:r>
        <w:rPr>
          <w:b w:val="0"/>
          <w:i w:val="0"/>
          <w:smallCaps w:val="0"/>
          <w:strike w:val="0"/>
          <w:sz w:val="16"/>
          <w:u w:val="none"/>
        </w:rPr>
        <w:t>Prisunic</w:t>
      </w:r>
      <w:r>
        <w:rPr>
          <w:b w:val="0"/>
          <w:i w:val="0"/>
          <w:smallCaps w:val="0"/>
          <w:strike w:val="0"/>
          <w:sz w:val="16"/>
          <w:u w:val="none"/>
        </w:rPr>
        <w:t xml:space="preserve">, Lanvin, Franck et Fils, </w:t>
      </w:r>
      <w:r>
        <w:rPr>
          <w:b w:val="0"/>
          <w:i w:val="0"/>
          <w:smallCaps w:val="0"/>
          <w:strike w:val="0"/>
          <w:sz w:val="16"/>
          <w:u w:val="none"/>
        </w:rPr>
        <w:t>Hédiard</w:t>
      </w:r>
      <w:r>
        <w:rPr>
          <w:b w:val="0"/>
          <w:i w:val="0"/>
          <w:smallCaps w:val="0"/>
          <w:strike w:val="0"/>
          <w:sz w:val="16"/>
          <w:u w:val="none"/>
        </w:rPr>
        <w:t>, two cinemas, a drugstore, a Suma supermarket, a hundred other shops -- all in a single location!' In the choice of shops, from grocery to high fashion, two imperatives: commercial dynamism and aesthetic sense. The famous slogan, `Ugliness doesn't sell', is now passé. It might be replaced by: `The beauty of the setting is the prime requirement for happy living.' A two-</w:t>
      </w:r>
      <w:r>
        <w:rPr>
          <w:b w:val="0"/>
          <w:i w:val="0"/>
          <w:smallCaps w:val="0"/>
          <w:strike w:val="0"/>
          <w:sz w:val="16"/>
          <w:u w:val="none"/>
        </w:rPr>
        <w:t>storey</w:t>
      </w:r>
      <w:r>
        <w:rPr>
          <w:b w:val="0"/>
          <w:i w:val="0"/>
          <w:smallCaps w:val="0"/>
          <w:strike w:val="0"/>
          <w:sz w:val="16"/>
          <w:u w:val="none"/>
        </w:rPr>
        <w:t xml:space="preserve"> structure organized around a central mall, which is the </w:t>
      </w:r>
      <w:r>
        <w:rPr>
          <w:b w:val="0"/>
          <w:i w:val="0"/>
          <w:smallCaps w:val="0"/>
          <w:strike w:val="0"/>
          <w:sz w:val="16"/>
          <w:u w:val="none"/>
        </w:rPr>
        <w:t>splitlevel</w:t>
      </w:r>
      <w:r>
        <w:rPr>
          <w:b w:val="0"/>
          <w:i w:val="0"/>
          <w:smallCaps w:val="0"/>
          <w:strike w:val="0"/>
          <w:sz w:val="16"/>
          <w:u w:val="none"/>
        </w:rPr>
        <w:t xml:space="preserve"> main thoroughfare -- the triumphal avenue. Small-- and </w:t>
      </w:r>
      <w:r>
        <w:rPr>
          <w:b w:val="0"/>
          <w:i w:val="0"/>
          <w:smallCaps w:val="0"/>
          <w:strike w:val="0"/>
          <w:sz w:val="16"/>
          <w:u w:val="none"/>
        </w:rPr>
        <w:t>large--scale</w:t>
      </w:r>
      <w:r>
        <w:rPr>
          <w:b w:val="0"/>
          <w:i w:val="0"/>
          <w:smallCaps w:val="0"/>
          <w:strike w:val="0"/>
          <w:sz w:val="16"/>
          <w:u w:val="none"/>
        </w:rPr>
        <w:t xml:space="preserve"> traders reconciled. The modern pace of life reconciled with age-old idle wandering. The unprecedented comfort of strolling among shops whose tempting wares are openly displayed on the mall, without even a </w:t>
      </w:r>
      <w:r>
        <w:rPr>
          <w:b w:val="0"/>
          <w:i w:val="0"/>
          <w:smallCaps w:val="0"/>
          <w:strike w:val="0"/>
          <w:sz w:val="16"/>
          <w:u w:val="none"/>
        </w:rPr>
        <w:t>shop-window</w:t>
      </w:r>
      <w:r>
        <w:rPr>
          <w:b w:val="0"/>
          <w:i w:val="0"/>
          <w:smallCaps w:val="0"/>
          <w:strike w:val="0"/>
          <w:sz w:val="16"/>
          <w:u w:val="none"/>
        </w:rPr>
        <w:t xml:space="preserve"> for a screen, the mall itself being a combination of the rue de la Paix and the </w:t>
      </w:r>
      <w:r>
        <w:rPr>
          <w:b w:val="0"/>
          <w:i w:val="0"/>
          <w:smallCaps w:val="0"/>
          <w:strike w:val="0"/>
          <w:sz w:val="16"/>
          <w:u w:val="none"/>
        </w:rPr>
        <w:t xml:space="preserve">Champs-- </w:t>
      </w:r>
      <w:r>
        <w:rPr>
          <w:b w:val="0"/>
          <w:i w:val="0"/>
          <w:smallCaps w:val="0"/>
          <w:strike w:val="0"/>
          <w:sz w:val="16"/>
          <w:u w:val="none"/>
        </w:rPr>
        <w:t>Elysées</w:t>
      </w:r>
      <w:r>
        <w:rPr>
          <w:b w:val="0"/>
          <w:i w:val="0"/>
          <w:smallCaps w:val="0"/>
          <w:strike w:val="0"/>
          <w:sz w:val="16"/>
          <w:u w:val="none"/>
        </w:rPr>
        <w:t xml:space="preserve">. Adorned with fountains, artificial trees, pavilions and benches, it is wholly exempt from changes of season or bad weather: an exceptional system of climate control, requiring 13 </w:t>
      </w:r>
      <w:r>
        <w:rPr>
          <w:b w:val="0"/>
          <w:i w:val="0"/>
          <w:smallCaps w:val="0"/>
          <w:strike w:val="0"/>
          <w:sz w:val="16"/>
          <w:u w:val="none"/>
        </w:rPr>
        <w:t>kilometres</w:t>
      </w:r>
      <w:r>
        <w:rPr>
          <w:b w:val="0"/>
          <w:i w:val="0"/>
          <w:smallCaps w:val="0"/>
          <w:strike w:val="0"/>
          <w:sz w:val="16"/>
          <w:u w:val="none"/>
        </w:rPr>
        <w:t xml:space="preserve"> of air-conditioning ducts, makes for perpetual springtime. Not only can you buy anything here, from shoelaces to an airline ticket; not only can you find insurance companies and cinemas, banks or medical services, bridge clubs and art exhibitions, but you are not a slave to the clock. The mall, like any street, is accessible night and day, seven days a week. Naturally, for those who want it, the </w:t>
      </w:r>
      <w:r>
        <w:rPr>
          <w:b w:val="0"/>
          <w:i w:val="0"/>
          <w:smallCaps w:val="0"/>
          <w:strike w:val="0"/>
          <w:sz w:val="16"/>
          <w:u w:val="none"/>
        </w:rPr>
        <w:t>centre</w:t>
      </w:r>
      <w:r>
        <w:rPr>
          <w:b w:val="0"/>
          <w:i w:val="0"/>
          <w:smallCaps w:val="0"/>
          <w:strike w:val="0"/>
          <w:sz w:val="16"/>
          <w:u w:val="none"/>
        </w:rPr>
        <w:t xml:space="preserve"> has introduced the most modern style of payment: the `credit card'. This frees shoppers from cheques or cash -- and even from financial difficulties. To pay, you just show your card and sign the bill. There's nothing more to it. And every month you get a statement which you can pay off in full or in monthly instalments. In this marriage of comfort, beauty and efficiency, the </w:t>
      </w:r>
      <w:r>
        <w:rPr>
          <w:b w:val="0"/>
          <w:i w:val="0"/>
          <w:smallCaps w:val="0"/>
          <w:strike w:val="0"/>
          <w:sz w:val="16"/>
          <w:u w:val="none"/>
        </w:rPr>
        <w:t>Parlysians</w:t>
      </w:r>
      <w:r>
        <w:rPr>
          <w:b w:val="0"/>
          <w:i w:val="0"/>
          <w:smallCaps w:val="0"/>
          <w:strike w:val="0"/>
          <w:sz w:val="16"/>
          <w:u w:val="none"/>
        </w:rPr>
        <w:t xml:space="preserve"> are discovering the material conditions of happiness which our anarchic cities denied them. </w:t>
      </w:r>
      <w:r>
        <w:rPr>
          <w:b w:val="0"/>
          <w:i w:val="0"/>
          <w:smallCaps w:val="0"/>
          <w:strike w:val="0"/>
          <w:sz w:val="22"/>
          <w:highlight w:val="cyan"/>
          <w:u w:val="single"/>
        </w:rPr>
        <w:t xml:space="preserve">We are here at the heart of consumption as </w:t>
      </w:r>
      <w:r>
        <w:rPr>
          <w:b w:val="0"/>
          <w:i w:val="0"/>
          <w:smallCaps w:val="0"/>
          <w:strike w:val="0"/>
          <w:sz w:val="22"/>
          <w:u w:val="single"/>
        </w:rPr>
        <w:t>total organization of everyday life</w:t>
      </w:r>
      <w:r>
        <w:rPr>
          <w:b/>
          <w:i w:val="0"/>
          <w:smallCaps w:val="0"/>
          <w:strike w:val="0"/>
          <w:sz w:val="22"/>
          <w:u w:val="single"/>
        </w:rPr>
        <w:t>,</w:t>
      </w:r>
      <w:r>
        <w:rPr>
          <w:b/>
          <w:i w:val="0"/>
          <w:smallCaps w:val="0"/>
          <w:strike w:val="0"/>
          <w:sz w:val="22"/>
          <w:highlight w:val="cyan"/>
          <w:u w:val="single"/>
        </w:rPr>
        <w:t xml:space="preserve"> total homogenization,</w:t>
      </w:r>
      <w:r>
        <w:rPr>
          <w:b w:val="0"/>
          <w:i w:val="0"/>
          <w:smallCaps w:val="0"/>
          <w:strike w:val="0"/>
          <w:sz w:val="22"/>
          <w:highlight w:val="cyan"/>
          <w:u w:val="single"/>
        </w:rPr>
        <w:t xml:space="preserve"> where everything is taken over and superseded in the ease and </w:t>
      </w:r>
      <w:r>
        <w:rPr>
          <w:b/>
          <w:i w:val="0"/>
          <w:smallCaps w:val="0"/>
          <w:strike w:val="0"/>
          <w:sz w:val="22"/>
          <w:highlight w:val="cyan"/>
          <w:u w:val="single"/>
        </w:rPr>
        <w:t>translucidity</w:t>
      </w:r>
      <w:r>
        <w:rPr>
          <w:b/>
          <w:i w:val="0"/>
          <w:smallCaps w:val="0"/>
          <w:strike w:val="0"/>
          <w:sz w:val="22"/>
          <w:highlight w:val="cyan"/>
          <w:u w:val="single"/>
        </w:rPr>
        <w:t xml:space="preserve"> of an abstract `happiness',</w:t>
      </w:r>
      <w:r>
        <w:rPr>
          <w:b w:val="0"/>
          <w:i w:val="0"/>
          <w:smallCaps w:val="0"/>
          <w:strike w:val="0"/>
          <w:sz w:val="22"/>
          <w:highlight w:val="cyan"/>
          <w:u w:val="single"/>
        </w:rPr>
        <w:t xml:space="preserve"> defined solely by the resolution of tensions</w:t>
      </w:r>
      <w:r>
        <w:rPr>
          <w:b w:val="0"/>
          <w:i w:val="0"/>
          <w:smallCaps w:val="0"/>
          <w:strike w:val="0"/>
          <w:sz w:val="16"/>
          <w:u w:val="none"/>
        </w:rPr>
        <w:t xml:space="preserve">. The drugstore writ large in the form of the shopping </w:t>
      </w:r>
      <w:r>
        <w:rPr>
          <w:b w:val="0"/>
          <w:i w:val="0"/>
          <w:smallCaps w:val="0"/>
          <w:strike w:val="0"/>
          <w:sz w:val="16"/>
          <w:u w:val="none"/>
        </w:rPr>
        <w:t>centre</w:t>
      </w:r>
      <w:r>
        <w:rPr>
          <w:b w:val="0"/>
          <w:i w:val="0"/>
          <w:smallCaps w:val="0"/>
          <w:strike w:val="0"/>
          <w:sz w:val="16"/>
          <w:u w:val="none"/>
        </w:rPr>
        <w:t xml:space="preserve">, </w:t>
      </w:r>
      <w:r>
        <w:rPr>
          <w:b w:val="0"/>
          <w:i w:val="0"/>
          <w:smallCaps w:val="0"/>
          <w:strike w:val="0"/>
          <w:sz w:val="22"/>
          <w:u w:val="single"/>
        </w:rPr>
        <w:t xml:space="preserve">the city of the future, is the sublimate of all real life, of all objective social life, in which not only </w:t>
      </w:r>
      <w:r>
        <w:rPr>
          <w:b w:val="0"/>
          <w:i w:val="0"/>
          <w:smallCaps w:val="0"/>
          <w:strike w:val="0"/>
          <w:sz w:val="22"/>
          <w:u w:val="single"/>
        </w:rPr>
        <w:t>work</w:t>
      </w:r>
      <w:r>
        <w:rPr>
          <w:b w:val="0"/>
          <w:i w:val="0"/>
          <w:smallCaps w:val="0"/>
          <w:strike w:val="0"/>
          <w:sz w:val="22"/>
          <w:u w:val="single"/>
        </w:rPr>
        <w:t xml:space="preserve"> and money disappear, but also the seasons, those distant vestiges of a cycle which has at last also been homogenized!</w:t>
      </w:r>
      <w:r>
        <w:rPr>
          <w:b w:val="0"/>
          <w:i w:val="0"/>
          <w:smallCaps w:val="0"/>
          <w:strike w:val="0"/>
          <w:sz w:val="16"/>
          <w:u w:val="none"/>
        </w:rPr>
        <w:t xml:space="preserve"> </w:t>
      </w:r>
      <w:r>
        <w:rPr>
          <w:b w:val="0"/>
          <w:i w:val="0"/>
          <w:smallCaps w:val="0"/>
          <w:strike w:val="0"/>
          <w:sz w:val="22"/>
          <w:u w:val="single"/>
        </w:rPr>
        <w:t>Work, leisure, nature and culture: all these things which were once dispersed, which once generated anxiety and complexity in real life, in our `anarchic and archaic towns and cities'</w:t>
      </w:r>
      <w:r>
        <w:rPr>
          <w:b w:val="0"/>
          <w:i w:val="0"/>
          <w:smallCaps w:val="0"/>
          <w:strike w:val="0"/>
          <w:sz w:val="16"/>
          <w:u w:val="none"/>
        </w:rPr>
        <w:t xml:space="preserve">, all these sundered activities, these activities which were more or less irreducible one to another, </w:t>
      </w:r>
      <w:r>
        <w:rPr>
          <w:b w:val="0"/>
          <w:i w:val="0"/>
          <w:smallCaps w:val="0"/>
          <w:strike w:val="0"/>
          <w:sz w:val="22"/>
          <w:u w:val="single"/>
        </w:rPr>
        <w:t>are now at last mixed and blended, climatized and homogenized in the same sweeping vista of perpetual shopping.</w:t>
      </w:r>
      <w:r>
        <w:rPr>
          <w:b w:val="0"/>
          <w:i w:val="0"/>
          <w:smallCaps w:val="0"/>
          <w:strike w:val="0"/>
          <w:sz w:val="16"/>
          <w:u w:val="none"/>
        </w:rPr>
        <w:t xml:space="preserve"> All are now rendered sexless in the same hermaphroditic ambience of fashion! All at last digested and turned into the same homogeneous </w:t>
      </w:r>
      <w:r>
        <w:rPr>
          <w:b w:val="0"/>
          <w:i w:val="0"/>
          <w:smallCaps w:val="0"/>
          <w:strike w:val="0"/>
          <w:sz w:val="16"/>
          <w:u w:val="none"/>
        </w:rPr>
        <w:t>faecal</w:t>
      </w:r>
      <w:r>
        <w:rPr>
          <w:b w:val="0"/>
          <w:i w:val="0"/>
          <w:smallCaps w:val="0"/>
          <w:strike w:val="0"/>
          <w:sz w:val="16"/>
          <w:u w:val="none"/>
        </w:rPr>
        <w:t xml:space="preserve"> matter (naturally enough, this occurs precisely under the sign of the disappearance of liquid cash -- too visible a symbol still of the real </w:t>
      </w:r>
      <w:r>
        <w:rPr>
          <w:b w:val="0"/>
          <w:i w:val="0"/>
          <w:smallCaps w:val="0"/>
          <w:strike w:val="0"/>
          <w:sz w:val="16"/>
          <w:u w:val="none"/>
        </w:rPr>
        <w:t>faecality</w:t>
      </w:r>
      <w:r>
        <w:rPr>
          <w:b w:val="0"/>
          <w:i w:val="0"/>
          <w:smallCaps w:val="0"/>
          <w:strike w:val="0"/>
          <w:sz w:val="16"/>
          <w:u w:val="none"/>
        </w:rPr>
        <w:t xml:space="preserve"> of real life, and of the economic and social contradictions which once inhabited it). That is all over now. Controlled, lubricated, consumed </w:t>
      </w:r>
      <w:r>
        <w:rPr>
          <w:b w:val="0"/>
          <w:i w:val="0"/>
          <w:smallCaps w:val="0"/>
          <w:strike w:val="0"/>
          <w:sz w:val="16"/>
          <w:u w:val="none"/>
        </w:rPr>
        <w:t>faecality</w:t>
      </w:r>
      <w:r>
        <w:rPr>
          <w:b w:val="0"/>
          <w:i w:val="0"/>
          <w:smallCaps w:val="0"/>
          <w:strike w:val="0"/>
          <w:sz w:val="16"/>
          <w:u w:val="none"/>
        </w:rPr>
        <w:t xml:space="preserve"> has passed into things; it seeps everywhere into the indistinctness of things and social relations. Just as the gods of all countries coexisted </w:t>
      </w:r>
      <w:r>
        <w:rPr>
          <w:b w:val="0"/>
          <w:i w:val="0"/>
          <w:smallCaps w:val="0"/>
          <w:strike w:val="0"/>
          <w:sz w:val="16"/>
          <w:u w:val="none"/>
        </w:rPr>
        <w:t>syncretically</w:t>
      </w:r>
      <w:r>
        <w:rPr>
          <w:b w:val="0"/>
          <w:i w:val="0"/>
          <w:smallCaps w:val="0"/>
          <w:strike w:val="0"/>
          <w:sz w:val="16"/>
          <w:u w:val="none"/>
        </w:rPr>
        <w:t xml:space="preserve"> in the Roman Pantheon in an immense `digest', so all the gods -- or demons -- of consumption have come together in our Super Shopping Centre, which is our Pantheon -- or </w:t>
      </w:r>
      <w:r>
        <w:rPr>
          <w:b w:val="0"/>
          <w:i w:val="0"/>
          <w:smallCaps w:val="0"/>
          <w:strike w:val="0"/>
          <w:sz w:val="16"/>
          <w:u w:val="none"/>
        </w:rPr>
        <w:t>Pandaemonium</w:t>
      </w:r>
      <w:r>
        <w:rPr>
          <w:b w:val="0"/>
          <w:i w:val="0"/>
          <w:smallCaps w:val="0"/>
          <w:strike w:val="0"/>
          <w:sz w:val="16"/>
          <w:u w:val="none"/>
        </w:rPr>
        <w:t xml:space="preserve">. In other words, </w:t>
      </w:r>
      <w:r>
        <w:rPr>
          <w:b w:val="0"/>
          <w:i w:val="0"/>
          <w:smallCaps w:val="0"/>
          <w:strike w:val="0"/>
          <w:sz w:val="22"/>
          <w:highlight w:val="cyan"/>
          <w:u w:val="single"/>
        </w:rPr>
        <w:t xml:space="preserve">all activities, </w:t>
      </w:r>
      <w:r>
        <w:rPr>
          <w:b w:val="0"/>
          <w:i w:val="0"/>
          <w:smallCaps w:val="0"/>
          <w:strike w:val="0"/>
          <w:sz w:val="22"/>
          <w:highlight w:val="cyan"/>
          <w:u w:val="single"/>
        </w:rPr>
        <w:t>labour</w:t>
      </w:r>
      <w:r>
        <w:rPr>
          <w:b w:val="0"/>
          <w:i w:val="0"/>
          <w:smallCaps w:val="0"/>
          <w:strike w:val="0"/>
          <w:sz w:val="22"/>
          <w:highlight w:val="cyan"/>
          <w:u w:val="single"/>
        </w:rPr>
        <w:t>, conflicts and seasons have been</w:t>
      </w:r>
      <w:r>
        <w:rPr>
          <w:b/>
          <w:i w:val="0"/>
          <w:smallCaps w:val="0"/>
          <w:strike w:val="0"/>
          <w:sz w:val="22"/>
          <w:u w:val="single"/>
        </w:rPr>
        <w:t xml:space="preserve"> </w:t>
      </w:r>
      <w:r>
        <w:rPr>
          <w:b/>
          <w:i w:val="0"/>
          <w:smallCaps w:val="0"/>
          <w:strike w:val="0"/>
          <w:sz w:val="22"/>
          <w:highlight w:val="cyan"/>
          <w:u w:val="single"/>
        </w:rPr>
        <w:t>united</w:t>
      </w:r>
      <w:r>
        <w:rPr>
          <w:b/>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 xml:space="preserve">abolished </w:t>
      </w:r>
      <w:r>
        <w:rPr>
          <w:b w:val="0"/>
          <w:i w:val="0"/>
          <w:smallCaps w:val="0"/>
          <w:strike w:val="0"/>
          <w:sz w:val="22"/>
          <w:highlight w:val="cyan"/>
          <w:u w:val="single"/>
        </w:rPr>
        <w:t>in the same abstraction</w:t>
      </w:r>
      <w:r>
        <w:rPr>
          <w:b w:val="0"/>
          <w:i w:val="0"/>
          <w:smallCaps w:val="0"/>
          <w:strike w:val="0"/>
          <w:sz w:val="22"/>
          <w:u w:val="single"/>
        </w:rPr>
        <w:t xml:space="preserve">. </w:t>
      </w:r>
      <w:r>
        <w:rPr>
          <w:b w:val="0"/>
          <w:i w:val="0"/>
          <w:smallCaps w:val="0"/>
          <w:strike w:val="0"/>
          <w:sz w:val="22"/>
          <w:highlight w:val="cyan"/>
          <w:u w:val="single"/>
        </w:rPr>
        <w:t>The substance of life unified in this way,</w:t>
      </w:r>
      <w:r>
        <w:rPr>
          <w:b w:val="0"/>
          <w:i w:val="0"/>
          <w:smallCaps w:val="0"/>
          <w:strike w:val="0"/>
          <w:sz w:val="22"/>
          <w:u w:val="single"/>
        </w:rPr>
        <w:t xml:space="preserve"> in this universal digest, </w:t>
      </w:r>
      <w:r>
        <w:rPr>
          <w:b/>
          <w:i w:val="0"/>
          <w:smallCaps w:val="0"/>
          <w:strike w:val="0"/>
          <w:sz w:val="22"/>
          <w:highlight w:val="cyan"/>
          <w:u w:val="single"/>
        </w:rPr>
        <w:t>can no longer have in it any meaning</w:t>
      </w:r>
      <w:r>
        <w:rPr>
          <w:b w:val="0"/>
          <w:i w:val="0"/>
          <w:smallCaps w:val="0"/>
          <w:strike w:val="0"/>
          <w:sz w:val="22"/>
          <w:u w:val="single"/>
        </w:rPr>
        <w:t xml:space="preserve">: </w:t>
      </w:r>
      <w:r>
        <w:rPr>
          <w:b w:val="0"/>
          <w:i w:val="0"/>
          <w:smallCaps w:val="0"/>
          <w:strike w:val="0"/>
          <w:sz w:val="16"/>
          <w:u w:val="none"/>
        </w:rPr>
        <w:t xml:space="preserve">what constituted the dreamwork, the </w:t>
      </w:r>
      <w:r>
        <w:rPr>
          <w:b w:val="0"/>
          <w:i w:val="0"/>
          <w:smallCaps w:val="0"/>
          <w:strike w:val="0"/>
          <w:sz w:val="16"/>
          <w:u w:val="none"/>
        </w:rPr>
        <w:t>labour</w:t>
      </w:r>
      <w:r>
        <w:rPr>
          <w:b w:val="0"/>
          <w:i w:val="0"/>
          <w:smallCaps w:val="0"/>
          <w:strike w:val="0"/>
          <w:sz w:val="16"/>
          <w:u w:val="none"/>
        </w:rPr>
        <w:t xml:space="preserve"> of poetry and of meaning -- in other words, </w:t>
      </w:r>
      <w:r>
        <w:rPr>
          <w:b w:val="0"/>
          <w:i w:val="0"/>
          <w:smallCaps w:val="0"/>
          <w:strike w:val="0"/>
          <w:sz w:val="22"/>
          <w:highlight w:val="cyan"/>
          <w:u w:val="single"/>
        </w:rPr>
        <w:t>the grand schemata of displacement and condensation</w:t>
      </w:r>
      <w:r>
        <w:rPr>
          <w:b w:val="0"/>
          <w:i w:val="0"/>
          <w:smallCaps w:val="0"/>
          <w:strike w:val="0"/>
          <w:sz w:val="22"/>
          <w:u w:val="single"/>
        </w:rPr>
        <w:t xml:space="preserve">, the great figures </w:t>
      </w:r>
      <w:r>
        <w:rPr>
          <w:b w:val="0"/>
          <w:i w:val="0"/>
          <w:smallCaps w:val="0"/>
          <w:strike w:val="0"/>
          <w:sz w:val="22"/>
          <w:highlight w:val="cyan"/>
          <w:u w:val="single"/>
        </w:rPr>
        <w:t>of metaphor and contradiction</w:t>
      </w:r>
      <w:r>
        <w:rPr>
          <w:b w:val="0"/>
          <w:i w:val="0"/>
          <w:smallCaps w:val="0"/>
          <w:strike w:val="0"/>
          <w:sz w:val="22"/>
          <w:u w:val="single"/>
        </w:rPr>
        <w:t xml:space="preserve">, which are based on the living interconnection of distinct elements -- </w:t>
      </w:r>
      <w:r>
        <w:rPr>
          <w:b w:val="0"/>
          <w:i w:val="0"/>
          <w:smallCaps w:val="0"/>
          <w:strike w:val="0"/>
          <w:sz w:val="22"/>
          <w:highlight w:val="cyan"/>
          <w:u w:val="single"/>
        </w:rPr>
        <w:t>is no longer possible</w:t>
      </w:r>
      <w:r>
        <w:rPr>
          <w:b w:val="0"/>
          <w:i w:val="0"/>
          <w:smallCaps w:val="0"/>
          <w:strike w:val="0"/>
          <w:sz w:val="22"/>
          <w:u w:val="single"/>
        </w:rPr>
        <w:t xml:space="preserve">. </w:t>
      </w:r>
      <w:r>
        <w:rPr>
          <w:b w:val="0"/>
          <w:i w:val="0"/>
          <w:smallCaps w:val="0"/>
          <w:strike w:val="0"/>
          <w:sz w:val="22"/>
          <w:highlight w:val="cyan"/>
          <w:u w:val="single"/>
        </w:rPr>
        <w:t>The eternal substitution of homogeneous elements now reigns unchallenged.</w:t>
      </w:r>
      <w:r>
        <w:rPr>
          <w:b w:val="0"/>
          <w:i w:val="0"/>
          <w:smallCaps w:val="0"/>
          <w:strike w:val="0"/>
          <w:sz w:val="22"/>
          <w:u w:val="single"/>
        </w:rPr>
        <w:t xml:space="preserve"> </w:t>
      </w:r>
      <w:r>
        <w:rPr>
          <w:b w:val="0"/>
          <w:i w:val="0"/>
          <w:smallCaps w:val="0"/>
          <w:strike w:val="0"/>
          <w:sz w:val="22"/>
          <w:highlight w:val="cyan"/>
          <w:u w:val="single"/>
        </w:rPr>
        <w:t xml:space="preserve">There is no longer any symbolic function, but merely an eternal </w:t>
      </w:r>
      <w:r>
        <w:rPr>
          <w:b w:val="0"/>
          <w:i w:val="0"/>
          <w:smallCaps w:val="0"/>
          <w:strike w:val="0"/>
          <w:sz w:val="22"/>
          <w:highlight w:val="cyan"/>
          <w:u w:val="single"/>
        </w:rPr>
        <w:t>combinatory</w:t>
      </w:r>
      <w:r>
        <w:rPr>
          <w:b w:val="0"/>
          <w:i w:val="0"/>
          <w:smallCaps w:val="0"/>
          <w:strike w:val="0"/>
          <w:sz w:val="22"/>
          <w:highlight w:val="cyan"/>
          <w:u w:val="single"/>
        </w:rPr>
        <w:t xml:space="preserve"> of `ambience' in a </w:t>
      </w:r>
      <w:r>
        <w:rPr>
          <w:b/>
          <w:i w:val="0"/>
          <w:smallCaps w:val="0"/>
          <w:strike w:val="0"/>
          <w:sz w:val="22"/>
          <w:highlight w:val="cyan"/>
          <w:u w:val="single"/>
        </w:rPr>
        <w:t>perpetual springtime.</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