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Xenofeminism</w:t>
      </w:r>
      <w:r>
        <w:rPr>
          <w:b/>
          <w:i w:val="0"/>
          <w:smallCaps w:val="0"/>
          <w:strike w:val="0"/>
          <w:sz w:val="26"/>
          <w:u w:val="none"/>
        </w:rPr>
        <w:t xml:space="preserve"> </w:t>
      </w:r>
    </w:p>
    <w:p>
      <w:pPr>
        <w:spacing w:after="80"/>
      </w:pPr>
      <w:r>
        <w:rPr>
          <w:b/>
          <w:i w:val="0"/>
          <w:smallCaps w:val="0"/>
          <w:strike w:val="0"/>
          <w:sz w:val="26"/>
          <w:u w:val="none"/>
        </w:rPr>
        <w:t>Laboria</w:t>
      </w:r>
      <w:r>
        <w:rPr>
          <w:b/>
          <w:i w:val="0"/>
          <w:smallCaps w:val="0"/>
          <w:strike w:val="0"/>
          <w:sz w:val="26"/>
          <w:u w:val="none"/>
        </w:rPr>
        <w:t xml:space="preserve"> </w:t>
      </w:r>
      <w:r>
        <w:rPr>
          <w:b/>
          <w:i w:val="0"/>
          <w:smallCaps w:val="0"/>
          <w:strike w:val="0"/>
          <w:sz w:val="26"/>
          <w:u w:val="none"/>
        </w:rPr>
        <w:t>Cuboniks</w:t>
      </w:r>
      <w:r>
        <w:rPr>
          <w:b/>
          <w:i w:val="0"/>
          <w:smallCaps w:val="0"/>
          <w:strike w:val="0"/>
          <w:sz w:val="26"/>
          <w:u w:val="none"/>
        </w:rPr>
        <w:t xml:space="preserve"> 18</w:t>
      </w:r>
      <w:r>
        <w:rPr>
          <w:b w:val="0"/>
          <w:i w:val="0"/>
          <w:smallCaps w:val="0"/>
          <w:strike w:val="0"/>
          <w:u w:val="none"/>
        </w:rPr>
        <w:t xml:space="preserve"> (</w:t>
      </w:r>
      <w:r>
        <w:rPr>
          <w:b w:val="0"/>
          <w:i w:val="0"/>
          <w:smallCaps w:val="0"/>
          <w:strike w:val="0"/>
          <w:u w:val="none"/>
        </w:rPr>
        <w:t>Laboria</w:t>
      </w:r>
      <w:r>
        <w:rPr>
          <w:b w:val="0"/>
          <w:i w:val="0"/>
          <w:smallCaps w:val="0"/>
          <w:strike w:val="0"/>
          <w:u w:val="none"/>
        </w:rPr>
        <w:t xml:space="preserve"> </w:t>
      </w:r>
      <w:r>
        <w:rPr>
          <w:b w:val="0"/>
          <w:i w:val="0"/>
          <w:smallCaps w:val="0"/>
          <w:strike w:val="0"/>
          <w:u w:val="none"/>
        </w:rPr>
        <w:t>Cuboniks</w:t>
      </w:r>
      <w:r>
        <w:rPr>
          <w:b w:val="0"/>
          <w:i w:val="0"/>
          <w:smallCaps w:val="0"/>
          <w:strike w:val="0"/>
          <w:u w:val="none"/>
        </w:rPr>
        <w:t xml:space="preserve"> is a </w:t>
      </w:r>
      <w:r>
        <w:rPr>
          <w:b w:val="0"/>
          <w:i w:val="0"/>
          <w:smallCaps w:val="0"/>
          <w:strike w:val="0"/>
          <w:u w:val="none"/>
        </w:rPr>
        <w:t>Xenofeminist</w:t>
      </w:r>
      <w:r>
        <w:rPr>
          <w:b w:val="0"/>
          <w:i w:val="0"/>
          <w:smallCaps w:val="0"/>
          <w:strike w:val="0"/>
          <w:u w:val="none"/>
        </w:rPr>
        <w:t xml:space="preserve"> collective made up of Diann Bauer, Helen Hester, Amy Ireland, Patricia Reed, Katrina Burch and Lucca Fraser</w:t>
      </w:r>
      <w:r>
        <w:rPr>
          <w:b w:val="0"/>
          <w:i w:val="0"/>
          <w:smallCaps w:val="0"/>
          <w:strike w:val="0"/>
          <w:u w:val="none"/>
        </w:rPr>
        <w:t>,</w:t>
      </w:r>
      <w:r>
        <w:rPr>
          <w:b w:val="0"/>
          <w:i/>
          <w:smallCaps w:val="0"/>
          <w:strike w:val="0"/>
          <w:u w:val="none"/>
        </w:rPr>
        <w:t xml:space="preserve"> The </w:t>
      </w:r>
      <w:r>
        <w:rPr>
          <w:b w:val="0"/>
          <w:i/>
          <w:smallCaps w:val="0"/>
          <w:strike w:val="0"/>
          <w:u w:val="none"/>
        </w:rPr>
        <w:t>Xenofeminist</w:t>
      </w:r>
      <w:r>
        <w:rPr>
          <w:b w:val="0"/>
          <w:i/>
          <w:smallCaps w:val="0"/>
          <w:strike w:val="0"/>
          <w:u w:val="none"/>
        </w:rPr>
        <w:t xml:space="preserve"> Manifesto: A Politics for Alienation</w:t>
      </w:r>
      <w:r>
        <w:rPr>
          <w:b w:val="0"/>
          <w:i w:val="0"/>
          <w:smallCaps w:val="0"/>
          <w:strike w:val="0"/>
          <w:u w:val="none"/>
        </w:rPr>
        <w:t xml:space="preserve">) - </w:t>
      </w:r>
      <w:r>
        <w:rPr>
          <w:b w:val="0"/>
          <w:i w:val="0"/>
          <w:smallCaps w:val="0"/>
          <w:strike w:val="0"/>
          <w:u w:val="none"/>
        </w:rPr>
        <w:t>pso</w:t>
      </w:r>
    </w:p>
    <w:p>
      <w:pPr>
        <w:spacing w:after="60"/>
      </w:pPr>
      <w:r>
        <w:rPr>
          <w:b w:val="0"/>
          <w:i w:val="0"/>
          <w:smallCaps w:val="0"/>
          <w:strike w:val="0"/>
          <w:sz w:val="22"/>
          <w:highlight w:val="cyan"/>
          <w:u w:val="single"/>
        </w:rPr>
        <w:t>Our</w:t>
      </w:r>
      <w:r>
        <w:rPr>
          <w:b w:val="0"/>
          <w:i w:val="0"/>
          <w:smallCaps w:val="0"/>
          <w:strike w:val="0"/>
          <w:sz w:val="22"/>
          <w:u w:val="single"/>
        </w:rPr>
        <w:t>s</w:t>
      </w:r>
      <w:r>
        <w:rPr>
          <w:b w:val="0"/>
          <w:i w:val="0"/>
          <w:smallCaps w:val="0"/>
          <w:strike w:val="0"/>
          <w:sz w:val="22"/>
          <w:u w:val="single"/>
        </w:rPr>
        <w:t xml:space="preserve"> is a </w:t>
      </w:r>
      <w:r>
        <w:rPr>
          <w:b w:val="0"/>
          <w:i w:val="0"/>
          <w:smallCaps w:val="0"/>
          <w:strike w:val="0"/>
          <w:sz w:val="22"/>
          <w:highlight w:val="cyan"/>
          <w:u w:val="single"/>
        </w:rPr>
        <w:t>world</w:t>
      </w:r>
      <w:r>
        <w:rPr>
          <w:b w:val="0"/>
          <w:i w:val="0"/>
          <w:smallCaps w:val="0"/>
          <w:strike w:val="0"/>
          <w:sz w:val="22"/>
          <w:u w:val="single"/>
        </w:rPr>
        <w:t xml:space="preserve"> in vertigo. It is a world that </w:t>
      </w:r>
      <w:r>
        <w:rPr>
          <w:b w:val="0"/>
          <w:i w:val="0"/>
          <w:smallCaps w:val="0"/>
          <w:strike w:val="0"/>
          <w:sz w:val="22"/>
          <w:highlight w:val="cyan"/>
          <w:u w:val="single"/>
        </w:rPr>
        <w:t>swarms with technological mediation</w:t>
      </w:r>
      <w:r>
        <w:rPr>
          <w:b w:val="0"/>
          <w:i w:val="0"/>
          <w:smallCaps w:val="0"/>
          <w:strike w:val="0"/>
          <w:sz w:val="22"/>
          <w:u w:val="single"/>
        </w:rPr>
        <w:t xml:space="preserve">, interlacing our daily lives with abstraction, virtuality, and complexity. </w:t>
      </w:r>
      <w:r>
        <w:rPr>
          <w:b w:val="0"/>
          <w:i w:val="0"/>
          <w:smallCaps w:val="0"/>
          <w:strike w:val="0"/>
          <w:sz w:val="22"/>
          <w:highlight w:val="cyan"/>
          <w:u w:val="single"/>
        </w:rPr>
        <w:t>XF constructs a feminism adapted to these realities</w:t>
      </w:r>
      <w:r>
        <w:rPr>
          <w:b w:val="0"/>
          <w:i w:val="0"/>
          <w:smallCaps w:val="0"/>
          <w:strike w:val="0"/>
          <w:sz w:val="22"/>
          <w:u w:val="single"/>
        </w:rPr>
        <w:t xml:space="preserve">: a feminism of unprecedented cunning, scale, and vision; </w:t>
      </w:r>
      <w:r>
        <w:rPr>
          <w:b w:val="0"/>
          <w:i w:val="0"/>
          <w:smallCaps w:val="0"/>
          <w:strike w:val="0"/>
          <w:sz w:val="22"/>
          <w:highlight w:val="cyan"/>
          <w:u w:val="single"/>
        </w:rPr>
        <w:t xml:space="preserve">a future in which </w:t>
      </w:r>
      <w:r>
        <w:rPr>
          <w:b w:val="0"/>
          <w:i w:val="0"/>
          <w:smallCaps w:val="0"/>
          <w:strike w:val="0"/>
          <w:sz w:val="22"/>
          <w:u w:val="single"/>
        </w:rPr>
        <w:t xml:space="preserve">the </w:t>
      </w:r>
      <w:r>
        <w:rPr>
          <w:b w:val="0"/>
          <w:i w:val="0"/>
          <w:smallCaps w:val="0"/>
          <w:strike w:val="0"/>
          <w:sz w:val="22"/>
          <w:highlight w:val="cyan"/>
          <w:u w:val="single"/>
        </w:rPr>
        <w:t xml:space="preserve">realization of gender justice and feminist emancipation contribute to </w:t>
      </w:r>
      <w:r>
        <w:rPr>
          <w:b w:val="0"/>
          <w:i w:val="0"/>
          <w:smallCaps w:val="0"/>
          <w:strike w:val="0"/>
          <w:sz w:val="22"/>
          <w:highlight w:val="cyan"/>
          <w:u w:val="single"/>
        </w:rPr>
        <w:t>a</w:t>
      </w:r>
      <w:r>
        <w:rPr>
          <w:b w:val="0"/>
          <w:i w:val="0"/>
          <w:smallCaps w:val="0"/>
          <w:strike w:val="0"/>
          <w:sz w:val="22"/>
          <w:u w:val="single"/>
        </w:rPr>
        <w:t xml:space="preserve"> universalist </w:t>
      </w:r>
      <w:r>
        <w:rPr>
          <w:b w:val="0"/>
          <w:i w:val="0"/>
          <w:smallCaps w:val="0"/>
          <w:strike w:val="0"/>
          <w:sz w:val="22"/>
          <w:highlight w:val="cyan"/>
          <w:u w:val="single"/>
        </w:rPr>
        <w:t xml:space="preserve">politics assembled from the needs of every human, cutting across race, ability, economic standing, and geographical </w:t>
      </w:r>
      <w:r>
        <w:rPr>
          <w:b w:val="0"/>
          <w:i w:val="0"/>
          <w:smallCaps w:val="0"/>
          <w:strike w:val="0"/>
          <w:sz w:val="22"/>
          <w:highlight w:val="cyan"/>
          <w:u w:val="single"/>
        </w:rPr>
        <w:t xml:space="preserve">position. No more futureless repetition on the treadmill of capital, no more submission to the drudgery of </w:t>
      </w:r>
      <w:r>
        <w:rPr>
          <w:b w:val="0"/>
          <w:i w:val="0"/>
          <w:smallCaps w:val="0"/>
          <w:strike w:val="0"/>
          <w:sz w:val="22"/>
          <w:highlight w:val="cyan"/>
          <w:u w:val="single"/>
        </w:rPr>
        <w:t>labour</w:t>
      </w:r>
      <w:r>
        <w:rPr>
          <w:b w:val="0"/>
          <w:i w:val="0"/>
          <w:smallCaps w:val="0"/>
          <w:strike w:val="0"/>
          <w:sz w:val="16"/>
          <w:highlight w:val="cyan"/>
          <w:u w:val="none"/>
        </w:rPr>
        <w:t>,</w:t>
      </w:r>
      <w:r>
        <w:rPr>
          <w:b w:val="0"/>
          <w:i w:val="0"/>
          <w:smallCaps w:val="0"/>
          <w:strike w:val="0"/>
          <w:sz w:val="16"/>
          <w:u w:val="none"/>
        </w:rPr>
        <w:t xml:space="preserve"> productive and reproductive alike, no more reification of the given masked as critique. </w:t>
      </w:r>
      <w:r>
        <w:rPr>
          <w:b w:val="0"/>
          <w:i w:val="0"/>
          <w:smallCaps w:val="0"/>
          <w:strike w:val="0"/>
          <w:sz w:val="22"/>
          <w:highlight w:val="cyan"/>
          <w:u w:val="single"/>
        </w:rPr>
        <w:t xml:space="preserve">Our future requires </w:t>
      </w:r>
      <w:r>
        <w:rPr>
          <w:b w:val="0"/>
          <w:i w:val="0"/>
          <w:smallCaps w:val="0"/>
          <w:strike w:val="0"/>
          <w:sz w:val="22"/>
          <w:highlight w:val="cyan"/>
          <w:u w:val="single"/>
        </w:rPr>
        <w:t>depetrification</w:t>
      </w:r>
      <w:r>
        <w:rPr>
          <w:b w:val="0"/>
          <w:i w:val="0"/>
          <w:smallCaps w:val="0"/>
          <w:strike w:val="0"/>
          <w:sz w:val="22"/>
          <w:highlight w:val="cyan"/>
          <w:u w:val="single"/>
        </w:rPr>
        <w:t>. XF is not a bid for revolution, but a wager on the long game of history</w:t>
      </w:r>
      <w:r>
        <w:rPr>
          <w:b w:val="0"/>
          <w:i w:val="0"/>
          <w:smallCaps w:val="0"/>
          <w:strike w:val="0"/>
          <w:sz w:val="22"/>
          <w:u w:val="single"/>
        </w:rPr>
        <w:t xml:space="preserve">, demanding imagination, dexterity and persistence. XF </w:t>
      </w:r>
      <w:r>
        <w:rPr>
          <w:b w:val="0"/>
          <w:i w:val="0"/>
          <w:smallCaps w:val="0"/>
          <w:strike w:val="0"/>
          <w:sz w:val="22"/>
          <w:highlight w:val="cyan"/>
          <w:u w:val="single"/>
        </w:rPr>
        <w:t>seizes alienation as an impetus to generate new worlds</w:t>
      </w:r>
      <w:r>
        <w:rPr>
          <w:b w:val="0"/>
          <w:i w:val="0"/>
          <w:smallCaps w:val="0"/>
          <w:strike w:val="0"/>
          <w:sz w:val="22"/>
          <w:u w:val="single"/>
        </w:rPr>
        <w:t xml:space="preserve">. We are all alienated – but have we ever been otherwise? </w:t>
      </w:r>
      <w:r>
        <w:rPr>
          <w:b w:val="0"/>
          <w:i w:val="0"/>
          <w:smallCaps w:val="0"/>
          <w:strike w:val="0"/>
          <w:sz w:val="22"/>
          <w:u w:val="single"/>
        </w:rPr>
        <w:t>It</w:t>
      </w:r>
      <w:r>
        <w:rPr>
          <w:b w:val="0"/>
          <w:i w:val="0"/>
          <w:smallCaps w:val="0"/>
          <w:strike w:val="0"/>
          <w:sz w:val="22"/>
          <w:u w:val="single"/>
        </w:rPr>
        <w:t xml:space="preserve"> is </w:t>
      </w:r>
      <w:r>
        <w:rPr>
          <w:b w:val="0"/>
          <w:i w:val="0"/>
          <w:smallCaps w:val="0"/>
          <w:strike w:val="0"/>
          <w:sz w:val="22"/>
          <w:highlight w:val="cyan"/>
          <w:u w:val="single"/>
        </w:rPr>
        <w:t>through</w:t>
      </w:r>
      <w:r>
        <w:rPr>
          <w:b w:val="0"/>
          <w:i w:val="0"/>
          <w:smallCaps w:val="0"/>
          <w:strike w:val="0"/>
          <w:sz w:val="22"/>
          <w:u w:val="single"/>
        </w:rPr>
        <w:t xml:space="preserve">, and not despite, our </w:t>
      </w:r>
      <w:r>
        <w:rPr>
          <w:b w:val="0"/>
          <w:i w:val="0"/>
          <w:smallCaps w:val="0"/>
          <w:strike w:val="0"/>
          <w:sz w:val="22"/>
          <w:highlight w:val="cyan"/>
          <w:u w:val="single"/>
        </w:rPr>
        <w:t>alienated</w:t>
      </w:r>
      <w:r>
        <w:rPr>
          <w:b w:val="0"/>
          <w:i w:val="0"/>
          <w:smallCaps w:val="0"/>
          <w:strike w:val="0"/>
          <w:sz w:val="22"/>
          <w:u w:val="single"/>
        </w:rPr>
        <w:t xml:space="preserve"> </w:t>
      </w:r>
      <w:r>
        <w:rPr>
          <w:b w:val="0"/>
          <w:i w:val="0"/>
          <w:smallCaps w:val="0"/>
          <w:strike w:val="0"/>
          <w:sz w:val="22"/>
          <w:highlight w:val="cyan"/>
          <w:u w:val="single"/>
        </w:rPr>
        <w:t>condition</w:t>
      </w:r>
      <w:r>
        <w:rPr>
          <w:b w:val="0"/>
          <w:i w:val="0"/>
          <w:smallCaps w:val="0"/>
          <w:strike w:val="0"/>
          <w:sz w:val="22"/>
          <w:u w:val="single"/>
        </w:rPr>
        <w:t xml:space="preserve"> that </w:t>
      </w:r>
      <w:r>
        <w:rPr>
          <w:b w:val="0"/>
          <w:i w:val="0"/>
          <w:smallCaps w:val="0"/>
          <w:strike w:val="0"/>
          <w:sz w:val="22"/>
          <w:highlight w:val="cyan"/>
          <w:u w:val="single"/>
        </w:rPr>
        <w:t>we can free ourselves from the muck of immediacy. Freedom is not a given</w:t>
      </w:r>
      <w:r>
        <w:rPr>
          <w:b w:val="0"/>
          <w:i w:val="0"/>
          <w:smallCaps w:val="0"/>
          <w:strike w:val="0"/>
          <w:sz w:val="22"/>
          <w:u w:val="single"/>
        </w:rPr>
        <w:t>—</w:t>
      </w:r>
      <w:r>
        <w:rPr>
          <w:b w:val="0"/>
          <w:i w:val="0"/>
          <w:smallCaps w:val="0"/>
          <w:strike w:val="0"/>
          <w:sz w:val="22"/>
          <w:highlight w:val="cyan"/>
          <w:u w:val="single"/>
        </w:rPr>
        <w:t>and</w:t>
      </w:r>
      <w:r>
        <w:rPr>
          <w:b w:val="0"/>
          <w:i w:val="0"/>
          <w:smallCaps w:val="0"/>
          <w:strike w:val="0"/>
          <w:sz w:val="22"/>
          <w:u w:val="single"/>
        </w:rPr>
        <w:t xml:space="preserve"> it’s certainly </w:t>
      </w:r>
      <w:r>
        <w:rPr>
          <w:b w:val="0"/>
          <w:i w:val="0"/>
          <w:smallCaps w:val="0"/>
          <w:strike w:val="0"/>
          <w:sz w:val="22"/>
          <w:highlight w:val="cyan"/>
          <w:u w:val="single"/>
        </w:rPr>
        <w:t>not given by anything ‘natural’</w:t>
      </w:r>
      <w:r>
        <w:rPr>
          <w:b w:val="0"/>
          <w:i w:val="0"/>
          <w:smallCaps w:val="0"/>
          <w:strike w:val="0"/>
          <w:sz w:val="22"/>
          <w:u w:val="single"/>
        </w:rPr>
        <w:t xml:space="preserve">. The construction of freedom involves not less but more alienation; </w:t>
      </w:r>
      <w:r>
        <w:rPr>
          <w:b w:val="0"/>
          <w:i w:val="0"/>
          <w:smallCaps w:val="0"/>
          <w:strike w:val="0"/>
          <w:sz w:val="22"/>
          <w:highlight w:val="cyan"/>
          <w:u w:val="single"/>
        </w:rPr>
        <w:t xml:space="preserve">alienation is the </w:t>
      </w:r>
      <w:r>
        <w:rPr>
          <w:b w:val="0"/>
          <w:i w:val="0"/>
          <w:smallCaps w:val="0"/>
          <w:strike w:val="0"/>
          <w:sz w:val="22"/>
          <w:highlight w:val="cyan"/>
          <w:u w:val="single"/>
        </w:rPr>
        <w:t>labour</w:t>
      </w:r>
      <w:r>
        <w:rPr>
          <w:b w:val="0"/>
          <w:i w:val="0"/>
          <w:smallCaps w:val="0"/>
          <w:strike w:val="0"/>
          <w:sz w:val="22"/>
          <w:highlight w:val="cyan"/>
          <w:u w:val="single"/>
        </w:rPr>
        <w:t xml:space="preserve"> of freedom’s construction. Nothing should be accepted as fixed, permanent, or ‘given’—neither material conditions nor social forms. XF mutates, navigates and probes every horizon</w:t>
      </w:r>
      <w:r>
        <w:rPr>
          <w:b w:val="0"/>
          <w:i w:val="0"/>
          <w:smallCaps w:val="0"/>
          <w:strike w:val="0"/>
          <w:sz w:val="16"/>
          <w:u w:val="none"/>
        </w:rPr>
        <w:t>. Anyone who’s been deemed ‘unnatural’ in the face of reigning biological norms, anyone who’s experienced injustices wrought in the name of natural order, will realize that the glorification of ‘nature’ has nothing to offer us—the queer and trans among us, the differently-abled, as well as those who have suffered discrimination due to pregnancy or duties connected to child-rearing</w:t>
      </w:r>
      <w:r>
        <w:rPr>
          <w:b w:val="0"/>
          <w:i w:val="0"/>
          <w:smallCaps w:val="0"/>
          <w:strike w:val="0"/>
          <w:sz w:val="22"/>
          <w:u w:val="single"/>
        </w:rPr>
        <w:t xml:space="preserve">. </w:t>
      </w:r>
      <w:r>
        <w:rPr>
          <w:b w:val="0"/>
          <w:i w:val="0"/>
          <w:smallCaps w:val="0"/>
          <w:strike w:val="0"/>
          <w:sz w:val="22"/>
          <w:highlight w:val="cyan"/>
          <w:u w:val="single"/>
        </w:rPr>
        <w:t>XF is vehemently anti-naturalist</w:t>
      </w:r>
      <w:r>
        <w:rPr>
          <w:b w:val="0"/>
          <w:i w:val="0"/>
          <w:smallCaps w:val="0"/>
          <w:strike w:val="0"/>
          <w:sz w:val="22"/>
          <w:u w:val="single"/>
        </w:rPr>
        <w:t>.</w:t>
      </w:r>
      <w:r>
        <w:rPr>
          <w:b w:val="0"/>
          <w:i w:val="0"/>
          <w:smallCaps w:val="0"/>
          <w:strike w:val="0"/>
          <w:sz w:val="16"/>
          <w:u w:val="none"/>
        </w:rPr>
        <w:t xml:space="preserve"> Essentialist naturalism reeks of theology—the sooner it is exorcised, the better. Why is there so little explicit, organized effort to repurpose technologies for progressive gender political ends? </w:t>
      </w:r>
      <w:r>
        <w:rPr>
          <w:b w:val="0"/>
          <w:i w:val="0"/>
          <w:smallCaps w:val="0"/>
          <w:strike w:val="0"/>
          <w:sz w:val="22"/>
          <w:highlight w:val="cyan"/>
          <w:u w:val="single"/>
        </w:rPr>
        <w:t>XF seeks to strategically deploy existing technologies to re-engineer the world.</w:t>
      </w:r>
      <w:r>
        <w:rPr>
          <w:b w:val="0"/>
          <w:i w:val="0"/>
          <w:smallCaps w:val="0"/>
          <w:strike w:val="0"/>
          <w:sz w:val="16"/>
          <w:u w:val="none"/>
        </w:rPr>
        <w:t xml:space="preserve"> Serious </w:t>
      </w:r>
      <w:r>
        <w:rPr>
          <w:b w:val="0"/>
          <w:i w:val="0"/>
          <w:smallCaps w:val="0"/>
          <w:strike w:val="0"/>
          <w:sz w:val="22"/>
          <w:highlight w:val="cyan"/>
          <w:u w:val="single"/>
        </w:rPr>
        <w:t>risks</w:t>
      </w:r>
      <w:r>
        <w:rPr>
          <w:b w:val="0"/>
          <w:i w:val="0"/>
          <w:smallCaps w:val="0"/>
          <w:strike w:val="0"/>
          <w:sz w:val="16"/>
          <w:u w:val="none"/>
        </w:rPr>
        <w:t xml:space="preserve"> are </w:t>
      </w:r>
      <w:r>
        <w:rPr>
          <w:b w:val="0"/>
          <w:i w:val="0"/>
          <w:smallCaps w:val="0"/>
          <w:strike w:val="0"/>
          <w:sz w:val="22"/>
          <w:highlight w:val="cyan"/>
          <w:u w:val="single"/>
        </w:rPr>
        <w:t>built into these tools</w:t>
      </w:r>
      <w:r>
        <w:rPr>
          <w:b w:val="0"/>
          <w:i w:val="0"/>
          <w:smallCaps w:val="0"/>
          <w:strike w:val="0"/>
          <w:sz w:val="16"/>
          <w:u w:val="none"/>
        </w:rPr>
        <w:t xml:space="preserve">; they are prone to imbalance, abuse, and exploitation of the weak. Rather than pretending to risk nothing, </w:t>
      </w:r>
      <w:r>
        <w:rPr>
          <w:b w:val="0"/>
          <w:i w:val="0"/>
          <w:smallCaps w:val="0"/>
          <w:strike w:val="0"/>
          <w:sz w:val="22"/>
          <w:highlight w:val="cyan"/>
          <w:u w:val="single"/>
        </w:rPr>
        <w:t>XF advocates the</w:t>
      </w:r>
      <w:r>
        <w:rPr>
          <w:b w:val="0"/>
          <w:i w:val="0"/>
          <w:smallCaps w:val="0"/>
          <w:strike w:val="0"/>
          <w:sz w:val="16"/>
          <w:highlight w:val="cyan"/>
          <w:u w:val="none"/>
        </w:rPr>
        <w:t xml:space="preserve"> </w:t>
      </w:r>
      <w:r>
        <w:rPr>
          <w:b w:val="0"/>
          <w:i w:val="0"/>
          <w:smallCaps w:val="0"/>
          <w:strike w:val="0"/>
          <w:sz w:val="16"/>
          <w:u w:val="none"/>
        </w:rPr>
        <w:t xml:space="preserve">necessary </w:t>
      </w:r>
      <w:r>
        <w:rPr>
          <w:b w:val="0"/>
          <w:i w:val="0"/>
          <w:smallCaps w:val="0"/>
          <w:strike w:val="0"/>
          <w:sz w:val="22"/>
          <w:highlight w:val="cyan"/>
          <w:u w:val="single"/>
        </w:rPr>
        <w:t>assembly of techno-political interfaces responsive to these risks</w:t>
      </w:r>
      <w:r>
        <w:rPr>
          <w:b w:val="0"/>
          <w:i w:val="0"/>
          <w:smallCaps w:val="0"/>
          <w:strike w:val="0"/>
          <w:sz w:val="16"/>
          <w:u w:val="none"/>
        </w:rPr>
        <w:t xml:space="preserve">. Technology isn’t inherently progressive. Its uses are fused with culture in a positive feedback loop that makes linear sequencing, prediction, and absolute caution impossible. Technoscientific innovation must be linked to a collective theoretical and political thinking in which women, queers, and the gender non-conforming play an unparalleled role. </w:t>
      </w:r>
      <w:r>
        <w:rPr>
          <w:b w:val="0"/>
          <w:i w:val="0"/>
          <w:smallCaps w:val="0"/>
          <w:strike w:val="0"/>
          <w:sz w:val="22"/>
          <w:highlight w:val="cyan"/>
          <w:u w:val="single"/>
        </w:rPr>
        <w:t>The real emancipatory potential of technology remains unrealized. Fed by the market, its rapid growth is offset by bloat, and elegant innovation is surrendered to the buyer, whose stagnant world it decorates</w:t>
      </w:r>
      <w:r>
        <w:rPr>
          <w:b w:val="0"/>
          <w:i w:val="0"/>
          <w:smallCaps w:val="0"/>
          <w:strike w:val="0"/>
          <w:sz w:val="22"/>
          <w:u w:val="single"/>
        </w:rPr>
        <w:t xml:space="preserve">. Beyond the noisy clutter of commodified cruft, the ultimate task lies in engineering technologies to combat unequal access to reproductive and pharmacological tools, environmental cataclysm, economic instability, as well as dangerous forms of unpaid/underpaid </w:t>
      </w:r>
      <w:r>
        <w:rPr>
          <w:b w:val="0"/>
          <w:i w:val="0"/>
          <w:smallCaps w:val="0"/>
          <w:strike w:val="0"/>
          <w:sz w:val="22"/>
          <w:u w:val="single"/>
        </w:rPr>
        <w:t>labour</w:t>
      </w:r>
      <w:r>
        <w:rPr>
          <w:b w:val="0"/>
          <w:i w:val="0"/>
          <w:smallCaps w:val="0"/>
          <w:strike w:val="0"/>
          <w:sz w:val="22"/>
          <w:u w:val="single"/>
        </w:rPr>
        <w:t xml:space="preserve">. Gender inequality still characterizes the fields in which our technologies are conceived, built, and legislated for, while female workers in electronics (to name just one industry) perform some of the worst paid, monotonous and debilitating </w:t>
      </w:r>
      <w:r>
        <w:rPr>
          <w:b w:val="0"/>
          <w:i w:val="0"/>
          <w:smallCaps w:val="0"/>
          <w:strike w:val="0"/>
          <w:sz w:val="22"/>
          <w:u w:val="single"/>
        </w:rPr>
        <w:t>labour</w:t>
      </w:r>
      <w:r>
        <w:rPr>
          <w:b w:val="0"/>
          <w:i w:val="0"/>
          <w:smallCaps w:val="0"/>
          <w:strike w:val="0"/>
          <w:sz w:val="22"/>
          <w:u w:val="single"/>
        </w:rPr>
        <w:t xml:space="preserve">. Such </w:t>
      </w:r>
      <w:r>
        <w:rPr>
          <w:b w:val="0"/>
          <w:i w:val="0"/>
          <w:smallCaps w:val="0"/>
          <w:strike w:val="0"/>
          <w:sz w:val="22"/>
          <w:highlight w:val="cyan"/>
          <w:u w:val="single"/>
        </w:rPr>
        <w:t xml:space="preserve">injustice demands structural, machinic and ideological correction. </w:t>
      </w:r>
      <w:r>
        <w:rPr>
          <w:b w:val="0"/>
          <w:i w:val="0"/>
          <w:smallCaps w:val="0"/>
          <w:strike w:val="0"/>
          <w:sz w:val="22"/>
          <w:highlight w:val="cyan"/>
          <w:u w:val="single"/>
        </w:rPr>
        <w:t>Xenofeminism</w:t>
      </w:r>
      <w:r>
        <w:rPr>
          <w:b w:val="0"/>
          <w:i w:val="0"/>
          <w:smallCaps w:val="0"/>
          <w:strike w:val="0"/>
          <w:sz w:val="22"/>
          <w:highlight w:val="cyan"/>
          <w:u w:val="single"/>
        </w:rPr>
        <w:t xml:space="preserve"> is a rationalism</w:t>
      </w:r>
      <w:r>
        <w:rPr>
          <w:b w:val="0"/>
          <w:i w:val="0"/>
          <w:smallCaps w:val="0"/>
          <w:strike w:val="0"/>
          <w:sz w:val="22"/>
          <w:u w:val="single"/>
        </w:rPr>
        <w:t xml:space="preserve">. </w:t>
      </w:r>
      <w:r>
        <w:rPr>
          <w:b w:val="0"/>
          <w:i w:val="0"/>
          <w:smallCaps w:val="0"/>
          <w:strike w:val="0"/>
          <w:sz w:val="22"/>
          <w:highlight w:val="cyan"/>
          <w:u w:val="single"/>
        </w:rPr>
        <w:t>To claim</w:t>
      </w:r>
      <w:r>
        <w:rPr>
          <w:b w:val="0"/>
          <w:i w:val="0"/>
          <w:smallCaps w:val="0"/>
          <w:strike w:val="0"/>
          <w:sz w:val="22"/>
          <w:u w:val="single"/>
        </w:rPr>
        <w:t xml:space="preserve"> that reason or </w:t>
      </w:r>
      <w:r>
        <w:rPr>
          <w:b w:val="0"/>
          <w:i w:val="0"/>
          <w:smallCaps w:val="0"/>
          <w:strike w:val="0"/>
          <w:sz w:val="22"/>
          <w:highlight w:val="cyan"/>
          <w:u w:val="single"/>
        </w:rPr>
        <w:t>ratio</w:t>
      </w:r>
      <w:r>
        <w:rPr>
          <w:b w:val="0"/>
          <w:i w:val="0"/>
          <w:smallCaps w:val="0"/>
          <w:strike w:val="0"/>
          <w:sz w:val="22"/>
          <w:highlight w:val="cyan"/>
          <w:u w:val="single"/>
        </w:rPr>
        <w:t>nality is ‘by nature’ a patriarchal enterprise is to concede defeat</w:t>
      </w:r>
      <w:r>
        <w:rPr>
          <w:b w:val="0"/>
          <w:i w:val="0"/>
          <w:smallCaps w:val="0"/>
          <w:strike w:val="0"/>
          <w:sz w:val="22"/>
          <w:u w:val="single"/>
        </w:rPr>
        <w:t xml:space="preserve">. It is true that the canonical ‘history of thought’ is dominated by men, and it is male hands we see throttling existing institutions of science and technology. But this is precisely why feminism must be a rationalism—because of this miserable imbalance, and not despite it. </w:t>
      </w:r>
      <w:r>
        <w:rPr>
          <w:b w:val="0"/>
          <w:i w:val="0"/>
          <w:smallCaps w:val="0"/>
          <w:strike w:val="0"/>
          <w:sz w:val="22"/>
          <w:highlight w:val="cyan"/>
          <w:u w:val="single"/>
        </w:rPr>
        <w:t>There is no ‘feminine’ rationality, nor is there a ‘masculine’ one</w:t>
      </w:r>
      <w:r>
        <w:rPr>
          <w:b w:val="0"/>
          <w:i w:val="0"/>
          <w:smallCaps w:val="0"/>
          <w:strike w:val="0"/>
          <w:sz w:val="22"/>
          <w:u w:val="single"/>
        </w:rPr>
        <w:t>. Science is not an expression but a suspension of gender</w:t>
      </w:r>
      <w:r>
        <w:rPr>
          <w:b w:val="0"/>
          <w:i w:val="0"/>
          <w:smallCaps w:val="0"/>
          <w:strike w:val="0"/>
          <w:sz w:val="16"/>
          <w:u w:val="none"/>
        </w:rPr>
        <w:t xml:space="preserve">. If today it is dominated by masculine egos, then it is at odds with itself— and this contradiction can be leveraged. Reason, like information, wants to be free, and patriarchy cannot give it freedom. </w:t>
      </w:r>
      <w:r>
        <w:rPr>
          <w:b w:val="0"/>
          <w:i w:val="0"/>
          <w:smallCaps w:val="0"/>
          <w:strike w:val="0"/>
          <w:sz w:val="22"/>
          <w:u w:val="single"/>
        </w:rPr>
        <w:t xml:space="preserve">Rationalism must itself be a feminism. </w:t>
      </w:r>
      <w:r>
        <w:rPr>
          <w:b w:val="0"/>
          <w:i w:val="0"/>
          <w:smallCaps w:val="0"/>
          <w:strike w:val="0"/>
          <w:sz w:val="22"/>
          <w:highlight w:val="cyan"/>
          <w:u w:val="single"/>
        </w:rPr>
        <w:t xml:space="preserve">XF marks the point where these claims intersect in a two-way dependency. It names reason as an engine of feminist </w:t>
      </w:r>
      <w:r>
        <w:rPr>
          <w:b w:val="0"/>
          <w:i w:val="0"/>
          <w:smallCaps w:val="0"/>
          <w:strike w:val="0"/>
          <w:sz w:val="22"/>
          <w:highlight w:val="cyan"/>
          <w:u w:val="single"/>
        </w:rPr>
        <w:t>emancipation, and</w:t>
      </w:r>
      <w:r>
        <w:rPr>
          <w:b w:val="0"/>
          <w:i w:val="0"/>
          <w:smallCaps w:val="0"/>
          <w:strike w:val="0"/>
          <w:sz w:val="22"/>
          <w:highlight w:val="cyan"/>
          <w:u w:val="single"/>
        </w:rPr>
        <w:t xml:space="preserve"> declares the right of everyone to speak as no one in particular.</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