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Revolution is </w:t>
      </w:r>
      <w:r>
        <w:rPr>
          <w:b/>
          <w:i w:val="0"/>
          <w:smallCaps w:val="0"/>
          <w:strike w:val="0"/>
          <w:sz w:val="26"/>
          <w:u w:val="single"/>
        </w:rPr>
        <w:t>impossible</w:t>
      </w:r>
      <w:r>
        <w:rPr>
          <w:b/>
          <w:i w:val="0"/>
          <w:smallCaps w:val="0"/>
          <w:strike w:val="0"/>
          <w:sz w:val="26"/>
          <w:u w:val="none"/>
        </w:rPr>
        <w:t xml:space="preserve"> and materiality is dead. </w:t>
      </w:r>
    </w:p>
    <w:p>
      <w:pPr>
        <w:spacing w:after="80"/>
      </w:pPr>
      <w:r>
        <w:rPr>
          <w:b/>
          <w:i w:val="0"/>
          <w:smallCaps w:val="0"/>
          <w:strike w:val="0"/>
          <w:sz w:val="26"/>
          <w:u w:val="none"/>
        </w:rPr>
        <w:t>McLaverty</w:t>
      </w:r>
      <w:r>
        <w:rPr>
          <w:b/>
          <w:i w:val="0"/>
          <w:smallCaps w:val="0"/>
          <w:strike w:val="0"/>
          <w:sz w:val="26"/>
          <w:u w:val="none"/>
        </w:rPr>
        <w:t>-Robinson ’12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[Andrew </w:t>
      </w:r>
      <w:r>
        <w:rPr>
          <w:b w:val="0"/>
          <w:i w:val="0"/>
          <w:smallCaps w:val="0"/>
          <w:strike w:val="0"/>
          <w:u w:val="none"/>
        </w:rPr>
        <w:t>McLaverty</w:t>
      </w:r>
      <w:r>
        <w:rPr>
          <w:b w:val="0"/>
          <w:i w:val="0"/>
          <w:smallCaps w:val="0"/>
          <w:strike w:val="0"/>
          <w:u w:val="none"/>
        </w:rPr>
        <w:t>-Robinson (</w:t>
      </w:r>
      <w:r>
        <w:rPr>
          <w:b w:val="0"/>
          <w:i w:val="0"/>
          <w:smallCaps w:val="0"/>
          <w:strike w:val="0"/>
          <w:u w:val="none"/>
        </w:rPr>
        <w:t>Phd</w:t>
      </w:r>
      <w:r>
        <w:rPr>
          <w:b w:val="0"/>
          <w:i w:val="0"/>
          <w:smallCaps w:val="0"/>
          <w:strike w:val="0"/>
          <w:u w:val="none"/>
        </w:rPr>
        <w:t xml:space="preserve"> @ </w:t>
      </w:r>
      <w:r>
        <w:rPr>
          <w:b w:val="0"/>
          <w:i w:val="0"/>
          <w:smallCaps w:val="0"/>
          <w:strike w:val="0"/>
          <w:u w:val="none"/>
        </w:rPr>
        <w:t>Univeristy</w:t>
      </w:r>
      <w:r>
        <w:rPr>
          <w:b w:val="0"/>
          <w:i w:val="0"/>
          <w:smallCaps w:val="0"/>
          <w:strike w:val="0"/>
          <w:u w:val="none"/>
        </w:rPr>
        <w:t xml:space="preserve"> of Nottingham), “Jean Baudrillard: From Revolution to Implosion,” An A to Z of </w:t>
      </w:r>
      <w:r>
        <w:rPr>
          <w:b w:val="0"/>
          <w:i w:val="0"/>
          <w:smallCaps w:val="0"/>
          <w:strike w:val="0"/>
          <w:u w:val="none"/>
        </w:rPr>
        <w:t>Theory,  August</w:t>
      </w:r>
      <w:r>
        <w:rPr>
          <w:b w:val="0"/>
          <w:i w:val="0"/>
          <w:smallCaps w:val="0"/>
          <w:strike w:val="0"/>
          <w:u w:val="none"/>
        </w:rPr>
        <w:t xml:space="preserve"> 24, 2012, https://ceasefiremagazine.co.uk/in-theory-baudrillard-10</w:t>
      </w:r>
      <w:r>
        <w:rPr>
          <w:b w:val="0"/>
          <w:i w:val="0"/>
          <w:smallCaps w:val="0"/>
          <w:strike w:val="0"/>
          <w:u w:val="none"/>
        </w:rPr>
        <w:t xml:space="preserve">] </w:t>
      </w:r>
      <w:r>
        <w:rPr>
          <w:b w:val="0"/>
          <w:i w:val="0"/>
          <w:smallCaps w:val="0"/>
          <w:strike w:val="0"/>
          <w:u w:val="none"/>
        </w:rPr>
        <w:t>eyu</w:t>
      </w:r>
    </w:p>
    <w:p>
      <w:pPr>
        <w:spacing w:after="60"/>
      </w:pPr>
      <w:r>
        <w:rPr>
          <w:b w:val="0"/>
          <w:i w:val="0"/>
          <w:smallCaps w:val="0"/>
          <w:strike w:val="0"/>
          <w:sz w:val="14"/>
          <w:u w:val="none"/>
        </w:rPr>
        <w:t xml:space="preserve">It is important to differentiate Baudrillard’s view from standard accounts of revolution. To be sure, this is the position from which Baudrillard emerges. In the early work, The Political Economy of the Sign, Baudrillard argued that the regime of the code could only be destroyed by a total revolution. ‘Even signs must burn’. Baudrillard’s early work can be read as a call for a Situationist-style overthrow of capitalism through a revolution in the everyday, which breaks the power of the code and of signs. In more recent works, </w:t>
      </w:r>
      <w:r>
        <w:rPr>
          <w:b w:val="0"/>
          <w:i w:val="0"/>
          <w:smallCaps w:val="0"/>
          <w:strike w:val="0"/>
          <w:highlight w:val="green"/>
          <w:u w:val="single"/>
        </w:rPr>
        <w:t>Baudrillard</w:t>
      </w:r>
      <w:r>
        <w:rPr>
          <w:b w:val="0"/>
          <w:i w:val="0"/>
          <w:smallCaps w:val="0"/>
          <w:strike w:val="0"/>
          <w:sz w:val="14"/>
          <w:u w:val="none"/>
        </w:rPr>
        <w:t xml:space="preserve"> rethinks this view. He </w:t>
      </w:r>
      <w:r>
        <w:rPr>
          <w:b w:val="0"/>
          <w:i w:val="0"/>
          <w:smallCaps w:val="0"/>
          <w:strike w:val="0"/>
          <w:highlight w:val="green"/>
          <w:u w:val="single"/>
        </w:rPr>
        <w:t xml:space="preserve">claims that </w:t>
      </w:r>
      <w:r>
        <w:rPr>
          <w:b/>
          <w:i w:val="0"/>
          <w:smallCaps w:val="0"/>
          <w:strike w:val="0"/>
          <w:highlight w:val="green"/>
          <w:u w:val="single"/>
        </w:rPr>
        <w:t>revolution</w:t>
      </w:r>
      <w:r>
        <w:rPr>
          <w:b w:val="0"/>
          <w:i w:val="0"/>
          <w:smallCaps w:val="0"/>
          <w:strike w:val="0"/>
          <w:highlight w:val="green"/>
          <w:u w:val="single"/>
        </w:rPr>
        <w:t xml:space="preserve"> </w:t>
      </w:r>
      <w:r>
        <w:rPr>
          <w:b w:val="0"/>
          <w:i w:val="0"/>
          <w:smallCaps w:val="0"/>
          <w:strike w:val="0"/>
          <w:u w:val="single"/>
        </w:rPr>
        <w:t xml:space="preserve">is now </w:t>
      </w:r>
      <w:r>
        <w:rPr>
          <w:b/>
          <w:i w:val="0"/>
          <w:smallCaps w:val="0"/>
          <w:strike w:val="0"/>
          <w:highlight w:val="green"/>
          <w:u w:val="single"/>
        </w:rPr>
        <w:t>impossible</w:t>
      </w:r>
      <w:r>
        <w:rPr>
          <w:b w:val="0"/>
          <w:i w:val="0"/>
          <w:smallCaps w:val="0"/>
          <w:strike w:val="0"/>
          <w:sz w:val="14"/>
          <w:u w:val="none"/>
        </w:rPr>
        <w:t xml:space="preserve">. Baudrillard makes this claim because of the end of production. </w:t>
      </w:r>
      <w:r>
        <w:rPr>
          <w:b w:val="0"/>
          <w:i w:val="0"/>
          <w:smallCaps w:val="0"/>
          <w:strike w:val="0"/>
          <w:u w:val="single"/>
        </w:rPr>
        <w:t>Revolution was historically seen as the liberation of the productive energy of humanity from the confines of capitalism</w:t>
      </w:r>
      <w:r>
        <w:rPr>
          <w:b w:val="0"/>
          <w:i w:val="0"/>
          <w:smallCaps w:val="0"/>
          <w:strike w:val="0"/>
          <w:sz w:val="14"/>
          <w:u w:val="none"/>
        </w:rPr>
        <w:t xml:space="preserve">. But </w:t>
      </w:r>
      <w:r>
        <w:rPr>
          <w:b w:val="0"/>
          <w:i w:val="0"/>
          <w:smallCaps w:val="0"/>
          <w:strike w:val="0"/>
          <w:u w:val="single"/>
        </w:rPr>
        <w:t>if production no longer exists, this kind of vision has no</w:t>
      </w:r>
      <w:r>
        <w:rPr>
          <w:b w:val="0"/>
          <w:i w:val="0"/>
          <w:smallCaps w:val="0"/>
          <w:strike w:val="0"/>
          <w:sz w:val="14"/>
          <w:u w:val="none"/>
        </w:rPr>
        <w:t xml:space="preserve"> hold. </w:t>
      </w:r>
      <w:r>
        <w:rPr>
          <w:b/>
          <w:i w:val="0"/>
          <w:smallCaps w:val="0"/>
          <w:strike w:val="0"/>
          <w:highlight w:val="green"/>
          <w:u w:val="single"/>
        </w:rPr>
        <w:t>Labour</w:t>
      </w:r>
      <w:r>
        <w:rPr>
          <w:b/>
          <w:i w:val="0"/>
          <w:smallCaps w:val="0"/>
          <w:strike w:val="0"/>
          <w:highlight w:val="green"/>
          <w:u w:val="single"/>
        </w:rPr>
        <w:t xml:space="preserve"> has become another sign</w:t>
      </w:r>
      <w:r>
        <w:rPr>
          <w:b w:val="0"/>
          <w:i w:val="0"/>
          <w:smallCaps w:val="0"/>
          <w:strike w:val="0"/>
          <w:sz w:val="14"/>
          <w:u w:val="none"/>
        </w:rPr>
        <w:t xml:space="preserve">. </w:t>
      </w:r>
      <w:r>
        <w:rPr>
          <w:b w:val="0"/>
          <w:i w:val="0"/>
          <w:smallCaps w:val="0"/>
          <w:strike w:val="0"/>
          <w:highlight w:val="green"/>
          <w:u w:val="single"/>
        </w:rPr>
        <w:t>There is no tendency</w:t>
      </w:r>
      <w:r>
        <w:rPr>
          <w:b w:val="0"/>
          <w:i w:val="0"/>
          <w:smallCaps w:val="0"/>
          <w:strike w:val="0"/>
          <w:u w:val="single"/>
        </w:rPr>
        <w:t xml:space="preserve"> for it </w:t>
      </w:r>
      <w:r>
        <w:rPr>
          <w:b w:val="0"/>
          <w:i w:val="0"/>
          <w:smallCaps w:val="0"/>
          <w:strike w:val="0"/>
          <w:highlight w:val="green"/>
          <w:u w:val="single"/>
        </w:rPr>
        <w:t>to liberate itself</w:t>
      </w:r>
      <w:r>
        <w:rPr>
          <w:b w:val="0"/>
          <w:i w:val="0"/>
          <w:smallCaps w:val="0"/>
          <w:strike w:val="0"/>
          <w:u w:val="single"/>
        </w:rPr>
        <w:t xml:space="preserve"> by moving beyond capitalism</w:t>
      </w:r>
      <w:r>
        <w:rPr>
          <w:b w:val="0"/>
          <w:i w:val="0"/>
          <w:smallCaps w:val="0"/>
          <w:strike w:val="0"/>
          <w:sz w:val="14"/>
          <w:u w:val="none"/>
        </w:rPr>
        <w:t xml:space="preserve">. Baudrillard is deeply critical of standard leftist responses to neoliberalism. </w:t>
      </w:r>
      <w:r>
        <w:rPr>
          <w:b w:val="0"/>
          <w:i w:val="0"/>
          <w:smallCaps w:val="0"/>
          <w:strike w:val="0"/>
          <w:u w:val="single"/>
        </w:rPr>
        <w:t xml:space="preserve">He </w:t>
      </w:r>
      <w:r>
        <w:rPr>
          <w:b w:val="0"/>
          <w:i w:val="0"/>
          <w:smallCaps w:val="0"/>
          <w:strike w:val="0"/>
          <w:u w:val="single"/>
        </w:rPr>
        <w:t>criticises</w:t>
      </w:r>
      <w:r>
        <w:rPr>
          <w:b w:val="0"/>
          <w:i w:val="0"/>
          <w:smallCaps w:val="0"/>
          <w:strike w:val="0"/>
          <w:u w:val="single"/>
        </w:rPr>
        <w:t xml:space="preserve"> revolutionaries of his day for seeking a return to the “real”.</w:t>
      </w:r>
      <w:r>
        <w:rPr>
          <w:b w:val="0"/>
          <w:i w:val="0"/>
          <w:smallCaps w:val="0"/>
          <w:strike w:val="0"/>
          <w:sz w:val="14"/>
          <w:u w:val="none"/>
        </w:rPr>
        <w:t xml:space="preserve"> He sees this as nostalgia for the previous, Fordist period of capitalism. </w:t>
      </w:r>
      <w:r>
        <w:rPr>
          <w:b w:val="0"/>
          <w:i w:val="0"/>
          <w:smallCaps w:val="0"/>
          <w:strike w:val="0"/>
          <w:u w:val="single"/>
        </w:rPr>
        <w:t xml:space="preserve">People seek to get rid of the </w:t>
      </w:r>
      <w:r>
        <w:rPr>
          <w:b w:val="0"/>
          <w:i w:val="0"/>
          <w:smallCaps w:val="0"/>
          <w:strike w:val="0"/>
          <w:u w:val="single"/>
        </w:rPr>
        <w:t>code, and</w:t>
      </w:r>
      <w:r>
        <w:rPr>
          <w:b w:val="0"/>
          <w:i w:val="0"/>
          <w:smallCaps w:val="0"/>
          <w:strike w:val="0"/>
          <w:u w:val="single"/>
        </w:rPr>
        <w:t xml:space="preserve"> go back to the earlier kind of simulation. Or they seek to identify something which is not yet signified in the </w:t>
      </w:r>
      <w:r>
        <w:rPr>
          <w:b w:val="0"/>
          <w:i w:val="0"/>
          <w:smallCaps w:val="0"/>
          <w:strike w:val="0"/>
          <w:u w:val="single"/>
        </w:rPr>
        <w:t>system</w:t>
      </w:r>
      <w:r>
        <w:rPr>
          <w:b w:val="0"/>
          <w:i w:val="0"/>
          <w:smallCaps w:val="0"/>
          <w:strike w:val="0"/>
          <w:u w:val="single"/>
        </w:rPr>
        <w:t xml:space="preserve"> and which ought to be – for instance, excluded groups who should be included. This actually ties people to the prior forms of the dominant system</w:t>
      </w:r>
      <w:r>
        <w:rPr>
          <w:b w:val="0"/>
          <w:i w:val="0"/>
          <w:smallCaps w:val="0"/>
          <w:strike w:val="0"/>
          <w:sz w:val="14"/>
          <w:u w:val="none"/>
        </w:rPr>
        <w:t xml:space="preserve">. </w:t>
      </w:r>
      <w:r>
        <w:rPr>
          <w:b w:val="0"/>
          <w:i w:val="0"/>
          <w:smallCaps w:val="0"/>
          <w:strike w:val="0"/>
          <w:u w:val="single"/>
        </w:rPr>
        <w:t xml:space="preserve">For Baudrillard, the weapons of the previous period are already </w:t>
      </w:r>
      <w:r>
        <w:rPr>
          <w:b w:val="0"/>
          <w:i w:val="0"/>
          <w:smallCaps w:val="0"/>
          <w:strike w:val="0"/>
          <w:u w:val="single"/>
        </w:rPr>
        <w:t>neutralised</w:t>
      </w:r>
      <w:r>
        <w:rPr>
          <w:b w:val="0"/>
          <w:i w:val="0"/>
          <w:smallCaps w:val="0"/>
          <w:strike w:val="0"/>
          <w:u w:val="single"/>
        </w:rPr>
        <w:t xml:space="preserve"> in the order of the code</w:t>
      </w:r>
      <w:r>
        <w:rPr>
          <w:b w:val="0"/>
          <w:i w:val="0"/>
          <w:smallCaps w:val="0"/>
          <w:strike w:val="0"/>
          <w:sz w:val="14"/>
          <w:u w:val="none"/>
        </w:rPr>
        <w:t xml:space="preserve">. Revolution is a casualty of the end of the period of system-expansion. </w:t>
      </w:r>
      <w:r>
        <w:rPr>
          <w:b w:val="0"/>
          <w:i w:val="0"/>
          <w:smallCaps w:val="0"/>
          <w:strike w:val="0"/>
          <w:highlight w:val="green"/>
          <w:u w:val="single"/>
        </w:rPr>
        <w:t>Explosions and revolutions</w:t>
      </w:r>
      <w:r>
        <w:rPr>
          <w:b w:val="0"/>
          <w:i w:val="0"/>
          <w:smallCaps w:val="0"/>
          <w:strike w:val="0"/>
          <w:u w:val="single"/>
        </w:rPr>
        <w:t xml:space="preserve"> </w:t>
      </w:r>
      <w:r>
        <w:rPr>
          <w:b w:val="0"/>
          <w:i w:val="0"/>
          <w:smallCaps w:val="0"/>
          <w:strike w:val="0"/>
          <w:highlight w:val="green"/>
          <w:u w:val="single"/>
        </w:rPr>
        <w:t>are effects of</w:t>
      </w:r>
      <w:r>
        <w:rPr>
          <w:b w:val="0"/>
          <w:i w:val="0"/>
          <w:smallCaps w:val="0"/>
          <w:strike w:val="0"/>
          <w:u w:val="single"/>
        </w:rPr>
        <w:t xml:space="preserve"> </w:t>
      </w:r>
      <w:r>
        <w:rPr>
          <w:b w:val="0"/>
          <w:i w:val="0"/>
          <w:smallCaps w:val="0"/>
          <w:strike w:val="0"/>
          <w:highlight w:val="green"/>
          <w:u w:val="single"/>
        </w:rPr>
        <w:t>an expanding order</w:t>
      </w:r>
      <w:r>
        <w:rPr>
          <w:b w:val="0"/>
          <w:i w:val="0"/>
          <w:smallCaps w:val="0"/>
          <w:strike w:val="0"/>
          <w:sz w:val="14"/>
          <w:u w:val="none"/>
        </w:rPr>
        <w:t xml:space="preserve">. </w:t>
      </w:r>
      <w:r>
        <w:rPr>
          <w:b w:val="0"/>
          <w:i w:val="0"/>
          <w:smallCaps w:val="0"/>
          <w:strike w:val="0"/>
          <w:u w:val="single"/>
        </w:rPr>
        <w:t xml:space="preserve">This expanding order is an </w:t>
      </w:r>
      <w:r>
        <w:rPr>
          <w:b w:val="0"/>
          <w:i w:val="0"/>
          <w:smallCaps w:val="0"/>
          <w:strike w:val="0"/>
          <w:highlight w:val="green"/>
          <w:u w:val="single"/>
        </w:rPr>
        <w:t>effect of</w:t>
      </w:r>
      <w:r>
        <w:rPr>
          <w:b w:val="0"/>
          <w:i w:val="0"/>
          <w:smallCaps w:val="0"/>
          <w:strike w:val="0"/>
          <w:u w:val="single"/>
        </w:rPr>
        <w:t xml:space="preserve"> the regime of </w:t>
      </w:r>
      <w:r>
        <w:rPr>
          <w:b w:val="0"/>
          <w:i w:val="0"/>
          <w:smallCaps w:val="0"/>
          <w:strike w:val="0"/>
          <w:highlight w:val="green"/>
          <w:u w:val="single"/>
        </w:rPr>
        <w:t>production</w:t>
      </w:r>
      <w:r>
        <w:rPr>
          <w:b w:val="0"/>
          <w:i w:val="0"/>
          <w:smallCaps w:val="0"/>
          <w:strike w:val="0"/>
          <w:sz w:val="14"/>
          <w:u w:val="none"/>
        </w:rPr>
        <w:t>. B</w:t>
      </w:r>
      <w:r>
        <w:rPr>
          <w:b w:val="0"/>
          <w:i w:val="0"/>
          <w:smallCaps w:val="0"/>
          <w:strike w:val="0"/>
          <w:u w:val="single"/>
        </w:rPr>
        <w:t xml:space="preserve">ut </w:t>
      </w:r>
      <w:r>
        <w:rPr>
          <w:b w:val="0"/>
          <w:i w:val="0"/>
          <w:smallCaps w:val="0"/>
          <w:strike w:val="0"/>
          <w:highlight w:val="green"/>
          <w:u w:val="single"/>
        </w:rPr>
        <w:t>simulation is</w:t>
      </w:r>
      <w:r>
        <w:rPr>
          <w:b w:val="0"/>
          <w:i w:val="0"/>
          <w:smallCaps w:val="0"/>
          <w:strike w:val="0"/>
          <w:u w:val="single"/>
        </w:rPr>
        <w:t xml:space="preserve"> instead an </w:t>
      </w:r>
      <w:r>
        <w:rPr>
          <w:b w:val="0"/>
          <w:i w:val="0"/>
          <w:smallCaps w:val="0"/>
          <w:strike w:val="0"/>
          <w:highlight w:val="green"/>
          <w:u w:val="single"/>
        </w:rPr>
        <w:t>inward-looking</w:t>
      </w:r>
      <w:r>
        <w:rPr>
          <w:b w:val="0"/>
          <w:i w:val="0"/>
          <w:smallCaps w:val="0"/>
          <w:strike w:val="0"/>
          <w:u w:val="single"/>
        </w:rPr>
        <w:t xml:space="preserve"> order. </w:t>
      </w:r>
      <w:r>
        <w:rPr>
          <w:b w:val="0"/>
          <w:i w:val="0"/>
          <w:smallCaps w:val="0"/>
          <w:strike w:val="0"/>
          <w:highlight w:val="green"/>
          <w:u w:val="single"/>
        </w:rPr>
        <w:t>It is ‘saturated’</w:t>
      </w:r>
      <w:r>
        <w:rPr>
          <w:b w:val="0"/>
          <w:i w:val="0"/>
          <w:smallCaps w:val="0"/>
          <w:strike w:val="0"/>
          <w:u w:val="single"/>
        </w:rPr>
        <w:t xml:space="preserve"> </w:t>
      </w:r>
      <w:r>
        <w:rPr>
          <w:b w:val="0"/>
          <w:i w:val="0"/>
          <w:smallCaps w:val="0"/>
          <w:strike w:val="0"/>
          <w:highlight w:val="green"/>
          <w:u w:val="single"/>
        </w:rPr>
        <w:t>– it cannot</w:t>
      </w:r>
      <w:r>
        <w:rPr>
          <w:b w:val="0"/>
          <w:i w:val="0"/>
          <w:smallCaps w:val="0"/>
          <w:strike w:val="0"/>
          <w:u w:val="single"/>
        </w:rPr>
        <w:t xml:space="preserve"> </w:t>
      </w:r>
      <w:r>
        <w:rPr>
          <w:b w:val="0"/>
          <w:i w:val="0"/>
          <w:smallCaps w:val="0"/>
          <w:strike w:val="0"/>
          <w:highlight w:val="green"/>
          <w:u w:val="single"/>
        </w:rPr>
        <w:t>expand</w:t>
      </w:r>
      <w:r>
        <w:rPr>
          <w:b w:val="0"/>
          <w:i w:val="0"/>
          <w:smallCaps w:val="0"/>
          <w:strike w:val="0"/>
          <w:u w:val="single"/>
        </w:rPr>
        <w:t xml:space="preserve"> any further. </w:t>
      </w:r>
      <w:r>
        <w:rPr>
          <w:b w:val="0"/>
          <w:i w:val="0"/>
          <w:smallCaps w:val="0"/>
          <w:strike w:val="0"/>
          <w:highlight w:val="green"/>
          <w:u w:val="single"/>
        </w:rPr>
        <w:t xml:space="preserve">As a result, </w:t>
      </w:r>
      <w:r>
        <w:rPr>
          <w:b w:val="0"/>
          <w:i w:val="0"/>
          <w:smallCaps w:val="0"/>
          <w:strike w:val="0"/>
          <w:highlight w:val="green"/>
          <w:u w:val="single"/>
        </w:rPr>
        <w:t>explosion</w:t>
      </w:r>
      <w:r>
        <w:rPr>
          <w:b w:val="0"/>
          <w:i w:val="0"/>
          <w:smallCaps w:val="0"/>
          <w:strike w:val="0"/>
          <w:highlight w:val="green"/>
          <w:u w:val="single"/>
        </w:rPr>
        <w:t xml:space="preserve"> will never</w:t>
      </w:r>
      <w:r>
        <w:rPr>
          <w:b w:val="0"/>
          <w:i w:val="0"/>
          <w:smallCaps w:val="0"/>
          <w:strike w:val="0"/>
          <w:u w:val="single"/>
        </w:rPr>
        <w:t xml:space="preserve"> again </w:t>
      </w:r>
      <w:r>
        <w:rPr>
          <w:b w:val="0"/>
          <w:i w:val="0"/>
          <w:smallCaps w:val="0"/>
          <w:strike w:val="0"/>
          <w:highlight w:val="green"/>
          <w:u w:val="single"/>
        </w:rPr>
        <w:t>happen</w:t>
      </w:r>
      <w:r>
        <w:rPr>
          <w:b w:val="0"/>
          <w:i w:val="0"/>
          <w:smallCaps w:val="0"/>
          <w:strike w:val="0"/>
          <w:sz w:val="14"/>
          <w:u w:val="none"/>
        </w:rPr>
        <w:t xml:space="preserve">. </w:t>
      </w:r>
      <w:r>
        <w:rPr>
          <w:b w:val="0"/>
          <w:i w:val="0"/>
          <w:smallCaps w:val="0"/>
          <w:strike w:val="0"/>
          <w:highlight w:val="green"/>
          <w:u w:val="single"/>
        </w:rPr>
        <w:t>It has been replaced by</w:t>
      </w:r>
      <w:r>
        <w:rPr>
          <w:b w:val="0"/>
          <w:i w:val="0"/>
          <w:smallCaps w:val="0"/>
          <w:strike w:val="0"/>
          <w:u w:val="single"/>
        </w:rPr>
        <w:t xml:space="preserve"> the ‘cold’ energy of </w:t>
      </w:r>
      <w:r>
        <w:rPr>
          <w:b w:val="0"/>
          <w:i w:val="0"/>
          <w:smallCaps w:val="0"/>
          <w:strike w:val="0"/>
          <w:highlight w:val="green"/>
          <w:u w:val="single"/>
        </w:rPr>
        <w:t>the simulacrum</w:t>
      </w:r>
      <w:r>
        <w:rPr>
          <w:b w:val="0"/>
          <w:i w:val="0"/>
          <w:smallCaps w:val="0"/>
          <w:strike w:val="0"/>
          <w:u w:val="single"/>
        </w:rPr>
        <w:t xml:space="preserve">. Instead, </w:t>
      </w:r>
      <w:r>
        <w:rPr>
          <w:b/>
          <w:i w:val="0"/>
          <w:smallCaps w:val="0"/>
          <w:strike w:val="0"/>
          <w:sz w:val="22"/>
          <w:highlight w:val="green"/>
          <w:u w:val="single"/>
        </w:rPr>
        <w:t>there is constant implosion</w:t>
      </w:r>
      <w:r>
        <w:rPr>
          <w:b w:val="0"/>
          <w:i w:val="0"/>
          <w:smallCaps w:val="0"/>
          <w:strike w:val="0"/>
          <w:sz w:val="14"/>
          <w:u w:val="none"/>
        </w:rPr>
        <w:t xml:space="preserve">. The world is saturated. </w:t>
      </w:r>
      <w:r>
        <w:rPr>
          <w:b w:val="0"/>
          <w:i w:val="0"/>
          <w:smallCaps w:val="0"/>
          <w:strike w:val="0"/>
          <w:u w:val="single"/>
        </w:rPr>
        <w:t>The system has reached its limits</w:t>
      </w:r>
      <w:r>
        <w:rPr>
          <w:b w:val="0"/>
          <w:i w:val="0"/>
          <w:smallCaps w:val="0"/>
          <w:strike w:val="0"/>
          <w:sz w:val="14"/>
          <w:u w:val="none"/>
        </w:rPr>
        <w:t xml:space="preserve">. It is socially constructed as dense and irreversible, as beyond the ‘liberating explosion’. Baudrillard believes that we are </w:t>
      </w:r>
      <w:r>
        <w:rPr>
          <w:b w:val="0"/>
          <w:i w:val="0"/>
          <w:smallCaps w:val="0"/>
          <w:strike w:val="0"/>
          <w:u w:val="single"/>
        </w:rPr>
        <w:t>past a point of no return:</w:t>
      </w:r>
      <w:r>
        <w:rPr>
          <w:b w:val="0"/>
          <w:i w:val="0"/>
          <w:smallCaps w:val="0"/>
          <w:strike w:val="0"/>
          <w:sz w:val="14"/>
          <w:u w:val="none"/>
        </w:rPr>
        <w:t xml:space="preserve"> the system can’t be slowed down or redirected to a new end. We are in a ‘pure event’, beyond causality and without consequence, and </w:t>
      </w:r>
      <w:r>
        <w:rPr>
          <w:b w:val="0"/>
          <w:i w:val="0"/>
          <w:smallCaps w:val="0"/>
          <w:strike w:val="0"/>
          <w:u w:val="single"/>
        </w:rPr>
        <w:t>every effort to exorcise hyperreality simply reinforces it.</w:t>
      </w:r>
      <w:r>
        <w:rPr>
          <w:b w:val="0"/>
          <w:i w:val="0"/>
          <w:smallCaps w:val="0"/>
          <w:strike w:val="0"/>
          <w:sz w:val="14"/>
          <w:u w:val="none"/>
        </w:rPr>
        <w:t xml:space="preserve"> These are little fractal events and gradual processes of collapse which no longer create massive </w:t>
      </w:r>
      <w:r>
        <w:rPr>
          <w:b w:val="0"/>
          <w:i w:val="0"/>
          <w:smallCaps w:val="0"/>
          <w:strike w:val="0"/>
          <w:sz w:val="14"/>
          <w:u w:val="none"/>
        </w:rPr>
        <w:t>collapses, but</w:t>
      </w:r>
      <w:r>
        <w:rPr>
          <w:b w:val="0"/>
          <w:i w:val="0"/>
          <w:smallCaps w:val="0"/>
          <w:strike w:val="0"/>
          <w:sz w:val="14"/>
          <w:u w:val="none"/>
        </w:rPr>
        <w:t xml:space="preserve"> exist horizontally. Events no longer resonate across spheres. It is as if the forces carrying the meaning of an event beyond itself have slowed to a standstill. The London ‘</w:t>
      </w:r>
      <w:r>
        <w:rPr>
          <w:b w:val="0"/>
          <w:i w:val="0"/>
          <w:smallCaps w:val="0"/>
          <w:strike w:val="0"/>
          <w:sz w:val="14"/>
          <w:u w:val="none"/>
        </w:rPr>
        <w:t>riots’</w:t>
      </w:r>
      <w:r>
        <w:rPr>
          <w:b w:val="0"/>
          <w:i w:val="0"/>
          <w:smallCaps w:val="0"/>
          <w:strike w:val="0"/>
          <w:sz w:val="14"/>
          <w:u w:val="none"/>
        </w:rPr>
        <w:t xml:space="preserve"> or the student fees protests, for example, do not turn into </w:t>
      </w:r>
      <w:r>
        <w:rPr>
          <w:b w:val="0"/>
          <w:i w:val="0"/>
          <w:smallCaps w:val="0"/>
          <w:strike w:val="0"/>
          <w:sz w:val="14"/>
          <w:u w:val="none"/>
        </w:rPr>
        <w:t>generalised</w:t>
      </w:r>
      <w:r>
        <w:rPr>
          <w:b w:val="0"/>
          <w:i w:val="0"/>
          <w:smallCaps w:val="0"/>
          <w:strike w:val="0"/>
          <w:sz w:val="14"/>
          <w:u w:val="none"/>
        </w:rPr>
        <w:t xml:space="preserve"> rebellions in Britain as perhaps they still might in Egypt or Greece. We are in an era of ‘anomalies without </w:t>
      </w:r>
      <w:r>
        <w:rPr>
          <w:b w:val="0"/>
          <w:i w:val="0"/>
          <w:smallCaps w:val="0"/>
          <w:strike w:val="0"/>
          <w:sz w:val="14"/>
          <w:u w:val="none"/>
        </w:rPr>
        <w:t>consequences’</w:t>
      </w:r>
      <w:r>
        <w:rPr>
          <w:b w:val="0"/>
          <w:i w:val="0"/>
          <w:smallCaps w:val="0"/>
          <w:strike w:val="0"/>
          <w:sz w:val="14"/>
          <w:u w:val="none"/>
        </w:rPr>
        <w:t xml:space="preserve">. But the system will nevertheless come to an end, by other means. </w:t>
      </w:r>
      <w:r>
        <w:rPr>
          <w:b w:val="0"/>
          <w:i w:val="0"/>
          <w:smallCaps w:val="0"/>
          <w:strike w:val="0"/>
          <w:u w:val="single"/>
        </w:rPr>
        <w:t xml:space="preserve">Even if people can’t revolt, </w:t>
      </w:r>
      <w:r>
        <w:rPr>
          <w:b w:val="0"/>
          <w:i w:val="0"/>
          <w:smallCaps w:val="0"/>
          <w:strike w:val="0"/>
          <w:highlight w:val="green"/>
          <w:u w:val="single"/>
        </w:rPr>
        <w:t>a reaction is certain</w:t>
      </w:r>
      <w:r>
        <w:rPr>
          <w:b w:val="0"/>
          <w:i w:val="0"/>
          <w:smallCaps w:val="0"/>
          <w:strike w:val="0"/>
          <w:sz w:val="14"/>
          <w:u w:val="none"/>
        </w:rPr>
        <w:t xml:space="preserve">. </w:t>
      </w:r>
      <w:r>
        <w:rPr>
          <w:b w:val="0"/>
          <w:i w:val="0"/>
          <w:smallCaps w:val="0"/>
          <w:strike w:val="0"/>
          <w:u w:val="single"/>
        </w:rPr>
        <w:t xml:space="preserve">Explosive violence is replaced by implosive violence, </w:t>
      </w:r>
      <w:r>
        <w:rPr>
          <w:b w:val="0"/>
          <w:i w:val="0"/>
          <w:smallCaps w:val="0"/>
          <w:strike w:val="0"/>
          <w:highlight w:val="green"/>
          <w:u w:val="single"/>
        </w:rPr>
        <w:t xml:space="preserve">arising from a saturated, </w:t>
      </w:r>
      <w:r>
        <w:rPr>
          <w:b w:val="0"/>
          <w:i w:val="0"/>
          <w:smallCaps w:val="0"/>
          <w:strike w:val="0"/>
          <w:u w:val="single"/>
        </w:rPr>
        <w:t>retracting</w:t>
      </w:r>
      <w:r>
        <w:rPr>
          <w:b w:val="0"/>
          <w:i w:val="0"/>
          <w:smallCaps w:val="0"/>
          <w:strike w:val="0"/>
          <w:highlight w:val="green"/>
          <w:u w:val="single"/>
        </w:rPr>
        <w:t>, involuting</w:t>
      </w:r>
      <w:r>
        <w:rPr>
          <w:b w:val="0"/>
          <w:i w:val="0"/>
          <w:smallCaps w:val="0"/>
          <w:strike w:val="0"/>
          <w:u w:val="single"/>
        </w:rPr>
        <w:t xml:space="preserve"> </w:t>
      </w:r>
      <w:r>
        <w:rPr>
          <w:b w:val="0"/>
          <w:i w:val="0"/>
          <w:smallCaps w:val="0"/>
          <w:strike w:val="0"/>
          <w:highlight w:val="green"/>
          <w:u w:val="single"/>
        </w:rPr>
        <w:t>system</w:t>
      </w:r>
      <w:r>
        <w:rPr>
          <w:b w:val="0"/>
          <w:i w:val="0"/>
          <w:smallCaps w:val="0"/>
          <w:strike w:val="0"/>
          <w:u w:val="single"/>
        </w:rPr>
        <w:t xml:space="preserve">. </w:t>
      </w:r>
      <w:r>
        <w:rPr>
          <w:b w:val="0"/>
          <w:i w:val="0"/>
          <w:smallCaps w:val="0"/>
          <w:strike w:val="0"/>
          <w:highlight w:val="green"/>
          <w:u w:val="single"/>
        </w:rPr>
        <w:t>The system has lost its triumphal imaginary because of its saturation</w:t>
      </w:r>
      <w:r>
        <w:rPr>
          <w:b w:val="0"/>
          <w:i w:val="0"/>
          <w:smallCaps w:val="0"/>
          <w:strike w:val="0"/>
          <w:u w:val="single"/>
        </w:rPr>
        <w:t xml:space="preserve">. </w:t>
      </w:r>
      <w:r>
        <w:rPr>
          <w:b w:val="0"/>
          <w:i w:val="0"/>
          <w:smallCaps w:val="0"/>
          <w:strike w:val="0"/>
          <w:highlight w:val="green"/>
          <w:u w:val="single"/>
        </w:rPr>
        <w:t>It is now</w:t>
      </w:r>
      <w:r>
        <w:rPr>
          <w:b w:val="0"/>
          <w:i w:val="0"/>
          <w:smallCaps w:val="0"/>
          <w:strike w:val="0"/>
          <w:u w:val="single"/>
        </w:rPr>
        <w:t xml:space="preserve"> in a phase of </w:t>
      </w:r>
      <w:r>
        <w:rPr>
          <w:b w:val="0"/>
          <w:i w:val="0"/>
          <w:smallCaps w:val="0"/>
          <w:strike w:val="0"/>
          <w:highlight w:val="green"/>
          <w:u w:val="single"/>
        </w:rPr>
        <w:t>mourning</w:t>
      </w:r>
      <w:r>
        <w:rPr>
          <w:b w:val="0"/>
          <w:i w:val="0"/>
          <w:smallCaps w:val="0"/>
          <w:strike w:val="0"/>
          <w:u w:val="single"/>
        </w:rPr>
        <w:t xml:space="preserve">, passing towards catastrophe. </w:t>
      </w:r>
      <w:r>
        <w:rPr>
          <w:b w:val="0"/>
          <w:i w:val="0"/>
          <w:smallCaps w:val="0"/>
          <w:strike w:val="0"/>
          <w:highlight w:val="green"/>
          <w:u w:val="single"/>
        </w:rPr>
        <w:t>Things</w:t>
      </w:r>
      <w:r>
        <w:rPr>
          <w:b w:val="0"/>
          <w:i w:val="0"/>
          <w:smallCaps w:val="0"/>
          <w:strike w:val="0"/>
          <w:u w:val="single"/>
        </w:rPr>
        <w:t xml:space="preserve"> don’t get transcended anymore, but they </w:t>
      </w:r>
      <w:r>
        <w:rPr>
          <w:b w:val="0"/>
          <w:i w:val="0"/>
          <w:smallCaps w:val="0"/>
          <w:strike w:val="0"/>
          <w:highlight w:val="green"/>
          <w:u w:val="single"/>
        </w:rPr>
        <w:t>expand to excess.</w:t>
      </w:r>
      <w:r>
        <w:rPr>
          <w:b w:val="0"/>
          <w:i w:val="0"/>
          <w:smallCaps w:val="0"/>
          <w:strike w:val="0"/>
          <w:u w:val="single"/>
        </w:rPr>
        <w:t xml:space="preserve"> Baudrillard sees this as the culmination of </w:t>
      </w:r>
      <w:r>
        <w:rPr>
          <w:b w:val="0"/>
          <w:i w:val="0"/>
          <w:smallCaps w:val="0"/>
          <w:strike w:val="0"/>
          <w:highlight w:val="green"/>
          <w:u w:val="single"/>
        </w:rPr>
        <w:t>a kind of negative evolution</w:t>
      </w:r>
      <w:r>
        <w:rPr>
          <w:b w:val="0"/>
          <w:i w:val="0"/>
          <w:smallCaps w:val="0"/>
          <w:strike w:val="0"/>
          <w:u w:val="single"/>
        </w:rPr>
        <w:t xml:space="preserve">. </w:t>
      </w:r>
      <w:r>
        <w:rPr>
          <w:b w:val="0"/>
          <w:i w:val="0"/>
          <w:smallCaps w:val="0"/>
          <w:strike w:val="0"/>
          <w:highlight w:val="green"/>
          <w:u w:val="single"/>
        </w:rPr>
        <w:t>Systems pass through stages</w:t>
      </w:r>
      <w:r>
        <w:rPr>
          <w:b w:val="0"/>
          <w:i w:val="0"/>
          <w:smallCaps w:val="0"/>
          <w:strike w:val="0"/>
          <w:sz w:val="14"/>
          <w:highlight w:val="green"/>
          <w:u w:val="none"/>
        </w:rPr>
        <w:t xml:space="preserve">: </w:t>
      </w:r>
      <w:r>
        <w:rPr>
          <w:b w:val="0"/>
          <w:i w:val="0"/>
          <w:smallCaps w:val="0"/>
          <w:strike w:val="0"/>
          <w:highlight w:val="green"/>
          <w:u w:val="single"/>
        </w:rPr>
        <w:t>a loose state produces liberty</w:t>
      </w:r>
      <w:r>
        <w:rPr>
          <w:b w:val="0"/>
          <w:i w:val="0"/>
          <w:smallCaps w:val="0"/>
          <w:strike w:val="0"/>
          <w:u w:val="single"/>
        </w:rPr>
        <w:t xml:space="preserve"> or personal responsibility; a </w:t>
      </w:r>
      <w:r>
        <w:rPr>
          <w:b w:val="0"/>
          <w:i w:val="0"/>
          <w:smallCaps w:val="0"/>
          <w:strike w:val="0"/>
          <w:highlight w:val="green"/>
          <w:u w:val="single"/>
        </w:rPr>
        <w:t>denser</w:t>
      </w:r>
      <w:r>
        <w:rPr>
          <w:b w:val="0"/>
          <w:i w:val="0"/>
          <w:smallCaps w:val="0"/>
          <w:strike w:val="0"/>
          <w:u w:val="single"/>
        </w:rPr>
        <w:t xml:space="preserve"> state </w:t>
      </w:r>
      <w:r>
        <w:rPr>
          <w:b w:val="0"/>
          <w:i w:val="0"/>
          <w:smallCaps w:val="0"/>
          <w:strike w:val="0"/>
          <w:highlight w:val="green"/>
          <w:u w:val="single"/>
        </w:rPr>
        <w:t>produces</w:t>
      </w:r>
      <w:r>
        <w:rPr>
          <w:b w:val="0"/>
          <w:i w:val="0"/>
          <w:smallCaps w:val="0"/>
          <w:strike w:val="0"/>
          <w:u w:val="single"/>
        </w:rPr>
        <w:t xml:space="preserve"> </w:t>
      </w:r>
      <w:r>
        <w:rPr>
          <w:b w:val="0"/>
          <w:i w:val="0"/>
          <w:smallCaps w:val="0"/>
          <w:strike w:val="0"/>
          <w:highlight w:val="green"/>
          <w:u w:val="single"/>
        </w:rPr>
        <w:t>security</w:t>
      </w:r>
      <w:r>
        <w:rPr>
          <w:b w:val="0"/>
          <w:i w:val="0"/>
          <w:smallCaps w:val="0"/>
          <w:strike w:val="0"/>
          <w:u w:val="single"/>
        </w:rPr>
        <w:t xml:space="preserve">; an </w:t>
      </w:r>
      <w:r>
        <w:rPr>
          <w:b w:val="0"/>
          <w:i w:val="0"/>
          <w:smallCaps w:val="0"/>
          <w:strike w:val="0"/>
          <w:highlight w:val="green"/>
          <w:u w:val="single"/>
        </w:rPr>
        <w:t>even denser state produces terror</w:t>
      </w:r>
      <w:r>
        <w:rPr>
          <w:b w:val="0"/>
          <w:i w:val="0"/>
          <w:smallCaps w:val="0"/>
          <w:strike w:val="0"/>
          <w:u w:val="single"/>
        </w:rPr>
        <w:t xml:space="preserve">, </w:t>
      </w:r>
      <w:r>
        <w:rPr>
          <w:b w:val="0"/>
          <w:i w:val="0"/>
          <w:smallCaps w:val="0"/>
          <w:strike w:val="0"/>
          <w:u w:val="single"/>
        </w:rPr>
        <w:t>generalised</w:t>
      </w:r>
      <w:r>
        <w:rPr>
          <w:b w:val="0"/>
          <w:i w:val="0"/>
          <w:smallCaps w:val="0"/>
          <w:strike w:val="0"/>
          <w:u w:val="single"/>
        </w:rPr>
        <w:t xml:space="preserve"> responsibility, and saturation. </w:t>
      </w:r>
      <w:r>
        <w:rPr>
          <w:b w:val="0"/>
          <w:i w:val="0"/>
          <w:smallCaps w:val="0"/>
          <w:strike w:val="0"/>
          <w:highlight w:val="green"/>
          <w:u w:val="single"/>
        </w:rPr>
        <w:t xml:space="preserve">Beyond saturation there is </w:t>
      </w:r>
      <w:r>
        <w:rPr>
          <w:b/>
          <w:i w:val="0"/>
          <w:smallCaps w:val="0"/>
          <w:strike w:val="0"/>
          <w:sz w:val="22"/>
          <w:highlight w:val="green"/>
          <w:u w:val="single"/>
        </w:rPr>
        <w:t>only implosion</w:t>
      </w:r>
      <w:r>
        <w:rPr>
          <w:b w:val="0"/>
          <w:i w:val="0"/>
          <w:smallCaps w:val="0"/>
          <w:strike w:val="0"/>
          <w:u w:val="single"/>
        </w:rPr>
        <w:t>. Anti-consumerism is another target of critique</w:t>
      </w:r>
      <w:r>
        <w:rPr>
          <w:b w:val="0"/>
          <w:i w:val="0"/>
          <w:smallCaps w:val="0"/>
          <w:strike w:val="0"/>
          <w:sz w:val="14"/>
          <w:u w:val="none"/>
        </w:rPr>
        <w:t xml:space="preserve">. </w:t>
      </w:r>
      <w:r>
        <w:rPr>
          <w:b w:val="0"/>
          <w:i w:val="0"/>
          <w:smallCaps w:val="0"/>
          <w:strike w:val="0"/>
          <w:sz w:val="14"/>
          <w:u w:val="none"/>
        </w:rPr>
        <w:t>Criticising</w:t>
      </w:r>
      <w:r>
        <w:rPr>
          <w:b w:val="0"/>
          <w:i w:val="0"/>
          <w:smallCaps w:val="0"/>
          <w:strike w:val="0"/>
          <w:sz w:val="14"/>
          <w:u w:val="none"/>
        </w:rPr>
        <w:t xml:space="preserve"> consumer society for doing what it claims to do – for supplanting ‘higher’ virtues with everyday pleasures – is a false critique which reinforces the core myth of consumerism. </w:t>
      </w:r>
      <w:r>
        <w:rPr>
          <w:b w:val="0"/>
          <w:i w:val="0"/>
          <w:smallCaps w:val="0"/>
          <w:strike w:val="0"/>
          <w:u w:val="single"/>
        </w:rPr>
        <w:t>Consumer society functions as it does, precisely because it does not provide everyday pleasures. Rather, it simulates them through the code.</w:t>
      </w:r>
      <w:r>
        <w:rPr>
          <w:b w:val="0"/>
          <w:i w:val="0"/>
          <w:smallCaps w:val="0"/>
          <w:strike w:val="0"/>
          <w:sz w:val="14"/>
          <w:u w:val="none"/>
        </w:rPr>
        <w:t xml:space="preserve"> Baudrillard also </w:t>
      </w:r>
      <w:r>
        <w:rPr>
          <w:b w:val="0"/>
          <w:i w:val="0"/>
          <w:smallCaps w:val="0"/>
          <w:strike w:val="0"/>
          <w:sz w:val="14"/>
          <w:u w:val="none"/>
        </w:rPr>
        <w:t>criticises</w:t>
      </w:r>
      <w:r>
        <w:rPr>
          <w:b w:val="0"/>
          <w:i w:val="0"/>
          <w:smallCaps w:val="0"/>
          <w:strike w:val="0"/>
          <w:sz w:val="14"/>
          <w:u w:val="none"/>
        </w:rPr>
        <w:t xml:space="preserve"> moral critique and scandal, such as Watergate. He argues that the system requires a moral superstructure to operate, and the revival of such a superstructure sustains the system. What is really scandalous is that capital is fundamentally immoral or amoral. Moral panics serve to avoid awareness of this </w:t>
      </w:r>
      <w:r>
        <w:rPr>
          <w:b w:val="0"/>
          <w:i w:val="0"/>
          <w:smallCaps w:val="0"/>
          <w:strike w:val="0"/>
          <w:sz w:val="14"/>
          <w:u w:val="none"/>
        </w:rPr>
        <w:t>repressed</w:t>
      </w:r>
      <w:r>
        <w:rPr>
          <w:b w:val="0"/>
          <w:i w:val="0"/>
          <w:smallCaps w:val="0"/>
          <w:strike w:val="0"/>
          <w:sz w:val="14"/>
          <w:u w:val="none"/>
        </w:rPr>
        <w:t xml:space="preserve"> fact. Similarly, critiques of ideology risk reaffirming the system’s maintenance of the illusion of truth. This helps cover up the fact that truth no longer exists in the world of the code. Since there is no reality beneath the simulacrum, such analyses are flawed.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