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Small businesses k2 economy</w:t>
      </w:r>
      <w:r>
        <w:rPr>
          <w:b/>
          <w:i w:val="0"/>
          <w:smallCaps w:val="0"/>
          <w:strike w:val="0"/>
          <w:sz w:val="26"/>
          <w:u w:val="none"/>
        </w:rPr>
        <w:t xml:space="preserve"> – 3 warrants</w:t>
      </w:r>
    </w:p>
    <w:p>
      <w:pPr>
        <w:spacing w:after="80"/>
      </w:pPr>
      <w:r>
        <w:rPr>
          <w:b/>
          <w:i w:val="0"/>
          <w:smallCaps w:val="0"/>
          <w:strike w:val="0"/>
          <w:sz w:val="26"/>
          <w:u w:val="none"/>
        </w:rPr>
        <w:t xml:space="preserve">Podium ‘23 </w:t>
      </w:r>
      <w:r>
        <w:rPr>
          <w:b w:val="0"/>
          <w:i w:val="0"/>
          <w:smallCaps w:val="0"/>
          <w:strike w:val="0"/>
          <w:u w:val="none"/>
        </w:rPr>
        <w:t>(Podium,</w:t>
      </w:r>
      <w:r>
        <w:rPr>
          <w:b w:val="0"/>
          <w:i w:val="0"/>
          <w:smallCaps w:val="0"/>
          <w:strike w:val="0"/>
          <w:u w:val="none"/>
        </w:rPr>
        <w:t xml:space="preserve"> billion dollar startup company with offices in several countries, delivers news regarding innovation</w:t>
      </w:r>
      <w:r>
        <w:rPr>
          <w:b w:val="0"/>
          <w:i w:val="0"/>
          <w:smallCaps w:val="0"/>
          <w:strike w:val="0"/>
          <w:u w:val="none"/>
        </w:rPr>
        <w:t xml:space="preserve">. </w:t>
      </w:r>
      <w:r>
        <w:rPr>
          <w:b w:val="0"/>
          <w:i w:val="0"/>
          <w:smallCaps w:val="0"/>
          <w:strike w:val="0"/>
          <w:u w:val="none"/>
        </w:rPr>
        <w:t>“Small Business, Big Impact: Why Small Businesses are Essential to Our Economy,” 3/3/2023. Accessed 6/29/2024 https://www.podium.com/article/why-small-businesses-are-essential/) IL TG</w:t>
      </w:r>
      <w:r>
        <w:rPr>
          <w:b w:val="0"/>
          <w:i w:val="0"/>
          <w:smallCaps w:val="0"/>
          <w:strike w:val="0"/>
          <w:u w:val="none"/>
        </w:rPr>
        <w:br/>
      </w:r>
      <w:r>
        <w:rPr>
          <w:b w:val="0"/>
          <w:i w:val="0"/>
          <w:smallCaps w:val="0"/>
          <w:strike w:val="0"/>
          <w:highlight w:val="cyan"/>
          <w:u w:val="single"/>
        </w:rPr>
        <w:t>Small businesses have a much bigger impact than you might initially think. Nearly half of U.S. employees work for small businesses</w:t>
      </w:r>
      <w:r>
        <w:rPr>
          <w:b w:val="0"/>
          <w:i w:val="0"/>
          <w:smallCaps w:val="0"/>
          <w:strike w:val="0"/>
          <w:u w:val="none"/>
        </w:rPr>
        <w:t xml:space="preserve"> </w:t>
      </w:r>
      <w:r>
        <w:rPr>
          <w:b w:val="0"/>
          <w:i w:val="0"/>
          <w:smallCaps w:val="0"/>
          <w:strike w:val="0"/>
          <w:sz w:val="16"/>
          <w:u w:val="none"/>
        </w:rPr>
        <w:t xml:space="preserve">and even the turbulence of recent years hasn’t slowed down the small business economy—last year alone, over 5 million new businesses were created. It’s undeniable that the US economy has a lot to thank small businesses for. </w:t>
      </w:r>
    </w:p>
    <w:p>
      <w:pPr>
        <w:spacing w:after="60"/>
      </w:pPr>
      <w:r>
        <w:rPr>
          <w:b w:val="0"/>
          <w:i w:val="0"/>
          <w:smallCaps w:val="0"/>
          <w:strike w:val="0"/>
          <w:u w:val="single"/>
        </w:rPr>
        <w:t xml:space="preserve">While economic uncertainty, mass redundancies, and the changes in priorities people experienced post-pandemic led to many people setting up on their own in recent years, </w:t>
      </w:r>
      <w:r>
        <w:rPr>
          <w:b w:val="0"/>
          <w:i w:val="0"/>
          <w:smallCaps w:val="0"/>
          <w:strike w:val="0"/>
          <w:sz w:val="22"/>
          <w:u w:val="single"/>
        </w:rPr>
        <w:t>digital transformation has also supported the rise in small businesses</w:t>
      </w:r>
      <w:r>
        <w:rPr>
          <w:b w:val="0"/>
          <w:i w:val="0"/>
          <w:smallCaps w:val="0"/>
          <w:strike w:val="0"/>
          <w:u w:val="single"/>
        </w:rPr>
        <w:t>.</w:t>
      </w:r>
      <w:r>
        <w:rPr>
          <w:b w:val="0"/>
          <w:i w:val="0"/>
          <w:smallCaps w:val="0"/>
          <w:strike w:val="0"/>
          <w:u w:val="none"/>
        </w:rPr>
        <w:t xml:space="preserve"> </w:t>
      </w:r>
      <w:r>
        <w:rPr>
          <w:b w:val="0"/>
          <w:i w:val="0"/>
          <w:smallCaps w:val="0"/>
          <w:strike w:val="0"/>
          <w:sz w:val="16"/>
          <w:u w:val="none"/>
        </w:rPr>
        <w:t xml:space="preserve">Digital marketing, online shopping, remote working, and continued digital transformation have helped self-employed people and small businesses to operate successfully. </w:t>
      </w:r>
    </w:p>
    <w:p>
      <w:pPr>
        <w:spacing w:after="60"/>
      </w:pPr>
      <w:r>
        <w:rPr>
          <w:b w:val="0"/>
          <w:i w:val="0"/>
          <w:smallCaps w:val="0"/>
          <w:strike w:val="0"/>
          <w:sz w:val="16"/>
          <w:u w:val="none"/>
        </w:rPr>
        <w:t>So, how important are small businesses to the economy?</w:t>
      </w:r>
    </w:p>
    <w:p>
      <w:pPr>
        <w:spacing w:after="60"/>
      </w:pPr>
      <w:r>
        <w:rPr>
          <w:b w:val="0"/>
          <w:i w:val="0"/>
          <w:smallCaps w:val="0"/>
          <w:strike w:val="0"/>
          <w:sz w:val="22"/>
          <w:highlight w:val="cyan"/>
          <w:u w:val="single"/>
        </w:rPr>
        <w:t>Small businesses are the lifeblood of the U.S. economy</w:t>
      </w:r>
      <w:r>
        <w:rPr>
          <w:b w:val="0"/>
          <w:i w:val="0"/>
          <w:smallCaps w:val="0"/>
          <w:strike w:val="0"/>
          <w:u w:val="none"/>
        </w:rPr>
        <w:t xml:space="preserve"> </w:t>
      </w:r>
      <w:r>
        <w:rPr>
          <w:b w:val="0"/>
          <w:i w:val="0"/>
          <w:smallCaps w:val="0"/>
          <w:strike w:val="0"/>
          <w:sz w:val="16"/>
          <w:u w:val="none"/>
        </w:rPr>
        <w:t xml:space="preserve">as they create new opportunities. That’s new opportunities for jobs, new opportunities for innovation, and new opportunities to serve niche communities. Operating with agility and the ability to adapt quickly, small businesses have an important role to play in society. </w:t>
      </w:r>
    </w:p>
    <w:p>
      <w:pPr>
        <w:spacing w:after="60"/>
      </w:pPr>
      <w:r>
        <w:rPr>
          <w:b w:val="0"/>
          <w:i w:val="0"/>
          <w:smallCaps w:val="0"/>
          <w:strike w:val="0"/>
          <w:sz w:val="22"/>
          <w:highlight w:val="cyan"/>
          <w:u w:val="single"/>
        </w:rPr>
        <w:t>1. Small Businesses Drive Economic Growth</w:t>
      </w:r>
    </w:p>
    <w:p>
      <w:pPr>
        <w:spacing w:after="60"/>
      </w:pPr>
      <w:r>
        <w:rPr>
          <w:b w:val="0"/>
          <w:i w:val="0"/>
          <w:smallCaps w:val="0"/>
          <w:strike w:val="0"/>
          <w:sz w:val="16"/>
          <w:u w:val="none"/>
        </w:rPr>
        <w:t xml:space="preserve">With the recent onset of a recession as a stark reminder of how important a growing economy is, </w:t>
      </w:r>
      <w:r>
        <w:rPr>
          <w:b w:val="0"/>
          <w:i w:val="0"/>
          <w:smallCaps w:val="0"/>
          <w:strike w:val="0"/>
          <w:sz w:val="22"/>
          <w:highlight w:val="cyan"/>
          <w:u w:val="single"/>
        </w:rPr>
        <w:t>small businesses play an essential role in keeping things running smoothly as they are responsible for 44% of U.S. economic activit</w:t>
      </w:r>
      <w:r>
        <w:rPr>
          <w:b w:val="0"/>
          <w:i w:val="0"/>
          <w:smallCaps w:val="0"/>
          <w:strike w:val="0"/>
          <w:highlight w:val="cyan"/>
          <w:u w:val="none"/>
        </w:rPr>
        <w:t>y</w:t>
      </w:r>
      <w:r>
        <w:rPr>
          <w:b w:val="0"/>
          <w:i w:val="0"/>
          <w:smallCaps w:val="0"/>
          <w:strike w:val="0"/>
          <w:u w:val="none"/>
        </w:rPr>
        <w:t xml:space="preserve">. </w:t>
      </w:r>
      <w:r>
        <w:rPr>
          <w:b w:val="0"/>
          <w:i w:val="0"/>
          <w:smallCaps w:val="0"/>
          <w:strike w:val="0"/>
          <w:sz w:val="16"/>
          <w:u w:val="none"/>
        </w:rPr>
        <w:t xml:space="preserve">This economic success doesn’t only benefit business owners but also leads to team expansion and new roles. In fact, 62% of the new jobs created between 1995 and 2020 were created by small businesses—more than large enterprises! </w:t>
      </w:r>
    </w:p>
    <w:p>
      <w:pPr>
        <w:spacing w:after="60"/>
      </w:pPr>
      <w:r>
        <w:rPr>
          <w:b w:val="0"/>
          <w:i w:val="0"/>
          <w:smallCaps w:val="0"/>
          <w:strike w:val="0"/>
          <w:sz w:val="16"/>
          <w:u w:val="none"/>
        </w:rPr>
        <w:t>That’s a staggering impact that benefits the people in the local community. As well as supporting the local community with the creation of jobs</w:t>
      </w:r>
      <w:r>
        <w:rPr>
          <w:b w:val="0"/>
          <w:i w:val="0"/>
          <w:smallCaps w:val="0"/>
          <w:strike w:val="0"/>
          <w:u w:val="none"/>
        </w:rPr>
        <w:t xml:space="preserve">, </w:t>
      </w:r>
      <w:r>
        <w:rPr>
          <w:b w:val="0"/>
          <w:i w:val="0"/>
          <w:smallCaps w:val="0"/>
          <w:strike w:val="0"/>
          <w:sz w:val="22"/>
          <w:u w:val="single"/>
        </w:rPr>
        <w:t>small businesses often source their supplies from the local community, boosting the local economy</w:t>
      </w:r>
      <w:r>
        <w:rPr>
          <w:b w:val="0"/>
          <w:i w:val="0"/>
          <w:smallCaps w:val="0"/>
          <w:strike w:val="0"/>
          <w:u w:val="none"/>
        </w:rPr>
        <w:t xml:space="preserve"> </w:t>
      </w:r>
      <w:r>
        <w:rPr>
          <w:b w:val="0"/>
          <w:i w:val="0"/>
          <w:smallCaps w:val="0"/>
          <w:strike w:val="0"/>
          <w:sz w:val="16"/>
          <w:u w:val="none"/>
        </w:rPr>
        <w:t>once again. This is an easily traceable and</w:t>
      </w:r>
      <w:r>
        <w:rPr>
          <w:b w:val="0"/>
          <w:i w:val="0"/>
          <w:smallCaps w:val="0"/>
          <w:strike w:val="0"/>
          <w:u w:val="none"/>
        </w:rPr>
        <w:t xml:space="preserve"> </w:t>
      </w:r>
      <w:r>
        <w:rPr>
          <w:b w:val="0"/>
          <w:i w:val="0"/>
          <w:smallCaps w:val="0"/>
          <w:strike w:val="0"/>
          <w:sz w:val="22"/>
          <w:u w:val="single"/>
        </w:rPr>
        <w:t>low carbon footprint supply chain</w:t>
      </w:r>
      <w:r>
        <w:rPr>
          <w:b w:val="0"/>
          <w:i w:val="0"/>
          <w:smallCaps w:val="0"/>
          <w:strike w:val="0"/>
          <w:u w:val="none"/>
        </w:rPr>
        <w:t xml:space="preserve"> </w:t>
      </w:r>
      <w:r>
        <w:rPr>
          <w:b w:val="0"/>
          <w:i w:val="0"/>
          <w:smallCaps w:val="0"/>
          <w:strike w:val="0"/>
          <w:sz w:val="16"/>
          <w:u w:val="none"/>
        </w:rPr>
        <w:t>that larger businesses that operate on mass just can’t compete with.</w:t>
      </w:r>
    </w:p>
    <w:p>
      <w:pPr>
        <w:spacing w:after="60"/>
      </w:pPr>
      <w:r>
        <w:rPr>
          <w:b w:val="0"/>
          <w:i w:val="0"/>
          <w:smallCaps w:val="0"/>
          <w:strike w:val="0"/>
          <w:sz w:val="16"/>
          <w:u w:val="none"/>
        </w:rPr>
        <w:t>Speaking of large enterprises, small businesses keep them on their toes. While well-known brands tend to have better brand awareness, recognition, and trust</w:t>
      </w:r>
      <w:r>
        <w:rPr>
          <w:b w:val="0"/>
          <w:i w:val="0"/>
          <w:smallCaps w:val="0"/>
          <w:strike w:val="0"/>
          <w:u w:val="none"/>
        </w:rPr>
        <w:t xml:space="preserve">, </w:t>
      </w:r>
      <w:r>
        <w:rPr>
          <w:b w:val="0"/>
          <w:i w:val="0"/>
          <w:smallCaps w:val="0"/>
          <w:strike w:val="0"/>
          <w:sz w:val="22"/>
          <w:highlight w:val="cyan"/>
          <w:u w:val="single"/>
        </w:rPr>
        <w:t>small businesses are still strong competition. They have a unique perspective that drives innovation</w:t>
      </w:r>
      <w:r>
        <w:rPr>
          <w:b w:val="0"/>
          <w:i w:val="0"/>
          <w:smallCaps w:val="0"/>
          <w:strike w:val="0"/>
          <w:sz w:val="22"/>
          <w:u w:val="single"/>
        </w:rPr>
        <w:t xml:space="preserve"> and are more personable</w:t>
      </w:r>
      <w:r>
        <w:rPr>
          <w:b w:val="0"/>
          <w:i w:val="0"/>
          <w:smallCaps w:val="0"/>
          <w:strike w:val="0"/>
          <w:u w:val="none"/>
        </w:rPr>
        <w:t>,</w:t>
      </w:r>
      <w:r>
        <w:rPr>
          <w:b w:val="0"/>
          <w:i w:val="0"/>
          <w:smallCaps w:val="0"/>
          <w:strike w:val="0"/>
          <w:u w:val="none"/>
        </w:rPr>
        <w:t xml:space="preserve"> </w:t>
      </w:r>
      <w:r>
        <w:rPr>
          <w:b w:val="0"/>
          <w:i w:val="0"/>
          <w:smallCaps w:val="0"/>
          <w:strike w:val="0"/>
          <w:sz w:val="16"/>
          <w:u w:val="none"/>
        </w:rPr>
        <w:t>enabling them to build strong relationships with customers. Due to small businesses innovating, large enterprises have to innovate too if they want to maintain their market share. This produces</w:t>
      </w:r>
      <w:r>
        <w:rPr>
          <w:b w:val="0"/>
          <w:i w:val="0"/>
          <w:smallCaps w:val="0"/>
          <w:strike w:val="0"/>
          <w:u w:val="none"/>
        </w:rPr>
        <w:t xml:space="preserve"> </w:t>
      </w:r>
      <w:r>
        <w:rPr>
          <w:b w:val="0"/>
          <w:i w:val="0"/>
          <w:smallCaps w:val="0"/>
          <w:strike w:val="0"/>
          <w:sz w:val="22"/>
          <w:u w:val="single"/>
        </w:rPr>
        <w:t>better options for the target market all around</w:t>
      </w:r>
      <w:r>
        <w:rPr>
          <w:b w:val="0"/>
          <w:i w:val="0"/>
          <w:smallCaps w:val="0"/>
          <w:strike w:val="0"/>
          <w:u w:val="none"/>
        </w:rPr>
        <w:t>.</w:t>
      </w:r>
    </w:p>
    <w:p>
      <w:pPr>
        <w:spacing w:after="60"/>
      </w:pPr>
      <w:r>
        <w:rPr>
          <w:b w:val="0"/>
          <w:i w:val="0"/>
          <w:smallCaps w:val="0"/>
          <w:strike w:val="0"/>
          <w:sz w:val="22"/>
          <w:highlight w:val="cyan"/>
          <w:u w:val="single"/>
        </w:rPr>
        <w:t>2. Small Businesses Offer a Diverse Range of Products and Services</w:t>
      </w:r>
    </w:p>
    <w:p>
      <w:pPr>
        <w:spacing w:after="60"/>
      </w:pPr>
      <w:r>
        <w:rPr>
          <w:b w:val="0"/>
          <w:i w:val="0"/>
          <w:smallCaps w:val="0"/>
          <w:strike w:val="0"/>
          <w:sz w:val="16"/>
          <w:u w:val="none"/>
        </w:rPr>
        <w:t>By nature</w:t>
      </w:r>
      <w:r>
        <w:rPr>
          <w:b w:val="0"/>
          <w:i w:val="0"/>
          <w:smallCaps w:val="0"/>
          <w:strike w:val="0"/>
          <w:u w:val="none"/>
        </w:rPr>
        <w:t xml:space="preserve">, </w:t>
      </w:r>
      <w:r>
        <w:rPr>
          <w:b w:val="0"/>
          <w:i w:val="0"/>
          <w:smallCaps w:val="0"/>
          <w:strike w:val="0"/>
          <w:sz w:val="22"/>
          <w:highlight w:val="cyan"/>
          <w:u w:val="single"/>
        </w:rPr>
        <w:t>large enterprises</w:t>
      </w:r>
      <w:r>
        <w:rPr>
          <w:b w:val="0"/>
          <w:i w:val="0"/>
          <w:smallCaps w:val="0"/>
          <w:strike w:val="0"/>
          <w:u w:val="none"/>
        </w:rPr>
        <w:t xml:space="preserve"> </w:t>
      </w:r>
      <w:r>
        <w:rPr>
          <w:b w:val="0"/>
          <w:i w:val="0"/>
          <w:smallCaps w:val="0"/>
          <w:strike w:val="0"/>
          <w:sz w:val="16"/>
          <w:u w:val="none"/>
        </w:rPr>
        <w:t>operate on a large scale. So, they won’t implement changes unless it is appealing to a broad customer base and viable across area-wide, state-wide, nationwide, or even international locations. They</w:t>
      </w:r>
      <w:r>
        <w:rPr>
          <w:b w:val="0"/>
          <w:i w:val="0"/>
          <w:smallCaps w:val="0"/>
          <w:strike w:val="0"/>
          <w:u w:val="none"/>
        </w:rPr>
        <w:t xml:space="preserve"> </w:t>
      </w:r>
      <w:r>
        <w:rPr>
          <w:b w:val="0"/>
          <w:i w:val="0"/>
          <w:smallCaps w:val="0"/>
          <w:strike w:val="0"/>
          <w:sz w:val="22"/>
          <w:highlight w:val="cyan"/>
          <w:u w:val="single"/>
        </w:rPr>
        <w:t>are often limited to being generalists</w:t>
      </w:r>
      <w:r>
        <w:rPr>
          <w:b w:val="0"/>
          <w:i w:val="0"/>
          <w:smallCaps w:val="0"/>
          <w:strike w:val="0"/>
          <w:u w:val="none"/>
        </w:rPr>
        <w:t xml:space="preserve"> </w:t>
      </w:r>
      <w:r>
        <w:rPr>
          <w:b w:val="0"/>
          <w:i w:val="0"/>
          <w:smallCaps w:val="0"/>
          <w:strike w:val="0"/>
          <w:sz w:val="16"/>
          <w:u w:val="none"/>
        </w:rPr>
        <w:t xml:space="preserve">meaning they can’t appeal to the locals in the same way small businesses can. That’s a major pitfall as about 50% of customers have switched to a competitor that was more relevant and met their needs better. </w:t>
      </w:r>
    </w:p>
    <w:p>
      <w:pPr>
        <w:spacing w:after="60"/>
      </w:pPr>
      <w:r>
        <w:rPr>
          <w:b w:val="0"/>
          <w:i w:val="0"/>
          <w:smallCaps w:val="0"/>
          <w:strike w:val="0"/>
          <w:sz w:val="22"/>
          <w:highlight w:val="cyan"/>
          <w:u w:val="single"/>
        </w:rPr>
        <w:t>Small businesses</w:t>
      </w:r>
      <w:r>
        <w:rPr>
          <w:b w:val="0"/>
          <w:i w:val="0"/>
          <w:smallCaps w:val="0"/>
          <w:strike w:val="0"/>
          <w:sz w:val="22"/>
          <w:u w:val="single"/>
        </w:rPr>
        <w:t xml:space="preserve"> can leverage the power of niching</w:t>
      </w:r>
      <w:r>
        <w:rPr>
          <w:b w:val="0"/>
          <w:i w:val="0"/>
          <w:smallCaps w:val="0"/>
          <w:strike w:val="0"/>
          <w:u w:val="none"/>
        </w:rPr>
        <w:t xml:space="preserve"> </w:t>
      </w:r>
      <w:r>
        <w:rPr>
          <w:b w:val="0"/>
          <w:i w:val="0"/>
          <w:smallCaps w:val="0"/>
          <w:strike w:val="0"/>
          <w:sz w:val="16"/>
          <w:u w:val="none"/>
        </w:rPr>
        <w:t>by focusing on meeting the needs of, marketing to attract, and nurturing their relationship</w:t>
      </w:r>
      <w:r>
        <w:rPr>
          <w:b w:val="0"/>
          <w:i w:val="0"/>
          <w:smallCaps w:val="0"/>
          <w:strike w:val="0"/>
          <w:u w:val="none"/>
        </w:rPr>
        <w:t xml:space="preserve"> </w:t>
      </w:r>
      <w:r>
        <w:rPr>
          <w:b w:val="0"/>
          <w:i w:val="0"/>
          <w:smallCaps w:val="0"/>
          <w:strike w:val="0"/>
          <w:sz w:val="22"/>
          <w:u w:val="single"/>
        </w:rPr>
        <w:t>with a specific target audience</w:t>
      </w:r>
      <w:r>
        <w:rPr>
          <w:b w:val="0"/>
          <w:i w:val="0"/>
          <w:smallCaps w:val="0"/>
          <w:strike w:val="0"/>
          <w:u w:val="none"/>
        </w:rPr>
        <w:t xml:space="preserve">. </w:t>
      </w:r>
      <w:r>
        <w:rPr>
          <w:b w:val="0"/>
          <w:i w:val="0"/>
          <w:smallCaps w:val="0"/>
          <w:strike w:val="0"/>
          <w:sz w:val="16"/>
          <w:u w:val="none"/>
        </w:rPr>
        <w:t>That could be a local community with specific needs that brand names aren’t meeting. Or they could leverage globalization and digital transformation by appealing to a niche market that doesn’t have large numbers locally but does on a wider scale and will interact with the business online.</w:t>
      </w:r>
    </w:p>
    <w:p>
      <w:pPr>
        <w:spacing w:after="60"/>
      </w:pPr>
      <w:r>
        <w:rPr>
          <w:b w:val="0"/>
          <w:i w:val="0"/>
          <w:smallCaps w:val="0"/>
          <w:strike w:val="0"/>
          <w:sz w:val="16"/>
          <w:u w:val="none"/>
        </w:rPr>
        <w:t>A niche market that has grown in demand recently is eco-conscious shoppers. Big supermarkets tend to be slow in the uptake of new innovations like sustainable products. But by looking online these consumers can find plenty of options for making their home more eco-friendly such as Bee’s Wrap, which</w:t>
      </w:r>
      <w:r>
        <w:rPr>
          <w:b w:val="0"/>
          <w:i w:val="0"/>
          <w:smallCaps w:val="0"/>
          <w:strike w:val="0"/>
          <w:u w:val="none"/>
        </w:rPr>
        <w:t xml:space="preserve"> </w:t>
      </w:r>
      <w:r>
        <w:rPr>
          <w:b w:val="0"/>
          <w:i w:val="0"/>
          <w:smallCaps w:val="0"/>
          <w:strike w:val="0"/>
          <w:sz w:val="22"/>
          <w:u w:val="single"/>
        </w:rPr>
        <w:t>offers sustainable food storage options</w:t>
      </w:r>
      <w:r>
        <w:rPr>
          <w:b w:val="0"/>
          <w:i w:val="0"/>
          <w:smallCaps w:val="0"/>
          <w:strike w:val="0"/>
          <w:u w:val="none"/>
        </w:rPr>
        <w:t xml:space="preserve"> </w:t>
      </w:r>
      <w:r>
        <w:rPr>
          <w:b w:val="0"/>
          <w:i w:val="0"/>
          <w:smallCaps w:val="0"/>
          <w:strike w:val="0"/>
          <w:sz w:val="16"/>
          <w:u w:val="none"/>
        </w:rPr>
        <w:t xml:space="preserve">to cut down on plastic usage. </w:t>
      </w:r>
    </w:p>
    <w:p>
      <w:pPr>
        <w:spacing w:after="60"/>
      </w:pPr>
      <w:r>
        <w:rPr>
          <w:b w:val="0"/>
          <w:i w:val="0"/>
          <w:smallCaps w:val="0"/>
          <w:strike w:val="0"/>
          <w:sz w:val="16"/>
          <w:u w:val="none"/>
        </w:rPr>
        <w:t>Specificity is profitable. You only have to look at the rise of personalized marketing, enabled by the technological development of data-driven segmentation, as evidence of this. In the age of information that</w:t>
      </w:r>
      <w:r>
        <w:rPr>
          <w:b w:val="0"/>
          <w:i w:val="0"/>
          <w:smallCaps w:val="0"/>
          <w:strike w:val="0"/>
          <w:u w:val="none"/>
        </w:rPr>
        <w:t xml:space="preserve"> </w:t>
      </w:r>
      <w:r>
        <w:rPr>
          <w:b w:val="0"/>
          <w:i w:val="0"/>
          <w:smallCaps w:val="0"/>
          <w:strike w:val="0"/>
          <w:sz w:val="22"/>
          <w:highlight w:val="cyan"/>
          <w:u w:val="single"/>
        </w:rPr>
        <w:t>can lead to marketing overwhelm, direct marketing that speaks to a certain niche cuts through the noise</w:t>
      </w:r>
      <w:r>
        <w:rPr>
          <w:b w:val="0"/>
          <w:i w:val="0"/>
          <w:smallCaps w:val="0"/>
          <w:strike w:val="0"/>
          <w:highlight w:val="cyan"/>
          <w:u w:val="none"/>
        </w:rPr>
        <w:t>.</w:t>
      </w:r>
      <w:r>
        <w:rPr>
          <w:b w:val="0"/>
          <w:i w:val="0"/>
          <w:smallCaps w:val="0"/>
          <w:strike w:val="0"/>
          <w:u w:val="none"/>
        </w:rPr>
        <w:t xml:space="preserve"> </w:t>
      </w:r>
      <w:r>
        <w:rPr>
          <w:b w:val="0"/>
          <w:i w:val="0"/>
          <w:smallCaps w:val="0"/>
          <w:strike w:val="0"/>
          <w:sz w:val="16"/>
          <w:u w:val="none"/>
        </w:rPr>
        <w:t>By adding diversity to the products and services on the market, small businesses give consumers the power of choice.</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