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 products increase the likelihood for consumers to buy real products in the future</w:t>
      </w:r>
    </w:p>
    <w:p>
      <w:pPr>
        <w:spacing w:after="80"/>
      </w:pPr>
      <w:r>
        <w:rPr>
          <w:b/>
          <w:i w:val="0"/>
          <w:smallCaps w:val="0"/>
          <w:strike w:val="0"/>
          <w:sz w:val="26"/>
          <w:u w:val="none"/>
        </w:rPr>
        <w:t>Ritson ’07 (Mark;</w:t>
      </w:r>
      <w:r>
        <w:rPr>
          <w:b w:val="0"/>
          <w:i w:val="0"/>
          <w:smallCaps w:val="0"/>
          <w:strike w:val="0"/>
          <w:u w:val="none"/>
        </w:rPr>
        <w:t xml:space="preserve"> </w:t>
      </w:r>
      <w:r>
        <w:rPr>
          <w:b w:val="0"/>
          <w:i w:val="0"/>
          <w:smallCaps w:val="0"/>
          <w:strike w:val="0"/>
          <w:sz w:val="26"/>
          <w:u w:val="none"/>
        </w:rPr>
        <w:t>PhD in Marketing, brand consultant, marketing professor,</w:t>
      </w:r>
      <w:r>
        <w:rPr>
          <w:b w:val="0"/>
          <w:i w:val="0"/>
          <w:smallCaps w:val="0"/>
          <w:strike w:val="0"/>
          <w:u w:val="none"/>
        </w:rPr>
        <w:t xml:space="preserve"> </w:t>
      </w:r>
      <w:r>
        <w:rPr>
          <w:b w:val="0"/>
          <w:i w:val="0"/>
          <w:smallCaps w:val="0"/>
          <w:strike w:val="0"/>
          <w:sz w:val="26"/>
          <w:u w:val="none"/>
        </w:rPr>
        <w:t>taught MBA programs at MIT and London School of Business; “Counterfeits: Good For Luxury Brands?”; 10-3-2007; Accessed 7/28/2024;</w:t>
      </w:r>
      <w:r>
        <w:rPr>
          <w:b/>
          <w:i w:val="0"/>
          <w:smallCaps w:val="0"/>
          <w:strike w:val="0"/>
          <w:sz w:val="26"/>
          <w:u w:val="none"/>
        </w:rPr>
        <w:t xml:space="preserve"> </w:t>
      </w:r>
      <w:r>
        <w:rPr>
          <w:b/>
          <w:i w:val="0"/>
          <w:smallCaps w:val="0"/>
          <w:strike w:val="0"/>
          <w:sz w:val="26"/>
          <w:u w:val="none"/>
        </w:rPr>
        <w:t>/-rr)</w:t>
      </w:r>
    </w:p>
    <w:p>
      <w:pPr>
        <w:spacing w:after="60"/>
      </w:pPr>
      <w:r>
        <w:rPr>
          <w:b w:val="0"/>
          <w:i w:val="0"/>
          <w:smallCaps w:val="0"/>
          <w:strike w:val="0"/>
          <w:u w:val="single"/>
        </w:rPr>
        <w:t xml:space="preserve">It’s true that </w:t>
      </w:r>
      <w:r>
        <w:rPr>
          <w:b w:val="0"/>
          <w:i w:val="0"/>
          <w:smallCaps w:val="0"/>
          <w:strike w:val="0"/>
          <w:highlight w:val="yellow"/>
          <w:u w:val="single"/>
        </w:rPr>
        <w:t>millions of fake</w:t>
      </w:r>
      <w:r>
        <w:rPr>
          <w:b w:val="0"/>
          <w:i w:val="0"/>
          <w:smallCaps w:val="0"/>
          <w:strike w:val="0"/>
          <w:u w:val="single"/>
        </w:rPr>
        <w:t xml:space="preserve"> luxury </w:t>
      </w:r>
      <w:r>
        <w:rPr>
          <w:b w:val="0"/>
          <w:i w:val="0"/>
          <w:smallCaps w:val="0"/>
          <w:strike w:val="0"/>
          <w:highlight w:val="yellow"/>
          <w:u w:val="single"/>
        </w:rPr>
        <w:t>handbags</w:t>
      </w:r>
      <w:r>
        <w:rPr>
          <w:b w:val="0"/>
          <w:i w:val="0"/>
          <w:smallCaps w:val="0"/>
          <w:strike w:val="0"/>
          <w:u w:val="single"/>
        </w:rPr>
        <w:t xml:space="preserve"> </w:t>
      </w:r>
      <w:r>
        <w:rPr>
          <w:b w:val="0"/>
          <w:i w:val="0"/>
          <w:smallCaps w:val="0"/>
          <w:strike w:val="0"/>
          <w:highlight w:val="yellow"/>
          <w:u w:val="single"/>
        </w:rPr>
        <w:t>are sold each year</w:t>
      </w:r>
      <w:r>
        <w:rPr>
          <w:b w:val="0"/>
          <w:i w:val="0"/>
          <w:smallCaps w:val="0"/>
          <w:strike w:val="0"/>
          <w:sz w:val="16"/>
          <w:u w:val="none"/>
        </w:rPr>
        <w:t xml:space="preserve">. </w:t>
      </w:r>
      <w:r>
        <w:rPr>
          <w:b w:val="0"/>
          <w:i w:val="0"/>
          <w:smallCaps w:val="0"/>
          <w:strike w:val="0"/>
          <w:highlight w:val="yellow"/>
          <w:u w:val="single"/>
        </w:rPr>
        <w:t>But very few of them</w:t>
      </w:r>
      <w:r>
        <w:rPr>
          <w:b w:val="0"/>
          <w:i w:val="0"/>
          <w:smallCaps w:val="0"/>
          <w:strike w:val="0"/>
          <w:u w:val="single"/>
        </w:rPr>
        <w:t xml:space="preserve">, if any, </w:t>
      </w:r>
      <w:r>
        <w:rPr>
          <w:b w:val="0"/>
          <w:i w:val="0"/>
          <w:smallCaps w:val="0"/>
          <w:strike w:val="0"/>
          <w:highlight w:val="yellow"/>
          <w:u w:val="single"/>
        </w:rPr>
        <w:t>cannibalize the sales of the real thing</w:t>
      </w:r>
      <w:r>
        <w:rPr>
          <w:b w:val="0"/>
          <w:i w:val="0"/>
          <w:smallCaps w:val="0"/>
          <w:strike w:val="0"/>
          <w:sz w:val="16"/>
          <w:u w:val="none"/>
        </w:rPr>
        <w:t>. Davenport Lyons reports that in 2006 only 20% of purchasers of fake brands would have bought the genuine article. I suspect even this figure is an exaggeration.</w:t>
      </w:r>
    </w:p>
    <w:p>
      <w:pPr>
        <w:spacing w:after="60"/>
      </w:pPr>
      <w:r>
        <w:rPr>
          <w:b w:val="0"/>
          <w:i w:val="0"/>
          <w:smallCaps w:val="0"/>
          <w:strike w:val="0"/>
          <w:highlight w:val="yellow"/>
          <w:u w:val="single"/>
        </w:rPr>
        <w:t>The</w:t>
      </w:r>
      <w:r>
        <w:rPr>
          <w:b w:val="0"/>
          <w:i w:val="0"/>
          <w:smallCaps w:val="0"/>
          <w:strike w:val="0"/>
          <w:u w:val="single"/>
        </w:rPr>
        <w:t xml:space="preserve"> </w:t>
      </w:r>
      <w:r>
        <w:rPr>
          <w:b w:val="0"/>
          <w:i w:val="0"/>
          <w:smallCaps w:val="0"/>
          <w:strike w:val="0"/>
          <w:highlight w:val="yellow"/>
          <w:u w:val="single"/>
        </w:rPr>
        <w:t>second</w:t>
      </w:r>
      <w:r>
        <w:rPr>
          <w:b w:val="0"/>
          <w:i w:val="0"/>
          <w:smallCaps w:val="0"/>
          <w:strike w:val="0"/>
          <w:u w:val="single"/>
        </w:rPr>
        <w:t xml:space="preserve"> flawed </w:t>
      </w:r>
      <w:r>
        <w:rPr>
          <w:b w:val="0"/>
          <w:i w:val="0"/>
          <w:smallCaps w:val="0"/>
          <w:strike w:val="0"/>
          <w:highlight w:val="yellow"/>
          <w:u w:val="single"/>
        </w:rPr>
        <w:t xml:space="preserve">argument against fakes is that they harm </w:t>
      </w:r>
      <w:r>
        <w:rPr>
          <w:b w:val="0"/>
          <w:i w:val="0"/>
          <w:smallCaps w:val="0"/>
          <w:strike w:val="0"/>
          <w:u w:val="single"/>
        </w:rPr>
        <w:t xml:space="preserve">the </w:t>
      </w:r>
      <w:r>
        <w:rPr>
          <w:b w:val="0"/>
          <w:i w:val="0"/>
          <w:smallCaps w:val="0"/>
          <w:strike w:val="0"/>
          <w:highlight w:val="yellow"/>
          <w:u w:val="single"/>
        </w:rPr>
        <w:t>brand equity</w:t>
      </w:r>
      <w:r>
        <w:rPr>
          <w:b w:val="0"/>
          <w:i w:val="0"/>
          <w:smallCaps w:val="0"/>
          <w:strike w:val="0"/>
          <w:u w:val="single"/>
        </w:rPr>
        <w:t xml:space="preserve"> of the luxury brand</w:t>
      </w:r>
      <w:r>
        <w:rPr>
          <w:b w:val="0"/>
          <w:i w:val="0"/>
          <w:smallCaps w:val="0"/>
          <w:strike w:val="0"/>
          <w:sz w:val="16"/>
          <w:u w:val="none"/>
        </w:rPr>
        <w:t xml:space="preserve">. </w:t>
      </w:r>
      <w:r>
        <w:rPr>
          <w:b w:val="0"/>
          <w:i w:val="0"/>
          <w:smallCaps w:val="0"/>
          <w:strike w:val="0"/>
          <w:u w:val="single"/>
        </w:rPr>
        <w:t>Perhaps</w:t>
      </w:r>
      <w:r>
        <w:rPr>
          <w:b w:val="0"/>
          <w:i w:val="0"/>
          <w:smallCaps w:val="0"/>
          <w:strike w:val="0"/>
          <w:highlight w:val="yellow"/>
          <w:u w:val="single"/>
        </w:rPr>
        <w:t>, but</w:t>
      </w:r>
      <w:r>
        <w:rPr>
          <w:b w:val="0"/>
          <w:i w:val="0"/>
          <w:smallCaps w:val="0"/>
          <w:strike w:val="0"/>
          <w:sz w:val="16"/>
          <w:u w:val="none"/>
        </w:rPr>
        <w:t xml:space="preserve"> I would argue that </w:t>
      </w:r>
      <w:r>
        <w:rPr>
          <w:b w:val="0"/>
          <w:i w:val="0"/>
          <w:smallCaps w:val="0"/>
          <w:strike w:val="0"/>
          <w:highlight w:val="yellow"/>
          <w:u w:val="single"/>
        </w:rPr>
        <w:t>for every negative incident</w:t>
      </w:r>
      <w:r>
        <w:rPr>
          <w:b w:val="0"/>
          <w:i w:val="0"/>
          <w:smallCaps w:val="0"/>
          <w:strike w:val="0"/>
          <w:u w:val="single"/>
        </w:rPr>
        <w:t xml:space="preserve"> in which a fake damages a brand’s reputation, </w:t>
      </w:r>
      <w:r>
        <w:rPr>
          <w:b w:val="0"/>
          <w:i w:val="0"/>
          <w:smallCaps w:val="0"/>
          <w:strike w:val="0"/>
          <w:highlight w:val="yellow"/>
          <w:u w:val="single"/>
        </w:rPr>
        <w:t xml:space="preserve">there </w:t>
      </w:r>
      <w:r>
        <w:rPr>
          <w:b w:val="0"/>
          <w:i w:val="0"/>
          <w:smallCaps w:val="0"/>
          <w:strike w:val="0"/>
          <w:highlight w:val="yellow"/>
          <w:u w:val="single"/>
        </w:rPr>
        <w:t>is</w:t>
      </w:r>
      <w:r>
        <w:rPr>
          <w:b w:val="0"/>
          <w:i w:val="0"/>
          <w:smallCaps w:val="0"/>
          <w:strike w:val="0"/>
          <w:highlight w:val="yellow"/>
          <w:u w:val="single"/>
        </w:rPr>
        <w:t xml:space="preserve"> an equal number</w:t>
      </w:r>
      <w:r>
        <w:rPr>
          <w:b w:val="0"/>
          <w:i w:val="0"/>
          <w:smallCaps w:val="0"/>
          <w:strike w:val="0"/>
          <w:u w:val="single"/>
        </w:rPr>
        <w:t xml:space="preserve"> of occasions </w:t>
      </w:r>
      <w:r>
        <w:rPr>
          <w:b w:val="0"/>
          <w:i w:val="0"/>
          <w:smallCaps w:val="0"/>
          <w:strike w:val="0"/>
          <w:highlight w:val="yellow"/>
          <w:u w:val="single"/>
        </w:rPr>
        <w:t>on which it helps protect the genuine brand</w:t>
      </w:r>
      <w:r>
        <w:rPr>
          <w:b w:val="0"/>
          <w:i w:val="0"/>
          <w:smallCaps w:val="0"/>
          <w:strike w:val="0"/>
          <w:sz w:val="16"/>
          <w:u w:val="none"/>
        </w:rPr>
        <w:t>.</w:t>
      </w:r>
    </w:p>
    <w:p>
      <w:pPr>
        <w:spacing w:after="60"/>
      </w:pPr>
      <w:r>
        <w:rPr>
          <w:b w:val="0"/>
          <w:i w:val="0"/>
          <w:smallCaps w:val="0"/>
          <w:strike w:val="0"/>
          <w:sz w:val="16"/>
          <w:u w:val="none"/>
        </w:rPr>
        <w:t xml:space="preserve">Let’s say you are walking down Bond Street and a young man of apparently meager income and untidy countenance barges past you with a Gucci bag (the same one you own) slung over his shoulder. You curse him under your breath, but just before you reappraise the great house of Gucci and its fine clientele, you pause and sneer ‘Must be fake’. It is probably not, but </w:t>
      </w:r>
      <w:r>
        <w:rPr>
          <w:b w:val="0"/>
          <w:i w:val="0"/>
          <w:smallCaps w:val="0"/>
          <w:strike w:val="0"/>
          <w:u w:val="single"/>
        </w:rPr>
        <w:t>sometimes it helps to have genuine brands mistaken for forgeries when brand equity is at stake.</w:t>
      </w:r>
    </w:p>
    <w:p>
      <w:pPr>
        <w:spacing w:after="60"/>
      </w:pPr>
      <w:r>
        <w:rPr>
          <w:b w:val="0"/>
          <w:i w:val="0"/>
          <w:smallCaps w:val="0"/>
          <w:strike w:val="0"/>
          <w:sz w:val="16"/>
          <w:u w:val="none"/>
        </w:rPr>
        <w:t xml:space="preserve">Indeed, </w:t>
      </w:r>
      <w:r>
        <w:rPr>
          <w:b w:val="0"/>
          <w:i w:val="0"/>
          <w:smallCaps w:val="0"/>
          <w:strike w:val="0"/>
          <w:highlight w:val="yellow"/>
          <w:u w:val="single"/>
        </w:rPr>
        <w:t>counterfeit products may be good for luxury brands</w:t>
      </w:r>
      <w:r>
        <w:rPr>
          <w:b w:val="0"/>
          <w:i w:val="0"/>
          <w:smallCaps w:val="0"/>
          <w:strike w:val="0"/>
          <w:sz w:val="16"/>
          <w:u w:val="none"/>
        </w:rPr>
        <w:t xml:space="preserve">. Because </w:t>
      </w:r>
      <w:r>
        <w:rPr>
          <w:b w:val="0"/>
          <w:i w:val="0"/>
          <w:smallCaps w:val="0"/>
          <w:strike w:val="0"/>
          <w:u w:val="single"/>
        </w:rPr>
        <w:t xml:space="preserve">they are usually manufactured by lean, market-driven entrepreneurs, </w:t>
      </w:r>
      <w:r>
        <w:rPr>
          <w:b w:val="0"/>
          <w:i w:val="0"/>
          <w:smallCaps w:val="0"/>
          <w:strike w:val="0"/>
          <w:highlight w:val="yellow"/>
          <w:u w:val="single"/>
        </w:rPr>
        <w:t xml:space="preserve">they are often the </w:t>
      </w:r>
      <w:r>
        <w:rPr>
          <w:b w:val="0"/>
          <w:i w:val="0"/>
          <w:smallCaps w:val="0"/>
          <w:strike w:val="0"/>
          <w:u w:val="single"/>
        </w:rPr>
        <w:t xml:space="preserve">first </w:t>
      </w:r>
      <w:r>
        <w:rPr>
          <w:b w:val="0"/>
          <w:i w:val="0"/>
          <w:smallCaps w:val="0"/>
          <w:strike w:val="0"/>
          <w:highlight w:val="yellow"/>
          <w:u w:val="single"/>
        </w:rPr>
        <w:t xml:space="preserve">signal of a </w:t>
      </w:r>
      <w:r>
        <w:rPr>
          <w:b w:val="0"/>
          <w:i w:val="0"/>
          <w:smallCaps w:val="0"/>
          <w:strike w:val="0"/>
          <w:u w:val="single"/>
        </w:rPr>
        <w:t xml:space="preserve">luxury </w:t>
      </w:r>
      <w:r>
        <w:rPr>
          <w:b w:val="0"/>
          <w:i w:val="0"/>
          <w:smallCaps w:val="0"/>
          <w:strike w:val="0"/>
          <w:highlight w:val="yellow"/>
          <w:u w:val="single"/>
        </w:rPr>
        <w:t>brand’s renaissanc</w:t>
      </w:r>
      <w:r>
        <w:rPr>
          <w:b w:val="0"/>
          <w:i w:val="0"/>
          <w:smallCaps w:val="0"/>
          <w:strike w:val="0"/>
          <w:u w:val="single"/>
        </w:rPr>
        <w:t>e</w:t>
      </w:r>
      <w:r>
        <w:rPr>
          <w:b w:val="0"/>
          <w:i w:val="0"/>
          <w:smallCaps w:val="0"/>
          <w:strike w:val="0"/>
          <w:sz w:val="16"/>
          <w:u w:val="none"/>
        </w:rPr>
        <w:t xml:space="preserve"> (when copies appear) or of the final nail in the coffin (when they don’t). As a result, </w:t>
      </w:r>
      <w:r>
        <w:rPr>
          <w:b w:val="0"/>
          <w:i w:val="0"/>
          <w:smallCaps w:val="0"/>
          <w:strike w:val="0"/>
          <w:highlight w:val="yellow"/>
          <w:u w:val="single"/>
        </w:rPr>
        <w:t xml:space="preserve">more than one </w:t>
      </w:r>
      <w:r>
        <w:rPr>
          <w:b w:val="0"/>
          <w:i w:val="0"/>
          <w:smallCaps w:val="0"/>
          <w:strike w:val="0"/>
          <w:u w:val="single"/>
        </w:rPr>
        <w:t xml:space="preserve">great </w:t>
      </w:r>
      <w:r>
        <w:rPr>
          <w:b w:val="0"/>
          <w:i w:val="0"/>
          <w:smallCaps w:val="0"/>
          <w:strike w:val="0"/>
          <w:highlight w:val="yellow"/>
          <w:u w:val="single"/>
        </w:rPr>
        <w:t>luxury house uses counterfeit</w:t>
      </w:r>
      <w:r>
        <w:rPr>
          <w:b w:val="0"/>
          <w:i w:val="0"/>
          <w:smallCaps w:val="0"/>
          <w:strike w:val="0"/>
          <w:u w:val="single"/>
        </w:rPr>
        <w:t xml:space="preserve"> sales </w:t>
      </w:r>
      <w:r>
        <w:rPr>
          <w:b w:val="0"/>
          <w:i w:val="0"/>
          <w:smallCaps w:val="0"/>
          <w:strike w:val="0"/>
          <w:highlight w:val="yellow"/>
          <w:u w:val="single"/>
        </w:rPr>
        <w:t xml:space="preserve">to predict demand for </w:t>
      </w:r>
      <w:r>
        <w:rPr>
          <w:b w:val="0"/>
          <w:i w:val="0"/>
          <w:smallCaps w:val="0"/>
          <w:strike w:val="0"/>
          <w:u w:val="single"/>
        </w:rPr>
        <w:t xml:space="preserve">its own brand </w:t>
      </w:r>
      <w:r>
        <w:rPr>
          <w:b w:val="0"/>
          <w:i w:val="0"/>
          <w:smallCaps w:val="0"/>
          <w:strike w:val="0"/>
          <w:highlight w:val="yellow"/>
          <w:u w:val="single"/>
        </w:rPr>
        <w:t xml:space="preserve">and gauge its </w:t>
      </w:r>
      <w:r>
        <w:rPr>
          <w:b w:val="0"/>
          <w:i w:val="0"/>
          <w:smallCaps w:val="0"/>
          <w:strike w:val="0"/>
          <w:u w:val="single"/>
        </w:rPr>
        <w:t xml:space="preserve">overall </w:t>
      </w:r>
      <w:r>
        <w:rPr>
          <w:b w:val="0"/>
          <w:i w:val="0"/>
          <w:smallCaps w:val="0"/>
          <w:strike w:val="0"/>
          <w:highlight w:val="yellow"/>
          <w:u w:val="single"/>
        </w:rPr>
        <w:t>health</w:t>
      </w:r>
      <w:r>
        <w:rPr>
          <w:b w:val="0"/>
          <w:i w:val="0"/>
          <w:smallCaps w:val="0"/>
          <w:strike w:val="0"/>
          <w:sz w:val="16"/>
          <w:u w:val="none"/>
        </w:rPr>
        <w:t>.</w:t>
      </w:r>
    </w:p>
    <w:p>
      <w:pPr>
        <w:spacing w:after="60"/>
      </w:pPr>
      <w:r>
        <w:rPr>
          <w:b w:val="0"/>
          <w:i w:val="0"/>
          <w:smallCaps w:val="0"/>
          <w:strike w:val="0"/>
          <w:highlight w:val="yellow"/>
          <w:u w:val="single"/>
        </w:rPr>
        <w:t xml:space="preserve">Fakes are also </w:t>
      </w:r>
      <w:r>
        <w:rPr>
          <w:b w:val="0"/>
          <w:i w:val="0"/>
          <w:smallCaps w:val="0"/>
          <w:strike w:val="0"/>
          <w:u w:val="single"/>
        </w:rPr>
        <w:t xml:space="preserve">often </w:t>
      </w:r>
      <w:r>
        <w:rPr>
          <w:b w:val="0"/>
          <w:i w:val="0"/>
          <w:smallCaps w:val="0"/>
          <w:strike w:val="0"/>
          <w:highlight w:val="yellow"/>
          <w:u w:val="single"/>
        </w:rPr>
        <w:t>the first place</w:t>
      </w:r>
      <w:r>
        <w:rPr>
          <w:b w:val="0"/>
          <w:i w:val="0"/>
          <w:smallCaps w:val="0"/>
          <w:strike w:val="0"/>
          <w:u w:val="single"/>
        </w:rPr>
        <w:t xml:space="preserve"> </w:t>
      </w:r>
      <w:r>
        <w:rPr>
          <w:b w:val="0"/>
          <w:i w:val="0"/>
          <w:smallCaps w:val="0"/>
          <w:strike w:val="0"/>
          <w:highlight w:val="yellow"/>
          <w:u w:val="single"/>
        </w:rPr>
        <w:t>where consumers develop an awareness</w:t>
      </w:r>
      <w:r>
        <w:rPr>
          <w:b w:val="0"/>
          <w:i w:val="0"/>
          <w:smallCaps w:val="0"/>
          <w:strike w:val="0"/>
          <w:u w:val="single"/>
        </w:rPr>
        <w:t xml:space="preserve"> and aspiration </w:t>
      </w:r>
      <w:r>
        <w:rPr>
          <w:b w:val="0"/>
          <w:i w:val="0"/>
          <w:smallCaps w:val="0"/>
          <w:strike w:val="0"/>
          <w:highlight w:val="yellow"/>
          <w:u w:val="single"/>
        </w:rPr>
        <w:t>for</w:t>
      </w:r>
      <w:r>
        <w:rPr>
          <w:b w:val="0"/>
          <w:i w:val="0"/>
          <w:smallCaps w:val="0"/>
          <w:strike w:val="0"/>
          <w:u w:val="single"/>
        </w:rPr>
        <w:t xml:space="preserve"> </w:t>
      </w:r>
      <w:r>
        <w:rPr>
          <w:b w:val="0"/>
          <w:i w:val="0"/>
          <w:smallCaps w:val="0"/>
          <w:strike w:val="0"/>
          <w:highlight w:val="yellow"/>
          <w:u w:val="single"/>
        </w:rPr>
        <w:t>genuine</w:t>
      </w:r>
      <w:r>
        <w:rPr>
          <w:b w:val="0"/>
          <w:i w:val="0"/>
          <w:smallCaps w:val="0"/>
          <w:strike w:val="0"/>
          <w:u w:val="single"/>
        </w:rPr>
        <w:t xml:space="preserve"> </w:t>
      </w:r>
      <w:r>
        <w:rPr>
          <w:b w:val="0"/>
          <w:i w:val="0"/>
          <w:smallCaps w:val="0"/>
          <w:strike w:val="0"/>
          <w:highlight w:val="yellow"/>
          <w:u w:val="single"/>
        </w:rPr>
        <w:t>luxury</w:t>
      </w:r>
      <w:r>
        <w:rPr>
          <w:b w:val="0"/>
          <w:i w:val="0"/>
          <w:smallCaps w:val="0"/>
          <w:strike w:val="0"/>
          <w:u w:val="single"/>
        </w:rPr>
        <w:t xml:space="preserve">. After all, </w:t>
      </w:r>
      <w:r>
        <w:rPr>
          <w:b w:val="0"/>
          <w:i w:val="0"/>
          <w:smallCaps w:val="0"/>
          <w:strike w:val="0"/>
          <w:highlight w:val="yellow"/>
          <w:u w:val="single"/>
        </w:rPr>
        <w:t>Davenport Lyons found a third of consumers</w:t>
      </w:r>
      <w:r>
        <w:rPr>
          <w:b w:val="0"/>
          <w:i w:val="0"/>
          <w:smallCaps w:val="0"/>
          <w:strike w:val="0"/>
          <w:u w:val="single"/>
        </w:rPr>
        <w:t xml:space="preserve"> </w:t>
      </w:r>
      <w:r>
        <w:rPr>
          <w:b w:val="0"/>
          <w:i w:val="0"/>
          <w:smallCaps w:val="0"/>
          <w:strike w:val="0"/>
          <w:highlight w:val="yellow"/>
          <w:u w:val="single"/>
        </w:rPr>
        <w:t>for fake</w:t>
      </w:r>
      <w:r>
        <w:rPr>
          <w:b w:val="0"/>
          <w:i w:val="0"/>
          <w:smallCaps w:val="0"/>
          <w:strike w:val="0"/>
          <w:u w:val="single"/>
        </w:rPr>
        <w:t xml:space="preserve"> luxury </w:t>
      </w:r>
      <w:r>
        <w:rPr>
          <w:b w:val="0"/>
          <w:i w:val="0"/>
          <w:smallCaps w:val="0"/>
          <w:strike w:val="0"/>
          <w:highlight w:val="yellow"/>
          <w:u w:val="single"/>
        </w:rPr>
        <w:t>said they would</w:t>
      </w:r>
      <w:r>
        <w:rPr>
          <w:b w:val="0"/>
          <w:i w:val="0"/>
          <w:smallCaps w:val="0"/>
          <w:strike w:val="0"/>
          <w:u w:val="single"/>
        </w:rPr>
        <w:t xml:space="preserve"> be more likely to </w:t>
      </w:r>
      <w:r>
        <w:rPr>
          <w:b w:val="0"/>
          <w:i w:val="0"/>
          <w:smallCaps w:val="0"/>
          <w:strike w:val="0"/>
          <w:highlight w:val="yellow"/>
          <w:u w:val="single"/>
        </w:rPr>
        <w:t>buy the real thing</w:t>
      </w:r>
      <w:r>
        <w:rPr>
          <w:b w:val="0"/>
          <w:i w:val="0"/>
          <w:smallCaps w:val="0"/>
          <w:strike w:val="0"/>
          <w:u w:val="single"/>
        </w:rPr>
        <w:t xml:space="preserve"> in the future </w:t>
      </w:r>
      <w:r>
        <w:rPr>
          <w:b w:val="0"/>
          <w:i w:val="0"/>
          <w:smallCaps w:val="0"/>
          <w:strike w:val="0"/>
          <w:highlight w:val="yellow"/>
          <w:u w:val="single"/>
        </w:rPr>
        <w:t>as a result</w:t>
      </w:r>
      <w:r>
        <w:rPr>
          <w:b w:val="0"/>
          <w:i w:val="0"/>
          <w:smallCaps w:val="0"/>
          <w:strike w:val="0"/>
          <w:u w:val="single"/>
        </w:rPr>
        <w:t>.</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