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China’s counterfeiting has integrated itself into its economy creating a unique situation where inventors are more competitive and innovative because of the open-sourced environment</w:t>
      </w:r>
    </w:p>
    <w:p>
      <w:pPr>
        <w:spacing w:after="80"/>
      </w:pPr>
      <w:r>
        <w:rPr>
          <w:b w:val="0"/>
          <w:i w:val="0"/>
          <w:smallCaps w:val="0"/>
          <w:strike w:val="0"/>
          <w:u w:val="none"/>
        </w:rPr>
        <w:t xml:space="preserve">Wy </w:t>
      </w:r>
      <w:r>
        <w:rPr>
          <w:b/>
          <w:i w:val="0"/>
          <w:smallCaps w:val="0"/>
          <w:strike w:val="0"/>
          <w:sz w:val="26"/>
          <w:u w:val="none"/>
        </w:rPr>
        <w:t>Cheng</w:t>
      </w:r>
      <w:r>
        <w:rPr>
          <w:b w:val="0"/>
          <w:i w:val="0"/>
          <w:smallCaps w:val="0"/>
          <w:strike w:val="0"/>
          <w:u w:val="none"/>
        </w:rPr>
        <w:t>, 07/28/20</w:t>
      </w:r>
      <w:r>
        <w:rPr>
          <w:b/>
          <w:i w:val="0"/>
          <w:smallCaps w:val="0"/>
          <w:strike w:val="0"/>
          <w:sz w:val="26"/>
          <w:u w:val="none"/>
        </w:rPr>
        <w:t>16</w:t>
      </w:r>
      <w:r>
        <w:rPr>
          <w:b w:val="0"/>
          <w:i w:val="0"/>
          <w:smallCaps w:val="0"/>
          <w:strike w:val="0"/>
          <w:u w:val="none"/>
        </w:rPr>
        <w:t xml:space="preserve"> | Wy Cheng is a researcher and writer on politics and economics conducting many deep studies on the economic effects of crimes such as counterfeiting and money laundering. | “The Hidden Benefits of China’s Counterfeiting Habit”, https://thediplomat.com/2016/07/the-hidden-benefits-of-chinas-counterfeiting-habit/ | ham</w:t>
      </w:r>
    </w:p>
    <w:p>
      <w:pPr>
        <w:spacing w:after="60"/>
      </w:pPr>
      <w:r>
        <w:rPr>
          <w:b w:val="0"/>
          <w:i w:val="0"/>
          <w:smallCaps w:val="0"/>
          <w:strike w:val="0"/>
          <w:sz w:val="22"/>
          <w:u w:val="single"/>
        </w:rPr>
        <w:t xml:space="preserve">Last month, </w:t>
      </w:r>
      <w:r>
        <w:rPr>
          <w:b w:val="0"/>
          <w:i w:val="0"/>
          <w:smallCaps w:val="0"/>
          <w:strike w:val="0"/>
          <w:sz w:val="22"/>
          <w:highlight w:val="yellow"/>
          <w:u w:val="single"/>
        </w:rPr>
        <w:t>when addressing the counterfeiting problem</w:t>
      </w:r>
      <w:r>
        <w:rPr>
          <w:b w:val="0"/>
          <w:i w:val="0"/>
          <w:smallCaps w:val="0"/>
          <w:strike w:val="0"/>
          <w:sz w:val="22"/>
          <w:u w:val="single"/>
        </w:rPr>
        <w:t xml:space="preserve"> in China, Alibaba </w:t>
      </w:r>
      <w:r>
        <w:rPr>
          <w:b w:val="0"/>
          <w:i w:val="0"/>
          <w:smallCaps w:val="0"/>
          <w:strike w:val="0"/>
          <w:sz w:val="22"/>
          <w:highlight w:val="yellow"/>
          <w:u w:val="single"/>
        </w:rPr>
        <w:t>founder Jack Ma said</w:t>
      </w:r>
      <w:r>
        <w:rPr>
          <w:b w:val="0"/>
          <w:i w:val="0"/>
          <w:smallCaps w:val="0"/>
          <w:strike w:val="0"/>
          <w:sz w:val="22"/>
          <w:u w:val="single"/>
        </w:rPr>
        <w:t xml:space="preserve">, “The problem is that the </w:t>
      </w:r>
      <w:r>
        <w:rPr>
          <w:b w:val="0"/>
          <w:i w:val="0"/>
          <w:smallCaps w:val="0"/>
          <w:strike w:val="0"/>
          <w:sz w:val="22"/>
          <w:highlight w:val="yellow"/>
          <w:u w:val="single"/>
        </w:rPr>
        <w:t>fake products</w:t>
      </w:r>
      <w:r>
        <w:rPr>
          <w:b w:val="0"/>
          <w:i w:val="0"/>
          <w:smallCaps w:val="0"/>
          <w:strike w:val="0"/>
          <w:sz w:val="22"/>
          <w:u w:val="single"/>
        </w:rPr>
        <w:t xml:space="preserve"> today, </w:t>
      </w:r>
      <w:r>
        <w:rPr>
          <w:b w:val="0"/>
          <w:i w:val="0"/>
          <w:smallCaps w:val="0"/>
          <w:strike w:val="0"/>
          <w:sz w:val="22"/>
          <w:highlight w:val="yellow"/>
          <w:u w:val="single"/>
        </w:rPr>
        <w:t>they make better quality, better prices</w:t>
      </w:r>
      <w:r>
        <w:rPr>
          <w:b w:val="0"/>
          <w:i w:val="0"/>
          <w:smallCaps w:val="0"/>
          <w:strike w:val="0"/>
          <w:sz w:val="22"/>
          <w:u w:val="single"/>
        </w:rPr>
        <w:t xml:space="preserve"> than the real products, the real names.” This comment outraged international brands and brought the problem of Chinese </w:t>
      </w:r>
      <w:r>
        <w:rPr>
          <w:b w:val="0"/>
          <w:i w:val="0"/>
          <w:smallCaps w:val="0"/>
          <w:strike w:val="0"/>
          <w:sz w:val="22"/>
          <w:u w:val="single"/>
        </w:rPr>
        <w:t>shanzhai</w:t>
      </w:r>
      <w:r>
        <w:rPr>
          <w:b w:val="0"/>
          <w:i w:val="0"/>
          <w:smallCaps w:val="0"/>
          <w:strike w:val="0"/>
          <w:sz w:val="22"/>
          <w:u w:val="single"/>
        </w:rPr>
        <w:t xml:space="preserve"> culture back into the spotlight. </w:t>
      </w:r>
      <w:r>
        <w:rPr>
          <w:b w:val="0"/>
          <w:i w:val="0"/>
          <w:smallCaps w:val="0"/>
          <w:strike w:val="0"/>
          <w:sz w:val="16"/>
          <w:u w:val="none"/>
        </w:rPr>
        <w:t xml:space="preserve">Translated literally, the phrase </w:t>
      </w:r>
      <w:r>
        <w:rPr>
          <w:b w:val="0"/>
          <w:i w:val="0"/>
          <w:smallCaps w:val="0"/>
          <w:strike w:val="0"/>
          <w:sz w:val="16"/>
          <w:u w:val="none"/>
        </w:rPr>
        <w:t>shanzhai</w:t>
      </w:r>
      <w:r>
        <w:rPr>
          <w:b w:val="0"/>
          <w:i w:val="0"/>
          <w:smallCaps w:val="0"/>
          <w:strike w:val="0"/>
          <w:sz w:val="16"/>
          <w:u w:val="none"/>
        </w:rPr>
        <w:t xml:space="preserve"> </w:t>
      </w:r>
      <w:r>
        <w:rPr>
          <w:b w:val="0"/>
          <w:i w:val="0"/>
          <w:smallCaps w:val="0"/>
          <w:strike w:val="0"/>
          <w:sz w:val="16"/>
          <w:u w:val="none"/>
        </w:rPr>
        <w:t>mean</w:t>
      </w:r>
      <w:r>
        <w:rPr>
          <w:b w:val="0"/>
          <w:i w:val="0"/>
          <w:smallCaps w:val="0"/>
          <w:strike w:val="0"/>
          <w:sz w:val="16"/>
          <w:u w:val="none"/>
        </w:rPr>
        <w:t xml:space="preserve"> “mountain village,” but in recent decades, the phrase was given a life of its own. Today, it means an imitation of trademarked brands, including (but not limited to) international fashion labels and electronic products. For a long time, this norm in China’s manufacturing sector has invited bitter denunciations. International companies have been infuriated by Chinese manufacturers’ infringements on their intellectual properties, while Chinese authorities and scholars have been perturbed about how the </w:t>
      </w:r>
      <w:r>
        <w:rPr>
          <w:b w:val="0"/>
          <w:i w:val="0"/>
          <w:smallCaps w:val="0"/>
          <w:strike w:val="0"/>
          <w:sz w:val="16"/>
          <w:u w:val="none"/>
        </w:rPr>
        <w:t>shanzhai</w:t>
      </w:r>
      <w:r>
        <w:rPr>
          <w:b w:val="0"/>
          <w:i w:val="0"/>
          <w:smallCaps w:val="0"/>
          <w:strike w:val="0"/>
          <w:sz w:val="16"/>
          <w:u w:val="none"/>
        </w:rPr>
        <w:t xml:space="preserve"> phenomenon could jeopardize the country’s international standing and hamper the sprouting of creativity. Meanwhile, the “brighter sides” of </w:t>
      </w:r>
      <w:r>
        <w:rPr>
          <w:b w:val="0"/>
          <w:i w:val="0"/>
          <w:smallCaps w:val="0"/>
          <w:strike w:val="0"/>
          <w:sz w:val="16"/>
          <w:u w:val="none"/>
        </w:rPr>
        <w:t>shanzhai</w:t>
      </w:r>
      <w:r>
        <w:rPr>
          <w:b w:val="0"/>
          <w:i w:val="0"/>
          <w:smallCaps w:val="0"/>
          <w:strike w:val="0"/>
          <w:sz w:val="16"/>
          <w:u w:val="none"/>
        </w:rPr>
        <w:t xml:space="preserve"> have often been muted. Recently</w:t>
      </w:r>
      <w:r>
        <w:rPr>
          <w:b w:val="0"/>
          <w:i w:val="0"/>
          <w:smallCaps w:val="0"/>
          <w:strike w:val="0"/>
          <w:sz w:val="22"/>
          <w:u w:val="single"/>
        </w:rPr>
        <w:t xml:space="preserve">, WIRED broadcast a four-part documentary on the development of </w:t>
      </w:r>
      <w:r>
        <w:rPr>
          <w:b w:val="0"/>
          <w:i w:val="0"/>
          <w:smallCaps w:val="0"/>
          <w:strike w:val="0"/>
          <w:sz w:val="22"/>
          <w:u w:val="single"/>
        </w:rPr>
        <w:t>shanzhai</w:t>
      </w:r>
      <w:r>
        <w:rPr>
          <w:b w:val="0"/>
          <w:i w:val="0"/>
          <w:smallCaps w:val="0"/>
          <w:strike w:val="0"/>
          <w:sz w:val="22"/>
          <w:u w:val="single"/>
        </w:rPr>
        <w:t xml:space="preserve"> culture in the electronic manufacturing industry in Shenzhen, a major city in Guangdong Province, which is also the heartland of Chinese </w:t>
      </w:r>
      <w:r>
        <w:rPr>
          <w:b w:val="0"/>
          <w:i w:val="0"/>
          <w:smallCaps w:val="0"/>
          <w:strike w:val="0"/>
          <w:sz w:val="22"/>
          <w:u w:val="single"/>
        </w:rPr>
        <w:t>shanzhai</w:t>
      </w:r>
      <w:r>
        <w:rPr>
          <w:b w:val="0"/>
          <w:i w:val="0"/>
          <w:smallCaps w:val="0"/>
          <w:strike w:val="0"/>
          <w:sz w:val="22"/>
          <w:u w:val="single"/>
        </w:rPr>
        <w:t xml:space="preserve"> products. </w:t>
      </w:r>
      <w:r>
        <w:rPr>
          <w:b w:val="0"/>
          <w:i w:val="0"/>
          <w:smallCaps w:val="0"/>
          <w:strike w:val="0"/>
          <w:sz w:val="16"/>
          <w:u w:val="none"/>
        </w:rPr>
        <w:t>A number of</w:t>
      </w:r>
      <w:r>
        <w:rPr>
          <w:b w:val="0"/>
          <w:i w:val="0"/>
          <w:smallCaps w:val="0"/>
          <w:strike w:val="0"/>
          <w:sz w:val="16"/>
          <w:u w:val="none"/>
        </w:rPr>
        <w:t xml:space="preserve"> intriguing arguments appear in the documentary, though they do not necessarily reflect the stance of the tech magazine. Jack Ma’s viewpoint that </w:t>
      </w:r>
      <w:r>
        <w:rPr>
          <w:b w:val="0"/>
          <w:i w:val="0"/>
          <w:smallCaps w:val="0"/>
          <w:strike w:val="0"/>
          <w:sz w:val="16"/>
          <w:u w:val="none"/>
        </w:rPr>
        <w:t>shanzhai</w:t>
      </w:r>
      <w:r>
        <w:rPr>
          <w:b w:val="0"/>
          <w:i w:val="0"/>
          <w:smallCaps w:val="0"/>
          <w:strike w:val="0"/>
          <w:sz w:val="16"/>
          <w:u w:val="none"/>
        </w:rPr>
        <w:t xml:space="preserve"> products could indeed be of better quality and of better prices is brought into the discussion; this contention is not only supported by local </w:t>
      </w:r>
      <w:r>
        <w:rPr>
          <w:b w:val="0"/>
          <w:i w:val="0"/>
          <w:smallCaps w:val="0"/>
          <w:strike w:val="0"/>
          <w:sz w:val="16"/>
          <w:u w:val="none"/>
        </w:rPr>
        <w:t>shanzhai</w:t>
      </w:r>
      <w:r>
        <w:rPr>
          <w:b w:val="0"/>
          <w:i w:val="0"/>
          <w:smallCaps w:val="0"/>
          <w:strike w:val="0"/>
          <w:sz w:val="16"/>
          <w:u w:val="none"/>
        </w:rPr>
        <w:t xml:space="preserve"> producers, but also echoed by foreign investors. The documentary also explores the perspective that </w:t>
      </w:r>
      <w:r>
        <w:rPr>
          <w:b w:val="0"/>
          <w:i w:val="0"/>
          <w:smallCaps w:val="0"/>
          <w:strike w:val="0"/>
          <w:sz w:val="22"/>
          <w:highlight w:val="yellow"/>
          <w:u w:val="single"/>
        </w:rPr>
        <w:t xml:space="preserve">the affordability of </w:t>
      </w:r>
      <w:r>
        <w:rPr>
          <w:b w:val="0"/>
          <w:i w:val="0"/>
          <w:smallCaps w:val="0"/>
          <w:strike w:val="0"/>
          <w:sz w:val="22"/>
          <w:highlight w:val="yellow"/>
          <w:u w:val="single"/>
        </w:rPr>
        <w:t>shanzhai</w:t>
      </w:r>
      <w:r>
        <w:rPr>
          <w:b w:val="0"/>
          <w:i w:val="0"/>
          <w:smallCaps w:val="0"/>
          <w:strike w:val="0"/>
          <w:sz w:val="22"/>
          <w:highlight w:val="yellow"/>
          <w:u w:val="single"/>
        </w:rPr>
        <w:t xml:space="preserve"> products</w:t>
      </w:r>
      <w:r>
        <w:rPr>
          <w:b w:val="0"/>
          <w:i w:val="0"/>
          <w:smallCaps w:val="0"/>
          <w:strike w:val="0"/>
          <w:sz w:val="22"/>
          <w:u w:val="single"/>
        </w:rPr>
        <w:t xml:space="preserve"> has </w:t>
      </w:r>
      <w:r>
        <w:rPr>
          <w:b w:val="0"/>
          <w:i w:val="0"/>
          <w:smallCaps w:val="0"/>
          <w:strike w:val="0"/>
          <w:sz w:val="22"/>
          <w:highlight w:val="yellow"/>
          <w:u w:val="single"/>
        </w:rPr>
        <w:t>allowed</w:t>
      </w:r>
      <w:r>
        <w:rPr>
          <w:b w:val="0"/>
          <w:i w:val="0"/>
          <w:smallCaps w:val="0"/>
          <w:strike w:val="0"/>
          <w:sz w:val="22"/>
          <w:u w:val="single"/>
        </w:rPr>
        <w:t xml:space="preserve"> a </w:t>
      </w:r>
      <w:r>
        <w:rPr>
          <w:b w:val="0"/>
          <w:i w:val="0"/>
          <w:smallCaps w:val="0"/>
          <w:strike w:val="0"/>
          <w:sz w:val="22"/>
          <w:highlight w:val="yellow"/>
          <w:u w:val="single"/>
        </w:rPr>
        <w:t>wider public to gain access</w:t>
      </w:r>
      <w:r>
        <w:rPr>
          <w:b w:val="0"/>
          <w:i w:val="0"/>
          <w:smallCaps w:val="0"/>
          <w:strike w:val="0"/>
          <w:sz w:val="22"/>
          <w:u w:val="single"/>
        </w:rPr>
        <w:t xml:space="preserve"> to modern technology</w:t>
      </w:r>
      <w:r>
        <w:rPr>
          <w:b w:val="0"/>
          <w:i w:val="0"/>
          <w:smallCaps w:val="0"/>
          <w:strike w:val="0"/>
          <w:sz w:val="16"/>
          <w:u w:val="none"/>
        </w:rPr>
        <w:t xml:space="preserve"> and, in this sense, a </w:t>
      </w:r>
      <w:r>
        <w:rPr>
          <w:b w:val="0"/>
          <w:i w:val="0"/>
          <w:smallCaps w:val="0"/>
          <w:strike w:val="0"/>
          <w:sz w:val="16"/>
          <w:u w:val="none"/>
        </w:rPr>
        <w:t>shanzhai</w:t>
      </w:r>
      <w:r>
        <w:rPr>
          <w:b w:val="0"/>
          <w:i w:val="0"/>
          <w:smallCaps w:val="0"/>
          <w:strike w:val="0"/>
          <w:sz w:val="16"/>
          <w:u w:val="none"/>
        </w:rPr>
        <w:t xml:space="preserve"> manufacturer could be considered a modern Chinese “Robin Hood.” Without any doubt, the above allegations and </w:t>
      </w:r>
      <w:r>
        <w:rPr>
          <w:b w:val="0"/>
          <w:i w:val="0"/>
          <w:smallCaps w:val="0"/>
          <w:strike w:val="0"/>
          <w:sz w:val="16"/>
          <w:u w:val="none"/>
        </w:rPr>
        <w:t>shanzhai</w:t>
      </w:r>
      <w:r>
        <w:rPr>
          <w:b w:val="0"/>
          <w:i w:val="0"/>
          <w:smallCaps w:val="0"/>
          <w:strike w:val="0"/>
          <w:sz w:val="16"/>
          <w:u w:val="none"/>
        </w:rPr>
        <w:t xml:space="preserve"> culture itself give life to inexhaustible debates, especially </w:t>
      </w:r>
      <w:r>
        <w:rPr>
          <w:b w:val="0"/>
          <w:i w:val="0"/>
          <w:smallCaps w:val="0"/>
          <w:strike w:val="0"/>
          <w:sz w:val="16"/>
          <w:u w:val="none"/>
        </w:rPr>
        <w:t>in regards to</w:t>
      </w:r>
      <w:r>
        <w:rPr>
          <w:b w:val="0"/>
          <w:i w:val="0"/>
          <w:smallCaps w:val="0"/>
          <w:strike w:val="0"/>
          <w:sz w:val="16"/>
          <w:u w:val="none"/>
        </w:rPr>
        <w:t xml:space="preserve"> the moral grounds of the concept. </w:t>
      </w:r>
      <w:r>
        <w:rPr>
          <w:b w:val="0"/>
          <w:i w:val="0"/>
          <w:smallCaps w:val="0"/>
          <w:strike w:val="0"/>
          <w:sz w:val="22"/>
          <w:u w:val="single"/>
        </w:rPr>
        <w:t xml:space="preserve">Yet the most thought-provoking aspect of </w:t>
      </w:r>
      <w:r>
        <w:rPr>
          <w:b w:val="0"/>
          <w:i w:val="0"/>
          <w:smallCaps w:val="0"/>
          <w:strike w:val="0"/>
          <w:sz w:val="22"/>
          <w:u w:val="single"/>
        </w:rPr>
        <w:t>shanzhai</w:t>
      </w:r>
      <w:r>
        <w:rPr>
          <w:b w:val="0"/>
          <w:i w:val="0"/>
          <w:smallCaps w:val="0"/>
          <w:strike w:val="0"/>
          <w:sz w:val="22"/>
          <w:u w:val="single"/>
        </w:rPr>
        <w:t xml:space="preserve"> culture concerns how it has shaped a unique ecosystem in the Chinese tech industry. </w:t>
      </w:r>
      <w:r>
        <w:rPr>
          <w:b w:val="0"/>
          <w:i w:val="0"/>
          <w:smallCaps w:val="0"/>
          <w:strike w:val="0"/>
          <w:sz w:val="16"/>
          <w:u w:val="none"/>
        </w:rPr>
        <w:t xml:space="preserve">In the West, the tech industry is rather monopolistic while manufacturers and designers usually take on quite different and well-defined roles. But in China, where </w:t>
      </w:r>
      <w:r>
        <w:rPr>
          <w:b w:val="0"/>
          <w:i w:val="0"/>
          <w:smallCaps w:val="0"/>
          <w:strike w:val="0"/>
          <w:sz w:val="16"/>
          <w:u w:val="none"/>
        </w:rPr>
        <w:t>shanzhai</w:t>
      </w:r>
      <w:r>
        <w:rPr>
          <w:b w:val="0"/>
          <w:i w:val="0"/>
          <w:smallCaps w:val="0"/>
          <w:strike w:val="0"/>
          <w:sz w:val="16"/>
          <w:u w:val="none"/>
        </w:rPr>
        <w:t xml:space="preserve"> culture prevails, the market operates under a more competitive structure and the boundary between the two sides is nebulous. Often producers </w:t>
      </w:r>
      <w:r>
        <w:rPr>
          <w:b w:val="0"/>
          <w:i w:val="0"/>
          <w:smallCaps w:val="0"/>
          <w:strike w:val="0"/>
          <w:sz w:val="16"/>
          <w:u w:val="none"/>
        </w:rPr>
        <w:t>functions</w:t>
      </w:r>
      <w:r>
        <w:rPr>
          <w:b w:val="0"/>
          <w:i w:val="0"/>
          <w:smallCaps w:val="0"/>
          <w:strike w:val="0"/>
          <w:sz w:val="16"/>
          <w:u w:val="none"/>
        </w:rPr>
        <w:t xml:space="preserve"> out of small workshops and simultaneously take on “design” duties. </w:t>
      </w:r>
      <w:r>
        <w:rPr>
          <w:b w:val="0"/>
          <w:i w:val="0"/>
          <w:smallCaps w:val="0"/>
          <w:strike w:val="0"/>
          <w:sz w:val="22"/>
          <w:u w:val="single"/>
        </w:rPr>
        <w:t xml:space="preserve">In this market structure, </w:t>
      </w:r>
      <w:r>
        <w:rPr>
          <w:b w:val="0"/>
          <w:i w:val="0"/>
          <w:smallCaps w:val="0"/>
          <w:strike w:val="0"/>
          <w:sz w:val="22"/>
          <w:u w:val="single"/>
        </w:rPr>
        <w:t>shanzhai</w:t>
      </w:r>
      <w:r>
        <w:rPr>
          <w:b w:val="0"/>
          <w:i w:val="0"/>
          <w:smallCaps w:val="0"/>
          <w:strike w:val="0"/>
          <w:sz w:val="22"/>
          <w:u w:val="single"/>
        </w:rPr>
        <w:t xml:space="preserve"> producers are subject to fewer bureaucratic constraints in developing their new products.</w:t>
      </w:r>
      <w:r>
        <w:rPr>
          <w:b w:val="0"/>
          <w:i w:val="0"/>
          <w:smallCaps w:val="0"/>
          <w:strike w:val="0"/>
          <w:sz w:val="16"/>
          <w:u w:val="none"/>
        </w:rPr>
        <w:t xml:space="preserve"> Equally important is their guerrilla-like modus operandi; it allows skills and market information to flow more </w:t>
      </w:r>
      <w:r>
        <w:rPr>
          <w:b w:val="0"/>
          <w:i w:val="0"/>
          <w:smallCaps w:val="0"/>
          <w:strike w:val="0"/>
          <w:sz w:val="16"/>
          <w:u w:val="none"/>
        </w:rPr>
        <w:t>quickly, and</w:t>
      </w:r>
      <w:r>
        <w:rPr>
          <w:b w:val="0"/>
          <w:i w:val="0"/>
          <w:smallCaps w:val="0"/>
          <w:strike w:val="0"/>
          <w:sz w:val="16"/>
          <w:u w:val="none"/>
        </w:rPr>
        <w:t xml:space="preserve"> enhances their responsiveness to market demands. Originally, </w:t>
      </w:r>
      <w:r>
        <w:rPr>
          <w:b w:val="0"/>
          <w:i w:val="0"/>
          <w:smallCaps w:val="0"/>
          <w:strike w:val="0"/>
          <w:sz w:val="16"/>
          <w:u w:val="none"/>
        </w:rPr>
        <w:t>shanzhai</w:t>
      </w:r>
      <w:r>
        <w:rPr>
          <w:b w:val="0"/>
          <w:i w:val="0"/>
          <w:smallCaps w:val="0"/>
          <w:strike w:val="0"/>
          <w:sz w:val="16"/>
          <w:u w:val="none"/>
        </w:rPr>
        <w:t xml:space="preserve"> producers made a living by making </w:t>
      </w:r>
      <w:r>
        <w:rPr>
          <w:b w:val="0"/>
          <w:i w:val="0"/>
          <w:smallCaps w:val="0"/>
          <w:strike w:val="0"/>
          <w:sz w:val="16"/>
          <w:u w:val="none"/>
        </w:rPr>
        <w:t>knock-offs</w:t>
      </w:r>
      <w:r>
        <w:rPr>
          <w:b w:val="0"/>
          <w:i w:val="0"/>
          <w:smallCaps w:val="0"/>
          <w:strike w:val="0"/>
          <w:sz w:val="16"/>
          <w:u w:val="none"/>
        </w:rPr>
        <w:t xml:space="preserve"> with constituents from the same or similar manufacturers as those used by the real brands. But due to increasing market demand, today they also manufacture hybrid gadgets with self-developed components accompanied by parts </w:t>
      </w:r>
      <w:r>
        <w:rPr>
          <w:b w:val="0"/>
          <w:i w:val="0"/>
          <w:smallCaps w:val="0"/>
          <w:strike w:val="0"/>
          <w:sz w:val="16"/>
          <w:u w:val="none"/>
        </w:rPr>
        <w:t>from</w:t>
      </w:r>
      <w:r>
        <w:rPr>
          <w:b w:val="0"/>
          <w:i w:val="0"/>
          <w:smallCaps w:val="0"/>
          <w:strike w:val="0"/>
          <w:sz w:val="16"/>
          <w:u w:val="none"/>
        </w:rPr>
        <w:t xml:space="preserve"> different names. In terms of technical procedures such as re-configuration, enhancing functions, and refining designs, as the WIRED documentary reveals, the </w:t>
      </w:r>
      <w:r>
        <w:rPr>
          <w:b w:val="0"/>
          <w:i w:val="0"/>
          <w:smallCaps w:val="0"/>
          <w:strike w:val="0"/>
          <w:sz w:val="16"/>
          <w:u w:val="none"/>
        </w:rPr>
        <w:t>shanzhai</w:t>
      </w:r>
      <w:r>
        <w:rPr>
          <w:b w:val="0"/>
          <w:i w:val="0"/>
          <w:smallCaps w:val="0"/>
          <w:strike w:val="0"/>
          <w:sz w:val="16"/>
          <w:u w:val="none"/>
        </w:rPr>
        <w:t xml:space="preserve"> producers already enjoy a high level of skill that critics of </w:t>
      </w:r>
      <w:r>
        <w:rPr>
          <w:b w:val="0"/>
          <w:i w:val="0"/>
          <w:smallCaps w:val="0"/>
          <w:strike w:val="0"/>
          <w:sz w:val="16"/>
          <w:u w:val="none"/>
        </w:rPr>
        <w:t>shanzhai</w:t>
      </w:r>
      <w:r>
        <w:rPr>
          <w:b w:val="0"/>
          <w:i w:val="0"/>
          <w:smallCaps w:val="0"/>
          <w:strike w:val="0"/>
          <w:sz w:val="16"/>
          <w:u w:val="none"/>
        </w:rPr>
        <w:t xml:space="preserve"> culture often underestimate. </w:t>
      </w:r>
      <w:r>
        <w:rPr>
          <w:b w:val="0"/>
          <w:i w:val="0"/>
          <w:smallCaps w:val="0"/>
          <w:strike w:val="0"/>
          <w:sz w:val="22"/>
          <w:u w:val="single"/>
        </w:rPr>
        <w:t>The most unique part of the ecosystem indeed lies in how the industry players view the sharing of techniques and skills. In the West, tech industry players hold patents in high regard, since patents are considered as the ultimate tool to protect intellectual property.</w:t>
      </w:r>
      <w:r>
        <w:rPr>
          <w:b w:val="0"/>
          <w:i w:val="0"/>
          <w:smallCaps w:val="0"/>
          <w:strike w:val="0"/>
          <w:sz w:val="16"/>
          <w:u w:val="none"/>
        </w:rPr>
        <w:t xml:space="preserve"> But in China, </w:t>
      </w:r>
      <w:r>
        <w:rPr>
          <w:b w:val="0"/>
          <w:i w:val="0"/>
          <w:smallCaps w:val="0"/>
          <w:strike w:val="0"/>
          <w:sz w:val="16"/>
          <w:u w:val="none"/>
        </w:rPr>
        <w:t>shanzhai</w:t>
      </w:r>
      <w:r>
        <w:rPr>
          <w:b w:val="0"/>
          <w:i w:val="0"/>
          <w:smallCaps w:val="0"/>
          <w:strike w:val="0"/>
          <w:sz w:val="16"/>
          <w:u w:val="none"/>
        </w:rPr>
        <w:t xml:space="preserve"> culture has forced industrial players to accept that preventing others from copying is impossible. Thus, they allow skills and techniques to be shared in an </w:t>
      </w:r>
      <w:r>
        <w:rPr>
          <w:b w:val="0"/>
          <w:i w:val="0"/>
          <w:smallCaps w:val="0"/>
          <w:strike w:val="0"/>
          <w:sz w:val="16"/>
          <w:u w:val="none"/>
        </w:rPr>
        <w:t>open-source</w:t>
      </w:r>
      <w:r>
        <w:rPr>
          <w:b w:val="0"/>
          <w:i w:val="0"/>
          <w:smallCaps w:val="0"/>
          <w:strike w:val="0"/>
          <w:sz w:val="16"/>
          <w:u w:val="none"/>
        </w:rPr>
        <w:t xml:space="preserve"> environment, and waste no time and effort in playing the protracted games of patent lawsuits. Most importantly, as brands recognize that they could easily be replaced by their competitors, they strive to leap forward before others copy their techniques. Survival is always the most powerful source of motivation; the cruelty of the </w:t>
      </w:r>
      <w:r>
        <w:rPr>
          <w:b w:val="0"/>
          <w:i w:val="0"/>
          <w:smallCaps w:val="0"/>
          <w:strike w:val="0"/>
          <w:sz w:val="16"/>
          <w:u w:val="none"/>
        </w:rPr>
        <w:t>shanzhai</w:t>
      </w:r>
      <w:r>
        <w:rPr>
          <w:b w:val="0"/>
          <w:i w:val="0"/>
          <w:smallCaps w:val="0"/>
          <w:strike w:val="0"/>
          <w:sz w:val="16"/>
          <w:u w:val="none"/>
        </w:rPr>
        <w:t xml:space="preserve"> ecosystem has made the Chinese market a perfect breeding ground (also battleground) where industrial players are motivated to achieve faster delivery, higher affordability, and higher quality. Intellectual property rights should be definitely </w:t>
      </w:r>
      <w:r>
        <w:rPr>
          <w:b w:val="0"/>
          <w:i w:val="0"/>
          <w:smallCaps w:val="0"/>
          <w:strike w:val="0"/>
          <w:sz w:val="16"/>
          <w:u w:val="none"/>
        </w:rPr>
        <w:t>respected</w:t>
      </w:r>
      <w:r>
        <w:rPr>
          <w:b w:val="0"/>
          <w:i w:val="0"/>
          <w:smallCaps w:val="0"/>
          <w:strike w:val="0"/>
          <w:sz w:val="16"/>
          <w:u w:val="none"/>
        </w:rPr>
        <w:t xml:space="preserve"> and this article is not trying to justify </w:t>
      </w:r>
      <w:r>
        <w:rPr>
          <w:b w:val="0"/>
          <w:i w:val="0"/>
          <w:smallCaps w:val="0"/>
          <w:strike w:val="0"/>
          <w:sz w:val="16"/>
          <w:u w:val="none"/>
        </w:rPr>
        <w:t>shanzhai</w:t>
      </w:r>
      <w:r>
        <w:rPr>
          <w:b w:val="0"/>
          <w:i w:val="0"/>
          <w:smallCaps w:val="0"/>
          <w:strike w:val="0"/>
          <w:sz w:val="16"/>
          <w:u w:val="none"/>
        </w:rPr>
        <w:t xml:space="preserve"> culture — which is often deemed as theft in Western culture — on moral grounds. </w:t>
      </w:r>
      <w:r>
        <w:rPr>
          <w:b w:val="0"/>
          <w:i w:val="0"/>
          <w:smallCaps w:val="0"/>
          <w:strike w:val="0"/>
          <w:sz w:val="22"/>
          <w:u w:val="single"/>
        </w:rPr>
        <w:t xml:space="preserve">But the </w:t>
      </w:r>
      <w:r>
        <w:rPr>
          <w:b w:val="0"/>
          <w:i w:val="0"/>
          <w:smallCaps w:val="0"/>
          <w:strike w:val="0"/>
          <w:sz w:val="22"/>
          <w:highlight w:val="yellow"/>
          <w:u w:val="single"/>
        </w:rPr>
        <w:t>security granted by patents</w:t>
      </w:r>
      <w:r>
        <w:rPr>
          <w:b w:val="0"/>
          <w:i w:val="0"/>
          <w:smallCaps w:val="0"/>
          <w:strike w:val="0"/>
          <w:sz w:val="22"/>
          <w:u w:val="single"/>
        </w:rPr>
        <w:t xml:space="preserve"> could also be </w:t>
      </w:r>
      <w:r>
        <w:rPr>
          <w:b w:val="0"/>
          <w:i w:val="0"/>
          <w:smallCaps w:val="0"/>
          <w:strike w:val="0"/>
          <w:sz w:val="22"/>
          <w:highlight w:val="yellow"/>
          <w:u w:val="single"/>
        </w:rPr>
        <w:t xml:space="preserve">a </w:t>
      </w:r>
      <w:r>
        <w:rPr>
          <w:b w:val="0"/>
          <w:i w:val="0"/>
          <w:smallCaps w:val="0"/>
          <w:strike w:val="0"/>
          <w:sz w:val="22"/>
          <w:highlight w:val="yellow"/>
          <w:u w:val="single"/>
        </w:rPr>
        <w:t>hindrance barring innovators</w:t>
      </w:r>
      <w:r>
        <w:rPr>
          <w:b w:val="0"/>
          <w:i w:val="0"/>
          <w:smallCaps w:val="0"/>
          <w:strike w:val="0"/>
          <w:sz w:val="22"/>
          <w:u w:val="single"/>
        </w:rPr>
        <w:t xml:space="preserve"> from leaping forward. </w:t>
      </w:r>
      <w:r>
        <w:rPr>
          <w:b w:val="0"/>
          <w:i w:val="0"/>
          <w:smallCaps w:val="0"/>
          <w:strike w:val="0"/>
          <w:sz w:val="22"/>
          <w:highlight w:val="yellow"/>
          <w:u w:val="single"/>
        </w:rPr>
        <w:t>In societies</w:t>
      </w:r>
      <w:r>
        <w:rPr>
          <w:b w:val="0"/>
          <w:i w:val="0"/>
          <w:smallCaps w:val="0"/>
          <w:strike w:val="0"/>
          <w:sz w:val="22"/>
          <w:u w:val="single"/>
        </w:rPr>
        <w:t xml:space="preserve"> where </w:t>
      </w:r>
      <w:r>
        <w:rPr>
          <w:b w:val="0"/>
          <w:i w:val="0"/>
          <w:smallCaps w:val="0"/>
          <w:strike w:val="0"/>
          <w:sz w:val="22"/>
          <w:highlight w:val="yellow"/>
          <w:u w:val="single"/>
        </w:rPr>
        <w:t>innovators are too comfortable with patent systems</w:t>
      </w:r>
      <w:r>
        <w:rPr>
          <w:b w:val="0"/>
          <w:i w:val="0"/>
          <w:smallCaps w:val="0"/>
          <w:strike w:val="0"/>
          <w:sz w:val="22"/>
          <w:u w:val="single"/>
        </w:rPr>
        <w:t xml:space="preserve">, it will be </w:t>
      </w:r>
      <w:r>
        <w:rPr>
          <w:b w:val="0"/>
          <w:i w:val="0"/>
          <w:smallCaps w:val="0"/>
          <w:strike w:val="0"/>
          <w:sz w:val="22"/>
          <w:highlight w:val="yellow"/>
          <w:u w:val="single"/>
        </w:rPr>
        <w:t>difficult for them to accept a competitive, open-source ecosystem</w:t>
      </w:r>
      <w:r>
        <w:rPr>
          <w:b w:val="0"/>
          <w:i w:val="0"/>
          <w:smallCaps w:val="0"/>
          <w:strike w:val="0"/>
          <w:sz w:val="22"/>
          <w:u w:val="single"/>
        </w:rPr>
        <w:t xml:space="preserve"> — </w:t>
      </w:r>
      <w:r>
        <w:rPr>
          <w:b w:val="0"/>
          <w:i w:val="0"/>
          <w:smallCaps w:val="0"/>
          <w:strike w:val="0"/>
          <w:sz w:val="22"/>
          <w:highlight w:val="yellow"/>
          <w:u w:val="single"/>
        </w:rPr>
        <w:t>not to mention</w:t>
      </w:r>
      <w:r>
        <w:rPr>
          <w:b w:val="0"/>
          <w:i w:val="0"/>
          <w:smallCaps w:val="0"/>
          <w:strike w:val="0"/>
          <w:sz w:val="22"/>
          <w:u w:val="single"/>
        </w:rPr>
        <w:t xml:space="preserve"> the </w:t>
      </w:r>
      <w:r>
        <w:rPr>
          <w:b w:val="0"/>
          <w:i w:val="0"/>
          <w:smallCaps w:val="0"/>
          <w:strike w:val="0"/>
          <w:sz w:val="22"/>
          <w:highlight w:val="yellow"/>
          <w:u w:val="single"/>
        </w:rPr>
        <w:t>harrowing survival-oriented market structure</w:t>
      </w:r>
      <w:r>
        <w:rPr>
          <w:b w:val="0"/>
          <w:i w:val="0"/>
          <w:smallCaps w:val="0"/>
          <w:strike w:val="0"/>
          <w:sz w:val="22"/>
          <w:u w:val="single"/>
        </w:rPr>
        <w:t xml:space="preserve">. Now that </w:t>
      </w:r>
      <w:r>
        <w:rPr>
          <w:b w:val="0"/>
          <w:i w:val="0"/>
          <w:smallCaps w:val="0"/>
          <w:strike w:val="0"/>
          <w:sz w:val="22"/>
          <w:highlight w:val="yellow"/>
          <w:u w:val="single"/>
        </w:rPr>
        <w:t>shanzhai</w:t>
      </w:r>
      <w:r>
        <w:rPr>
          <w:b w:val="0"/>
          <w:i w:val="0"/>
          <w:smallCaps w:val="0"/>
          <w:strike w:val="0"/>
          <w:sz w:val="22"/>
          <w:highlight w:val="yellow"/>
          <w:u w:val="single"/>
        </w:rPr>
        <w:t xml:space="preserve"> culture</w:t>
      </w:r>
      <w:r>
        <w:rPr>
          <w:b w:val="0"/>
          <w:i w:val="0"/>
          <w:smallCaps w:val="0"/>
          <w:strike w:val="0"/>
          <w:sz w:val="22"/>
          <w:u w:val="single"/>
        </w:rPr>
        <w:t xml:space="preserve"> has </w:t>
      </w:r>
      <w:r>
        <w:rPr>
          <w:b w:val="0"/>
          <w:i w:val="0"/>
          <w:smallCaps w:val="0"/>
          <w:strike w:val="0"/>
          <w:sz w:val="22"/>
          <w:highlight w:val="yellow"/>
          <w:u w:val="single"/>
        </w:rPr>
        <w:t>prepared Chinese</w:t>
      </w:r>
      <w:r>
        <w:rPr>
          <w:b w:val="0"/>
          <w:i w:val="0"/>
          <w:smallCaps w:val="0"/>
          <w:strike w:val="0"/>
          <w:sz w:val="22"/>
          <w:u w:val="single"/>
        </w:rPr>
        <w:t xml:space="preserve"> industrial </w:t>
      </w:r>
      <w:r>
        <w:rPr>
          <w:b w:val="0"/>
          <w:i w:val="0"/>
          <w:smallCaps w:val="0"/>
          <w:strike w:val="0"/>
          <w:sz w:val="22"/>
          <w:highlight w:val="yellow"/>
          <w:u w:val="single"/>
        </w:rPr>
        <w:t>players</w:t>
      </w:r>
      <w:r>
        <w:rPr>
          <w:b w:val="0"/>
          <w:i w:val="0"/>
          <w:smallCaps w:val="0"/>
          <w:strike w:val="0"/>
          <w:sz w:val="22"/>
          <w:u w:val="single"/>
        </w:rPr>
        <w:t xml:space="preserve"> (and not only those in tech industry) </w:t>
      </w:r>
      <w:r>
        <w:rPr>
          <w:b w:val="0"/>
          <w:i w:val="0"/>
          <w:smallCaps w:val="0"/>
          <w:strike w:val="0"/>
          <w:sz w:val="22"/>
          <w:highlight w:val="yellow"/>
          <w:u w:val="single"/>
        </w:rPr>
        <w:t>to sustain themselves and</w:t>
      </w:r>
      <w:r>
        <w:rPr>
          <w:b w:val="0"/>
          <w:i w:val="0"/>
          <w:smallCaps w:val="0"/>
          <w:strike w:val="0"/>
          <w:sz w:val="22"/>
          <w:u w:val="single"/>
        </w:rPr>
        <w:t xml:space="preserve"> even </w:t>
      </w:r>
      <w:r>
        <w:rPr>
          <w:b w:val="0"/>
          <w:i w:val="0"/>
          <w:smallCaps w:val="0"/>
          <w:strike w:val="0"/>
          <w:sz w:val="22"/>
          <w:highlight w:val="yellow"/>
          <w:u w:val="single"/>
        </w:rPr>
        <w:t>thrive</w:t>
      </w:r>
      <w:r>
        <w:rPr>
          <w:b w:val="0"/>
          <w:i w:val="0"/>
          <w:smallCaps w:val="0"/>
          <w:strike w:val="0"/>
          <w:sz w:val="22"/>
          <w:u w:val="single"/>
        </w:rPr>
        <w:t xml:space="preserve"> in </w:t>
      </w:r>
      <w:r>
        <w:rPr>
          <w:b w:val="0"/>
          <w:i w:val="0"/>
          <w:smallCaps w:val="0"/>
          <w:strike w:val="0"/>
          <w:sz w:val="22"/>
          <w:highlight w:val="yellow"/>
          <w:u w:val="single"/>
        </w:rPr>
        <w:t>tough</w:t>
      </w:r>
      <w:r>
        <w:rPr>
          <w:b w:val="0"/>
          <w:i w:val="0"/>
          <w:smallCaps w:val="0"/>
          <w:strike w:val="0"/>
          <w:sz w:val="22"/>
          <w:u w:val="single"/>
        </w:rPr>
        <w:t xml:space="preserve"> but effective </w:t>
      </w:r>
      <w:r>
        <w:rPr>
          <w:b w:val="0"/>
          <w:i w:val="0"/>
          <w:smallCaps w:val="0"/>
          <w:strike w:val="0"/>
          <w:sz w:val="22"/>
          <w:highlight w:val="yellow"/>
          <w:u w:val="single"/>
        </w:rPr>
        <w:t>environments</w:t>
      </w:r>
      <w:r>
        <w:rPr>
          <w:b w:val="0"/>
          <w:i w:val="0"/>
          <w:smallCaps w:val="0"/>
          <w:strike w:val="0"/>
          <w:sz w:val="22"/>
          <w:u w:val="single"/>
        </w:rPr>
        <w:t xml:space="preserve">, the country could indeed seize this advantage when coping with the “new normal” of slow growth. </w:t>
      </w:r>
      <w:r>
        <w:rPr>
          <w:b w:val="0"/>
          <w:i w:val="0"/>
          <w:smallCaps w:val="0"/>
          <w:strike w:val="0"/>
          <w:u w:val="single"/>
        </w:rPr>
        <w:t xml:space="preserve">In 2015, Chinese </w:t>
      </w:r>
      <w:r>
        <w:rPr>
          <w:b w:val="0"/>
          <w:i w:val="0"/>
          <w:smallCaps w:val="0"/>
          <w:strike w:val="0"/>
          <w:highlight w:val="yellow"/>
          <w:u w:val="single"/>
        </w:rPr>
        <w:t>government</w:t>
      </w:r>
      <w:r>
        <w:rPr>
          <w:b w:val="0"/>
          <w:i w:val="0"/>
          <w:smallCaps w:val="0"/>
          <w:strike w:val="0"/>
          <w:u w:val="single"/>
        </w:rPr>
        <w:t xml:space="preserve">-backed </w:t>
      </w:r>
      <w:r>
        <w:rPr>
          <w:b w:val="0"/>
          <w:i w:val="0"/>
          <w:smallCaps w:val="0"/>
          <w:strike w:val="0"/>
          <w:highlight w:val="yellow"/>
          <w:u w:val="single"/>
        </w:rPr>
        <w:t>venture funds</w:t>
      </w:r>
      <w:r>
        <w:rPr>
          <w:b w:val="0"/>
          <w:i w:val="0"/>
          <w:smallCaps w:val="0"/>
          <w:strike w:val="0"/>
          <w:u w:val="single"/>
        </w:rPr>
        <w:t xml:space="preserve"> </w:t>
      </w:r>
      <w:r>
        <w:rPr>
          <w:b w:val="0"/>
          <w:i w:val="0"/>
          <w:smallCaps w:val="0"/>
          <w:strike w:val="0"/>
          <w:highlight w:val="yellow"/>
          <w:u w:val="single"/>
        </w:rPr>
        <w:t>raised</w:t>
      </w:r>
      <w:r>
        <w:rPr>
          <w:b w:val="0"/>
          <w:i w:val="0"/>
          <w:smallCaps w:val="0"/>
          <w:strike w:val="0"/>
          <w:u w:val="single"/>
        </w:rPr>
        <w:t xml:space="preserve"> an historic 1.</w:t>
      </w:r>
      <w:r>
        <w:rPr>
          <w:b w:val="0"/>
          <w:i w:val="0"/>
          <w:smallCaps w:val="0"/>
          <w:strike w:val="0"/>
          <w:highlight w:val="yellow"/>
          <w:u w:val="single"/>
        </w:rPr>
        <w:t xml:space="preserve">5 </w:t>
      </w:r>
      <w:r>
        <w:rPr>
          <w:b w:val="0"/>
          <w:i w:val="0"/>
          <w:smallCaps w:val="0"/>
          <w:strike w:val="0"/>
          <w:highlight w:val="yellow"/>
          <w:u w:val="single"/>
        </w:rPr>
        <w:t>trillion yuan</w:t>
      </w:r>
      <w:r>
        <w:rPr>
          <w:b w:val="0"/>
          <w:i w:val="0"/>
          <w:smallCaps w:val="0"/>
          <w:strike w:val="0"/>
          <w:u w:val="single"/>
        </w:rPr>
        <w:t xml:space="preserve"> ($224 billion) fund to support high-tech start-up companies. Known as the </w:t>
      </w:r>
      <w:r>
        <w:rPr>
          <w:b w:val="0"/>
          <w:i w:val="0"/>
          <w:smallCaps w:val="0"/>
          <w:strike w:val="0"/>
          <w:highlight w:val="yellow"/>
          <w:u w:val="single"/>
        </w:rPr>
        <w:t>government guidance fund</w:t>
      </w:r>
      <w:r>
        <w:rPr>
          <w:b w:val="0"/>
          <w:i w:val="0"/>
          <w:smallCaps w:val="0"/>
          <w:strike w:val="0"/>
          <w:u w:val="single"/>
        </w:rPr>
        <w:t xml:space="preserve">, the money has </w:t>
      </w:r>
      <w:r>
        <w:rPr>
          <w:b w:val="0"/>
          <w:i w:val="0"/>
          <w:smallCaps w:val="0"/>
          <w:strike w:val="0"/>
          <w:highlight w:val="yellow"/>
          <w:u w:val="single"/>
        </w:rPr>
        <w:t>granted</w:t>
      </w:r>
      <w:r>
        <w:rPr>
          <w:b w:val="0"/>
          <w:i w:val="0"/>
          <w:smallCaps w:val="0"/>
          <w:strike w:val="0"/>
          <w:u w:val="single"/>
        </w:rPr>
        <w:t xml:space="preserve"> the government </w:t>
      </w:r>
      <w:r>
        <w:rPr>
          <w:b w:val="0"/>
          <w:i w:val="0"/>
          <w:smallCaps w:val="0"/>
          <w:strike w:val="0"/>
          <w:highlight w:val="yellow"/>
          <w:u w:val="single"/>
        </w:rPr>
        <w:t>the power of purse over</w:t>
      </w:r>
      <w:r>
        <w:rPr>
          <w:b w:val="0"/>
          <w:i w:val="0"/>
          <w:smallCaps w:val="0"/>
          <w:strike w:val="0"/>
          <w:u w:val="single"/>
        </w:rPr>
        <w:t xml:space="preserve"> the future </w:t>
      </w:r>
      <w:r>
        <w:rPr>
          <w:b w:val="0"/>
          <w:i w:val="0"/>
          <w:smallCaps w:val="0"/>
          <w:strike w:val="0"/>
          <w:highlight w:val="yellow"/>
          <w:u w:val="single"/>
        </w:rPr>
        <w:t>development of the Chinese tech industry.</w:t>
      </w:r>
      <w:r>
        <w:rPr>
          <w:b w:val="0"/>
          <w:i w:val="0"/>
          <w:smallCaps w:val="0"/>
          <w:strike w:val="0"/>
          <w:u w:val="single"/>
        </w:rPr>
        <w:t xml:space="preserve"> Certainly, the industry needs better-defined laws and patent systems to protect intellectual property. But it is also </w:t>
      </w:r>
      <w:r>
        <w:rPr>
          <w:b w:val="0"/>
          <w:i w:val="0"/>
          <w:smallCaps w:val="0"/>
          <w:strike w:val="0"/>
          <w:highlight w:val="yellow"/>
          <w:u w:val="single"/>
        </w:rPr>
        <w:t>a golden opportunity for</w:t>
      </w:r>
      <w:r>
        <w:rPr>
          <w:b w:val="0"/>
          <w:i w:val="0"/>
          <w:smallCaps w:val="0"/>
          <w:strike w:val="0"/>
          <w:u w:val="single"/>
        </w:rPr>
        <w:t xml:space="preserve"> the </w:t>
      </w:r>
      <w:r>
        <w:rPr>
          <w:b w:val="0"/>
          <w:i w:val="0"/>
          <w:smallCaps w:val="0"/>
          <w:strike w:val="0"/>
          <w:highlight w:val="yellow"/>
          <w:u w:val="single"/>
        </w:rPr>
        <w:t xml:space="preserve">government to strengthen the </w:t>
      </w:r>
      <w:r>
        <w:rPr>
          <w:b w:val="0"/>
          <w:i w:val="0"/>
          <w:smallCaps w:val="0"/>
          <w:strike w:val="0"/>
          <w:highlight w:val="yellow"/>
          <w:u w:val="single"/>
        </w:rPr>
        <w:t>open source</w:t>
      </w:r>
      <w:r>
        <w:rPr>
          <w:b w:val="0"/>
          <w:i w:val="0"/>
          <w:smallCaps w:val="0"/>
          <w:strike w:val="0"/>
          <w:highlight w:val="yellow"/>
          <w:u w:val="single"/>
        </w:rPr>
        <w:t xml:space="preserve"> culture</w:t>
      </w:r>
      <w:r>
        <w:rPr>
          <w:b w:val="0"/>
          <w:i w:val="0"/>
          <w:smallCaps w:val="0"/>
          <w:strike w:val="0"/>
          <w:u w:val="single"/>
        </w:rPr>
        <w:t xml:space="preserve">. Should it be able to </w:t>
      </w:r>
      <w:r>
        <w:rPr>
          <w:b w:val="0"/>
          <w:i w:val="0"/>
          <w:smallCaps w:val="0"/>
          <w:strike w:val="0"/>
          <w:highlight w:val="yellow"/>
          <w:u w:val="single"/>
        </w:rPr>
        <w:t>preserve this unique advantage</w:t>
      </w:r>
      <w:r>
        <w:rPr>
          <w:b w:val="0"/>
          <w:i w:val="0"/>
          <w:smallCaps w:val="0"/>
          <w:strike w:val="0"/>
          <w:u w:val="single"/>
        </w:rPr>
        <w:t xml:space="preserve"> across various industries through well-designed sharing systems, the </w:t>
      </w:r>
      <w:r>
        <w:rPr>
          <w:b w:val="0"/>
          <w:i w:val="0"/>
          <w:smallCaps w:val="0"/>
          <w:strike w:val="0"/>
          <w:highlight w:val="yellow"/>
          <w:u w:val="single"/>
        </w:rPr>
        <w:t>transition</w:t>
      </w:r>
      <w:r>
        <w:rPr>
          <w:b w:val="0"/>
          <w:i w:val="0"/>
          <w:smallCaps w:val="0"/>
          <w:strike w:val="0"/>
          <w:u w:val="single"/>
        </w:rPr>
        <w:t xml:space="preserve"> of the Chinese economy </w:t>
      </w:r>
      <w:r>
        <w:rPr>
          <w:b w:val="0"/>
          <w:i w:val="0"/>
          <w:smallCaps w:val="0"/>
          <w:strike w:val="0"/>
          <w:highlight w:val="yellow"/>
          <w:u w:val="single"/>
        </w:rPr>
        <w:t>into a knowledge economy</w:t>
      </w:r>
      <w:r>
        <w:rPr>
          <w:b w:val="0"/>
          <w:i w:val="0"/>
          <w:smallCaps w:val="0"/>
          <w:strike w:val="0"/>
          <w:u w:val="single"/>
        </w:rPr>
        <w:t xml:space="preserve"> will surely be smoother than many observers expect.</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