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SAFE SHOP act is the tipping point too finally reducing the amount of counterfeit products</w:t>
      </w:r>
    </w:p>
    <w:p>
      <w:pPr>
        <w:spacing w:after="80"/>
      </w:pPr>
      <w:r>
        <w:rPr>
          <w:b w:val="0"/>
          <w:i w:val="0"/>
          <w:smallCaps w:val="0"/>
          <w:strike w:val="0"/>
          <w:u w:val="none"/>
        </w:rPr>
        <w:t xml:space="preserve">Melissa </w:t>
      </w:r>
      <w:r>
        <w:rPr>
          <w:b/>
          <w:i w:val="0"/>
          <w:smallCaps w:val="0"/>
          <w:strike w:val="0"/>
          <w:sz w:val="26"/>
          <w:u w:val="none"/>
        </w:rPr>
        <w:t>Daniels</w:t>
      </w:r>
      <w:r>
        <w:rPr>
          <w:b w:val="0"/>
          <w:i w:val="0"/>
          <w:smallCaps w:val="0"/>
          <w:strike w:val="0"/>
          <w:u w:val="none"/>
        </w:rPr>
        <w:t xml:space="preserve"> 10/10/20</w:t>
      </w:r>
      <w:r>
        <w:rPr>
          <w:b/>
          <w:i w:val="0"/>
          <w:smallCaps w:val="0"/>
          <w:strike w:val="0"/>
          <w:sz w:val="26"/>
          <w:u w:val="none"/>
        </w:rPr>
        <w:t>23</w:t>
      </w:r>
      <w:r>
        <w:rPr>
          <w:b w:val="0"/>
          <w:i w:val="0"/>
          <w:smallCaps w:val="0"/>
          <w:strike w:val="0"/>
          <w:u w:val="none"/>
        </w:rPr>
        <w:t xml:space="preserve"> | Melissa Daniels is a California-based journalist who has written for numerous publications including the Associated Press, Law360, The Desert Sun, the Pittsburgh Tribune-Review and many more. In addition to more than a decade of working in journalism staff roles, she's been a waitress, bridal sales consultant and freelance social media strategist. She has a master's degree in digital audience strategies from Arizona State University and a bachelor's in newspaper journalism from Syracuse University. | Unpacked: The Shop Safe Act is the latest effort to crack down on counterfeit sales, https://www.modernretail.co/technology/unpacked-the-shop-safe-act-is-the-latest-effort-to-crack-down-on-counterfeit-sales/ | ham</w:t>
      </w:r>
    </w:p>
    <w:p>
      <w:pPr>
        <w:spacing w:after="60"/>
      </w:pPr>
      <w:r>
        <w:rPr>
          <w:b w:val="0"/>
          <w:i w:val="0"/>
          <w:smallCaps w:val="0"/>
          <w:strike w:val="0"/>
          <w:u w:val="single"/>
        </w:rPr>
        <w:t xml:space="preserve">The </w:t>
      </w:r>
      <w:r>
        <w:rPr>
          <w:b w:val="0"/>
          <w:i w:val="0"/>
          <w:smallCaps w:val="0"/>
          <w:strike w:val="0"/>
          <w:highlight w:val="yellow"/>
          <w:u w:val="single"/>
        </w:rPr>
        <w:t>Shop Safe Ac</w:t>
      </w:r>
      <w:r>
        <w:rPr>
          <w:b w:val="0"/>
          <w:i w:val="0"/>
          <w:smallCaps w:val="0"/>
          <w:strike w:val="0"/>
          <w:u w:val="single"/>
        </w:rPr>
        <w:t xml:space="preserve">t, introduced on Sept. 28 by Sens. Chris Coons (D-Del.) and Thom Tillis (R-N.C.), stands for the Stopping Harmful Offers on Platforms by Screening Against Fakes in E-Commerce Act. It was previously introduced last session </w:t>
      </w:r>
      <w:r>
        <w:rPr>
          <w:b w:val="0"/>
          <w:i w:val="0"/>
          <w:smallCaps w:val="0"/>
          <w:strike w:val="0"/>
          <w:u w:val="single"/>
        </w:rPr>
        <w:t xml:space="preserve">as </w:t>
      </w:r>
      <w:r>
        <w:rPr>
          <w:b w:val="0"/>
          <w:i w:val="0"/>
          <w:smallCaps w:val="0"/>
          <w:strike w:val="0"/>
          <w:highlight w:val="yellow"/>
          <w:u w:val="single"/>
        </w:rPr>
        <w:t>a means to</w:t>
      </w:r>
      <w:r>
        <w:rPr>
          <w:b w:val="0"/>
          <w:i w:val="0"/>
          <w:smallCaps w:val="0"/>
          <w:strike w:val="0"/>
          <w:highlight w:val="yellow"/>
          <w:u w:val="single"/>
        </w:rPr>
        <w:t xml:space="preserve"> crack down on counterfeit product sales</w:t>
      </w:r>
      <w:r>
        <w:rPr>
          <w:b w:val="0"/>
          <w:i w:val="0"/>
          <w:smallCaps w:val="0"/>
          <w:strike w:val="0"/>
          <w:u w:val="single"/>
        </w:rPr>
        <w:t xml:space="preserve"> alongside the Inform Act</w:t>
      </w:r>
      <w:r>
        <w:rPr>
          <w:b w:val="0"/>
          <w:i w:val="0"/>
          <w:smallCaps w:val="0"/>
          <w:strike w:val="0"/>
          <w:sz w:val="16"/>
          <w:u w:val="none"/>
        </w:rPr>
        <w:t xml:space="preserve">. That bill passed with support from both brands and marketplaces, and requires marketplaces to verify identification, contact information and bank account information to confirm the identity of third-party sellers. </w:t>
      </w:r>
      <w:r>
        <w:rPr>
          <w:b w:val="0"/>
          <w:i w:val="0"/>
          <w:smallCaps w:val="0"/>
          <w:strike w:val="0"/>
          <w:u w:val="single"/>
        </w:rPr>
        <w:t xml:space="preserve">The </w:t>
      </w:r>
      <w:r>
        <w:rPr>
          <w:b w:val="0"/>
          <w:i w:val="0"/>
          <w:smallCaps w:val="0"/>
          <w:strike w:val="0"/>
          <w:highlight w:val="yellow"/>
          <w:u w:val="single"/>
        </w:rPr>
        <w:t>Shop Safe Act goes a step further</w:t>
      </w:r>
      <w:r>
        <w:rPr>
          <w:b w:val="0"/>
          <w:i w:val="0"/>
          <w:smallCaps w:val="0"/>
          <w:strike w:val="0"/>
          <w:u w:val="single"/>
        </w:rPr>
        <w:t xml:space="preserve"> than </w:t>
      </w:r>
      <w:r>
        <w:rPr>
          <w:b w:val="0"/>
          <w:i w:val="0"/>
          <w:smallCaps w:val="0"/>
          <w:strike w:val="0"/>
          <w:u w:val="single"/>
        </w:rPr>
        <w:t>Inform</w:t>
      </w:r>
      <w:r>
        <w:rPr>
          <w:b w:val="0"/>
          <w:i w:val="0"/>
          <w:smallCaps w:val="0"/>
          <w:strike w:val="0"/>
          <w:u w:val="single"/>
        </w:rPr>
        <w:t xml:space="preserve"> by </w:t>
      </w:r>
      <w:r>
        <w:rPr>
          <w:b w:val="0"/>
          <w:i w:val="0"/>
          <w:smallCaps w:val="0"/>
          <w:strike w:val="0"/>
          <w:highlight w:val="yellow"/>
          <w:u w:val="single"/>
        </w:rPr>
        <w:t>requiring</w:t>
      </w:r>
      <w:r>
        <w:rPr>
          <w:b w:val="0"/>
          <w:i w:val="0"/>
          <w:smallCaps w:val="0"/>
          <w:strike w:val="0"/>
          <w:u w:val="single"/>
        </w:rPr>
        <w:t xml:space="preserve"> those </w:t>
      </w:r>
      <w:r>
        <w:rPr>
          <w:b w:val="0"/>
          <w:i w:val="0"/>
          <w:smallCaps w:val="0"/>
          <w:strike w:val="0"/>
          <w:highlight w:val="yellow"/>
          <w:u w:val="single"/>
        </w:rPr>
        <w:t>platforms to</w:t>
      </w:r>
      <w:r>
        <w:rPr>
          <w:b w:val="0"/>
          <w:i w:val="0"/>
          <w:smallCaps w:val="0"/>
          <w:strike w:val="0"/>
          <w:u w:val="single"/>
        </w:rPr>
        <w:t xml:space="preserve"> do more vetting of counterfeit goods, or else </w:t>
      </w:r>
      <w:r>
        <w:rPr>
          <w:b w:val="0"/>
          <w:i w:val="0"/>
          <w:smallCaps w:val="0"/>
          <w:strike w:val="0"/>
          <w:highlight w:val="yellow"/>
          <w:u w:val="single"/>
        </w:rPr>
        <w:t>be legally liable for those goods pose health or safety threats</w:t>
      </w:r>
      <w:r>
        <w:rPr>
          <w:b w:val="0"/>
          <w:i w:val="0"/>
          <w:smallCaps w:val="0"/>
          <w:strike w:val="0"/>
          <w:u w:val="single"/>
        </w:rPr>
        <w:t>.</w:t>
      </w:r>
      <w:r>
        <w:rPr>
          <w:b w:val="0"/>
          <w:i w:val="0"/>
          <w:smallCaps w:val="0"/>
          <w:strike w:val="0"/>
          <w:sz w:val="16"/>
          <w:u w:val="none"/>
        </w:rPr>
        <w:t xml:space="preserve"> It has widespread support form retail lobbies like the American Apparel and Footwear Association, Toy Association and the National Association of Manufacturers. The proposal, introduced as Senate Bill 2934, has made some headway with a hearing from the Senate Judiciary Subcommittee on intellectual property last week. But without the same widespread support that the Inform Act had, it’s unclear if the proposal will make it to a vote. Matt </w:t>
      </w:r>
      <w:r>
        <w:rPr>
          <w:b w:val="0"/>
          <w:i w:val="0"/>
          <w:smallCaps w:val="0"/>
          <w:strike w:val="0"/>
          <w:sz w:val="16"/>
          <w:u w:val="none"/>
        </w:rPr>
        <w:t>Schruers</w:t>
      </w:r>
      <w:r>
        <w:rPr>
          <w:b w:val="0"/>
          <w:i w:val="0"/>
          <w:smallCaps w:val="0"/>
          <w:strike w:val="0"/>
          <w:sz w:val="16"/>
          <w:u w:val="none"/>
        </w:rPr>
        <w:t xml:space="preserve">, president of the Computers &amp; Communications Industry Association, which counts e-commerce players like Amazon and eBay as members, said at the Senate subcommittee hearing last week that the proposal is “highly flawed.” The group supported the Inform Act, and </w:t>
      </w:r>
      <w:r>
        <w:rPr>
          <w:b w:val="0"/>
          <w:i w:val="0"/>
          <w:smallCaps w:val="0"/>
          <w:strike w:val="0"/>
          <w:sz w:val="16"/>
          <w:u w:val="none"/>
        </w:rPr>
        <w:t>Schruers</w:t>
      </w:r>
      <w:r>
        <w:rPr>
          <w:b w:val="0"/>
          <w:i w:val="0"/>
          <w:smallCaps w:val="0"/>
          <w:strike w:val="0"/>
          <w:sz w:val="16"/>
          <w:u w:val="none"/>
        </w:rPr>
        <w:t xml:space="preserve"> urged lawmakers to give that bill time to work before adding more laws. “CCIA has significant concerns with Shop Safe including broad, ambiguous definitions, prescriptive and inflexible requirements to escape automatic liability, and lack of meaningful responsibilities on the brand side, which mean the bill will not successfully accomplish what it seeks to address,” he said. But groups that support the Shop Safe Act, like the American Apparel &amp; Footwear Association, say that they’re looking for the same guardrails for online stores that exist for physical retail, where selling counterfeits is illegal. Jennifer Hanks, director of brand protection with AAFA, told Modern Retail that a key issue with counterfeits is because they’re made of lesser-quality materials that could be harmful. But even if the product is safe, there’s concern about how the purchaser will then view the brand if it’s of shoddy quality. “It goes far beyond that in terms of IP misuse, infringement, brand protection issues,” Hanks said. “And it’s not just our members. It’s across industries. With the Shop Safe Act again up for debate, here’s what brands need to know about the proposal and where it stands How widespread is counterfeiting? </w:t>
      </w:r>
      <w:r>
        <w:rPr>
          <w:b w:val="0"/>
          <w:i w:val="0"/>
          <w:smallCaps w:val="0"/>
          <w:strike w:val="0"/>
          <w:u w:val="single"/>
        </w:rPr>
        <w:t xml:space="preserve">Given its subversive nature, the exact scope of counterfeiting is hard to quantify. But the </w:t>
      </w:r>
      <w:r>
        <w:rPr>
          <w:b w:val="0"/>
          <w:i w:val="0"/>
          <w:smallCaps w:val="0"/>
          <w:strike w:val="0"/>
          <w:highlight w:val="yellow"/>
          <w:u w:val="single"/>
        </w:rPr>
        <w:t>N</w:t>
      </w:r>
      <w:r>
        <w:rPr>
          <w:b w:val="0"/>
          <w:i w:val="0"/>
          <w:smallCaps w:val="0"/>
          <w:strike w:val="0"/>
          <w:u w:val="single"/>
        </w:rPr>
        <w:t xml:space="preserve">ational </w:t>
      </w:r>
      <w:r>
        <w:rPr>
          <w:b w:val="0"/>
          <w:i w:val="0"/>
          <w:smallCaps w:val="0"/>
          <w:strike w:val="0"/>
          <w:highlight w:val="yellow"/>
          <w:u w:val="single"/>
        </w:rPr>
        <w:t>A</w:t>
      </w:r>
      <w:r>
        <w:rPr>
          <w:b w:val="0"/>
          <w:i w:val="0"/>
          <w:smallCaps w:val="0"/>
          <w:strike w:val="0"/>
          <w:u w:val="single"/>
        </w:rPr>
        <w:t xml:space="preserve">ssociation of </w:t>
      </w:r>
      <w:r>
        <w:rPr>
          <w:b w:val="0"/>
          <w:i w:val="0"/>
          <w:smallCaps w:val="0"/>
          <w:strike w:val="0"/>
          <w:highlight w:val="yellow"/>
          <w:u w:val="single"/>
        </w:rPr>
        <w:t>M</w:t>
      </w:r>
      <w:r>
        <w:rPr>
          <w:b w:val="0"/>
          <w:i w:val="0"/>
          <w:smallCaps w:val="0"/>
          <w:strike w:val="0"/>
          <w:u w:val="single"/>
        </w:rPr>
        <w:t xml:space="preserve">anufacturers </w:t>
      </w:r>
      <w:r>
        <w:rPr>
          <w:b w:val="0"/>
          <w:i w:val="0"/>
          <w:smallCaps w:val="0"/>
          <w:strike w:val="0"/>
          <w:highlight w:val="yellow"/>
          <w:u w:val="single"/>
        </w:rPr>
        <w:t>found in 2019 that counterfeits cost $131 billion from the U.S. economy</w:t>
      </w:r>
      <w:r>
        <w:rPr>
          <w:b w:val="0"/>
          <w:i w:val="0"/>
          <w:smallCaps w:val="0"/>
          <w:strike w:val="0"/>
          <w:u w:val="single"/>
        </w:rPr>
        <w:t xml:space="preserve">. Another indicator of counterfeit activity is the annual Notorious Markets review from the U.S. Trade Representative, which describes specific operations that sell counterfeit goods or facilitate piracy. The most recent edition said that rights holders — or the brands and companies that hold the intellectual property of legitimate goods — are noticing more counterfeits moving on social media channels. </w:t>
      </w:r>
      <w:r>
        <w:rPr>
          <w:b w:val="0"/>
          <w:i w:val="0"/>
          <w:smallCaps w:val="0"/>
          <w:strike w:val="0"/>
          <w:sz w:val="16"/>
          <w:u w:val="none"/>
        </w:rPr>
        <w:t xml:space="preserve">“This rising concern has coincided with the continued growth of e-commerce and the increased movement of many physical sellers to predominantly online platforms,” the report said. Platforms have attempted to tackle the issue of counterfeits on their own — Amazon reported that it took 6 million goods off last year — but they still face a challenge given the huge volume of products that are being sold. </w:t>
      </w:r>
      <w:r>
        <w:rPr>
          <w:b w:val="0"/>
          <w:i w:val="0"/>
          <w:smallCaps w:val="0"/>
          <w:strike w:val="0"/>
          <w:u w:val="single"/>
        </w:rPr>
        <w:t>For brands, coun</w:t>
      </w:r>
      <w:r>
        <w:rPr>
          <w:b w:val="0"/>
          <w:i w:val="0"/>
          <w:smallCaps w:val="0"/>
          <w:strike w:val="0"/>
          <w:highlight w:val="yellow"/>
          <w:u w:val="single"/>
        </w:rPr>
        <w:t>terfeits run the risk of damaging their reputation or stealing away sales</w:t>
      </w:r>
      <w:r>
        <w:rPr>
          <w:b w:val="0"/>
          <w:i w:val="0"/>
          <w:smallCaps w:val="0"/>
          <w:strike w:val="0"/>
          <w:u w:val="single"/>
        </w:rPr>
        <w:t xml:space="preserve"> — and while not necessarily rising to the level of an intellectual property violation, some </w:t>
      </w:r>
      <w:r>
        <w:rPr>
          <w:b w:val="0"/>
          <w:i w:val="0"/>
          <w:smallCaps w:val="0"/>
          <w:strike w:val="0"/>
          <w:highlight w:val="yellow"/>
          <w:u w:val="single"/>
        </w:rPr>
        <w:t>brands are facing competition from dupes that are cheaper and taking over</w:t>
      </w:r>
      <w:r>
        <w:rPr>
          <w:b w:val="0"/>
          <w:i w:val="0"/>
          <w:smallCaps w:val="0"/>
          <w:strike w:val="0"/>
          <w:u w:val="single"/>
        </w:rPr>
        <w:t xml:space="preserve"> on TikTok as users look to win out on a good deal. </w:t>
      </w:r>
      <w:r>
        <w:rPr>
          <w:b w:val="0"/>
          <w:i w:val="0"/>
          <w:smallCaps w:val="0"/>
          <w:strike w:val="0"/>
          <w:sz w:val="16"/>
          <w:u w:val="none"/>
        </w:rPr>
        <w:t xml:space="preserve">What would the Shop Safe Act require? </w:t>
      </w:r>
      <w:r>
        <w:rPr>
          <w:b w:val="0"/>
          <w:i w:val="0"/>
          <w:smallCaps w:val="0"/>
          <w:strike w:val="0"/>
          <w:u w:val="single"/>
        </w:rPr>
        <w:t xml:space="preserve">The </w:t>
      </w:r>
      <w:r>
        <w:rPr>
          <w:b w:val="0"/>
          <w:i w:val="0"/>
          <w:smallCaps w:val="0"/>
          <w:strike w:val="0"/>
          <w:highlight w:val="yellow"/>
          <w:u w:val="single"/>
        </w:rPr>
        <w:t>Shop Safe Act creates a law for trademark infringement liability that would apply to e-commerce platforms that sell a counterfeit good that poses a threat to health and safety</w:t>
      </w:r>
      <w:r>
        <w:rPr>
          <w:b w:val="0"/>
          <w:i w:val="0"/>
          <w:smallCaps w:val="0"/>
          <w:strike w:val="0"/>
          <w:u w:val="single"/>
        </w:rPr>
        <w:t xml:space="preserve">, unless that platform is providing “best practices.” Platforms that are vetting sellers, removing counterfeit listings and kicking off counterfeit sellers would have a safe harbor from liability, according to the current proposal. </w:t>
      </w:r>
      <w:r>
        <w:rPr>
          <w:b w:val="0"/>
          <w:i w:val="0"/>
          <w:smallCaps w:val="0"/>
          <w:strike w:val="0"/>
          <w:sz w:val="16"/>
          <w:u w:val="none"/>
        </w:rPr>
        <w:t xml:space="preserve">Brands that have trademarks for their products would be responsible for providing those to the platforms </w:t>
      </w:r>
      <w:r>
        <w:rPr>
          <w:b w:val="0"/>
          <w:i w:val="0"/>
          <w:smallCaps w:val="0"/>
          <w:strike w:val="0"/>
          <w:sz w:val="16"/>
          <w:u w:val="none"/>
        </w:rPr>
        <w:t>in order to</w:t>
      </w:r>
      <w:r>
        <w:rPr>
          <w:b w:val="0"/>
          <w:i w:val="0"/>
          <w:smallCaps w:val="0"/>
          <w:strike w:val="0"/>
          <w:sz w:val="16"/>
          <w:u w:val="none"/>
        </w:rPr>
        <w:t xml:space="preserve"> help them be proactive in removing counterfeit products. Why do brands support it? Jen Gibbons, the </w:t>
      </w:r>
      <w:r>
        <w:rPr>
          <w:b w:val="0"/>
          <w:i w:val="0"/>
          <w:smallCaps w:val="0"/>
          <w:strike w:val="0"/>
          <w:sz w:val="16"/>
          <w:u w:val="none"/>
        </w:rPr>
        <w:t>vp</w:t>
      </w:r>
      <w:r>
        <w:rPr>
          <w:b w:val="0"/>
          <w:i w:val="0"/>
          <w:smallCaps w:val="0"/>
          <w:strike w:val="0"/>
          <w:sz w:val="16"/>
          <w:u w:val="none"/>
        </w:rPr>
        <w:t xml:space="preserve"> of government affairs for the Toy Association, said the overarching concern with counterfeits is that those who are making them are likely to be using lesser-quality materials, or skirting the same safety testing that legal manufacturers would go through to bring the product to market. </w:t>
      </w:r>
      <w:r>
        <w:rPr>
          <w:b w:val="0"/>
          <w:i w:val="0"/>
          <w:smallCaps w:val="0"/>
          <w:strike w:val="0"/>
          <w:u w:val="single"/>
        </w:rPr>
        <w:t xml:space="preserve">Under the current system, it’s “disproportionately on brands or consumers to notify the platforms of dangerous or counterfeit or noncompliant products,” she said. The </w:t>
      </w:r>
      <w:r>
        <w:rPr>
          <w:b w:val="0"/>
          <w:i w:val="0"/>
          <w:smallCaps w:val="0"/>
          <w:strike w:val="0"/>
          <w:highlight w:val="yellow"/>
          <w:u w:val="single"/>
        </w:rPr>
        <w:t>Shop Safe Act</w:t>
      </w:r>
      <w:r>
        <w:rPr>
          <w:b w:val="0"/>
          <w:i w:val="0"/>
          <w:smallCaps w:val="0"/>
          <w:strike w:val="0"/>
          <w:u w:val="single"/>
        </w:rPr>
        <w:t xml:space="preserve"> could </w:t>
      </w:r>
      <w:r>
        <w:rPr>
          <w:b w:val="0"/>
          <w:i w:val="0"/>
          <w:smallCaps w:val="0"/>
          <w:strike w:val="0"/>
          <w:highlight w:val="yellow"/>
          <w:u w:val="single"/>
        </w:rPr>
        <w:t>remedy this</w:t>
      </w:r>
      <w:r>
        <w:rPr>
          <w:b w:val="0"/>
          <w:i w:val="0"/>
          <w:smallCaps w:val="0"/>
          <w:strike w:val="0"/>
          <w:u w:val="single"/>
        </w:rPr>
        <w:t xml:space="preserve"> by </w:t>
      </w:r>
      <w:r>
        <w:rPr>
          <w:b w:val="0"/>
          <w:i w:val="0"/>
          <w:smallCaps w:val="0"/>
          <w:strike w:val="0"/>
          <w:highlight w:val="yellow"/>
          <w:u w:val="single"/>
        </w:rPr>
        <w:t>making platforms take proactive measures</w:t>
      </w:r>
      <w:r>
        <w:rPr>
          <w:b w:val="0"/>
          <w:i w:val="0"/>
          <w:smallCaps w:val="0"/>
          <w:strike w:val="0"/>
          <w:u w:val="single"/>
        </w:rPr>
        <w:t xml:space="preserve"> to ensure that products are legitimate. </w:t>
      </w:r>
      <w:r>
        <w:rPr>
          <w:b w:val="0"/>
          <w:i w:val="0"/>
          <w:smallCaps w:val="0"/>
          <w:strike w:val="0"/>
          <w:sz w:val="16"/>
          <w:u w:val="none"/>
        </w:rPr>
        <w:t xml:space="preserve">“Right </w:t>
      </w:r>
      <w:r>
        <w:rPr>
          <w:b w:val="0"/>
          <w:i w:val="0"/>
          <w:smallCaps w:val="0"/>
          <w:strike w:val="0"/>
          <w:sz w:val="16"/>
          <w:u w:val="none"/>
        </w:rPr>
        <w:t>now</w:t>
      </w:r>
      <w:r>
        <w:rPr>
          <w:b w:val="0"/>
          <w:i w:val="0"/>
          <w:smallCaps w:val="0"/>
          <w:strike w:val="0"/>
          <w:sz w:val="16"/>
          <w:u w:val="none"/>
        </w:rPr>
        <w:t xml:space="preserve"> it’s extremely challenging and the burden of enforcement and notifying and getting counterfeits [off of marketplaces] falls disproportionately on the brands,” she said. “There’s no common approach, necessarily, across the marketplaces.” </w:t>
      </w:r>
      <w:r>
        <w:rPr>
          <w:b w:val="0"/>
          <w:i w:val="0"/>
          <w:smallCaps w:val="0"/>
          <w:strike w:val="0"/>
          <w:u w:val="single"/>
        </w:rPr>
        <w:t xml:space="preserve">Hanks said that the Shop </w:t>
      </w:r>
      <w:r>
        <w:rPr>
          <w:b w:val="0"/>
          <w:i w:val="0"/>
          <w:smallCaps w:val="0"/>
          <w:strike w:val="0"/>
          <w:highlight w:val="yellow"/>
          <w:u w:val="single"/>
        </w:rPr>
        <w:t>Safe Act’s requirements would provide</w:t>
      </w:r>
      <w:r>
        <w:rPr>
          <w:b w:val="0"/>
          <w:i w:val="0"/>
          <w:smallCaps w:val="0"/>
          <w:strike w:val="0"/>
          <w:u w:val="single"/>
        </w:rPr>
        <w:t xml:space="preserve"> parity between online and in-store retail, where it is illegal to sell counterfeits. “It’s </w:t>
      </w:r>
      <w:r>
        <w:rPr>
          <w:b w:val="0"/>
          <w:i w:val="0"/>
          <w:smallCaps w:val="0"/>
          <w:strike w:val="0"/>
          <w:highlight w:val="yellow"/>
          <w:u w:val="single"/>
        </w:rPr>
        <w:t>the verification and proactive measures</w:t>
      </w:r>
      <w:r>
        <w:rPr>
          <w:b w:val="0"/>
          <w:i w:val="0"/>
          <w:smallCaps w:val="0"/>
          <w:strike w:val="0"/>
          <w:u w:val="single"/>
        </w:rPr>
        <w:t xml:space="preserve"> in terms of keeping counterfeits off that platform </w:t>
      </w:r>
      <w:r>
        <w:rPr>
          <w:b w:val="0"/>
          <w:i w:val="0"/>
          <w:smallCaps w:val="0"/>
          <w:strike w:val="0"/>
          <w:highlight w:val="yellow"/>
          <w:u w:val="single"/>
        </w:rPr>
        <w:t>that is needed</w:t>
      </w:r>
      <w:r>
        <w:rPr>
          <w:b w:val="0"/>
          <w:i w:val="0"/>
          <w:smallCaps w:val="0"/>
          <w:strike w:val="0"/>
          <w:u w:val="single"/>
        </w:rPr>
        <w:t>,” she said.</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