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‘Strengthening’ intellectual property </w:t>
      </w:r>
      <w:r>
        <w:rPr>
          <w:b/>
          <w:i w:val="0"/>
          <w:smallCaps w:val="0"/>
          <w:strike w:val="0"/>
          <w:sz w:val="26"/>
          <w:u w:val="single"/>
        </w:rPr>
        <w:t>requires</w:t>
      </w:r>
      <w:r>
        <w:rPr>
          <w:b/>
          <w:i w:val="0"/>
          <w:smallCaps w:val="0"/>
          <w:strike w:val="0"/>
          <w:sz w:val="26"/>
          <w:u w:val="none"/>
        </w:rPr>
        <w:t xml:space="preserve"> a method to </w:t>
      </w:r>
      <w:r>
        <w:rPr>
          <w:b/>
          <w:i w:val="0"/>
          <w:smallCaps w:val="0"/>
          <w:strike w:val="0"/>
          <w:sz w:val="26"/>
          <w:u w:val="single"/>
        </w:rPr>
        <w:t>already exist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Obermark ’14</w:t>
      </w:r>
      <w:r>
        <w:rPr>
          <w:b w:val="0"/>
          <w:i w:val="0"/>
          <w:smallCaps w:val="0"/>
          <w:strike w:val="0"/>
          <w:u w:val="none"/>
        </w:rPr>
        <w:t xml:space="preserve"> [Jon; August 25; M.S. in Mathematics from the University of Illinois Urbana-Champaign, M.S. in Clinical Psychology from Argosy University Chicago, B.S. in Mathematics and Computer Science from Beloit College; English Stack Exchange, “Noun for rule to strengthen a preexisting one,” https://english.stackexchange.com/questions/193207/noun-for-rule-to-strengthen-a-preexisting-one] pbk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u w:val="single"/>
        </w:rPr>
        <w:t>'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strengthen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ing' of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law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, like a '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correction</w:t>
      </w:r>
      <w:r>
        <w:rPr>
          <w:b/>
          <w:i w:val="0"/>
          <w:smallCaps w:val="0"/>
          <w:strike w:val="0"/>
          <w:sz w:val="22"/>
          <w:u w:val="single"/>
        </w:rPr>
        <w:t>'</w:t>
      </w:r>
      <w:r>
        <w:rPr>
          <w:b/>
          <w:i w:val="0"/>
          <w:smallCaps w:val="0"/>
          <w:strike w:val="0"/>
          <w:sz w:val="22"/>
          <w:u w:val="single"/>
        </w:rPr>
        <w:t xml:space="preserve"> of an order,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replaces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law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fixes it</w:t>
      </w:r>
      <w:r>
        <w:rPr>
          <w:b w:val="0"/>
          <w:i w:val="0"/>
          <w:smallCaps w:val="0"/>
          <w:strike w:val="0"/>
          <w:sz w:val="16"/>
          <w:u w:val="none"/>
        </w:rPr>
        <w:t>. A 'reinforcement' of a law, like a 'corrective (measure)' on an order would lie beside it, leaving the original in force, and filling gaps or shaping its interpretation.</w:t>
      </w:r>
    </w:p>
    <w:p>
      <w:pPr>
        <w:pStyle w:val="Caption"/>
      </w:pPr>
      <w:r>
        <w:t>Source: Taxes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