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Taxes </w:t>
      </w:r>
      <w:r>
        <w:rPr>
          <w:b/>
          <w:i w:val="0"/>
          <w:smallCaps w:val="0"/>
          <w:strike w:val="0"/>
          <w:sz w:val="26"/>
          <w:u w:val="single"/>
        </w:rPr>
        <w:t>fail</w:t>
      </w:r>
      <w:r>
        <w:rPr>
          <w:b/>
          <w:i w:val="0"/>
          <w:smallCaps w:val="0"/>
          <w:strike w:val="0"/>
          <w:sz w:val="26"/>
          <w:u w:val="none"/>
        </w:rPr>
        <w:t xml:space="preserve">---other countries </w:t>
      </w:r>
      <w:r>
        <w:rPr>
          <w:b/>
          <w:i w:val="0"/>
          <w:smallCaps w:val="0"/>
          <w:strike w:val="0"/>
          <w:sz w:val="26"/>
          <w:u w:val="single"/>
        </w:rPr>
        <w:t>thump</w:t>
      </w:r>
      <w:r>
        <w:rPr>
          <w:b/>
          <w:i w:val="0"/>
          <w:smallCaps w:val="0"/>
          <w:strike w:val="0"/>
          <w:sz w:val="26"/>
          <w:u w:val="none"/>
        </w:rPr>
        <w:t>.</w:t>
      </w:r>
    </w:p>
    <w:p>
      <w:pPr>
        <w:spacing w:after="80"/>
      </w:pPr>
      <w:r>
        <w:rPr>
          <w:b/>
          <w:i w:val="0"/>
          <w:smallCaps w:val="0"/>
          <w:strike w:val="0"/>
          <w:sz w:val="26"/>
          <w:u w:val="none"/>
        </w:rPr>
        <w:t xml:space="preserve">Straub ’21 </w:t>
      </w:r>
      <w:r>
        <w:rPr>
          <w:b w:val="0"/>
          <w:i w:val="0"/>
          <w:smallCaps w:val="0"/>
          <w:strike w:val="0"/>
          <w:u w:val="none"/>
        </w:rPr>
        <w:t>[Jeremy; October 1; Dakota Digital Review, “</w:t>
      </w:r>
      <w:r>
        <w:rPr>
          <w:b w:val="0"/>
          <w:i w:val="0"/>
          <w:smallCaps w:val="0"/>
          <w:strike w:val="0"/>
          <w:u w:val="none"/>
        </w:rPr>
        <w:t>Would Regulation Prevent AI From Becoming an Evil Overlord?</w:t>
      </w:r>
      <w:r>
        <w:rPr>
          <w:b w:val="0"/>
          <w:i w:val="0"/>
          <w:smallCaps w:val="0"/>
          <w:strike w:val="0"/>
          <w:u w:val="none"/>
        </w:rPr>
        <w:t xml:space="preserve">” </w:t>
      </w:r>
      <w:r>
        <w:rPr>
          <w:b w:val="0"/>
          <w:i w:val="0"/>
          <w:smallCaps w:val="0"/>
          <w:strike w:val="0"/>
          <w:u w:val="none"/>
        </w:rPr>
        <w:t xml:space="preserve">; KP] </w:t>
      </w:r>
    </w:p>
    <w:p>
      <w:pPr>
        <w:spacing w:after="60"/>
      </w:pPr>
      <w:r>
        <w:rPr>
          <w:b w:val="0"/>
          <w:i w:val="0"/>
          <w:smallCaps w:val="0"/>
          <w:strike w:val="0"/>
          <w:sz w:val="16"/>
          <w:u w:val="none"/>
        </w:rPr>
        <w:t xml:space="preserve">Many </w:t>
      </w:r>
      <w:r>
        <w:rPr>
          <w:b/>
          <w:i w:val="0"/>
          <w:smallCaps w:val="0"/>
          <w:strike w:val="0"/>
          <w:sz w:val="22"/>
          <w:u w:val="single"/>
        </w:rPr>
        <w:t xml:space="preserve">discussions of U.S. </w:t>
      </w:r>
      <w:r>
        <w:rPr>
          <w:b/>
          <w:i w:val="0"/>
          <w:smallCaps w:val="0"/>
          <w:strike w:val="0"/>
          <w:sz w:val="22"/>
          <w:highlight w:val="cyan"/>
          <w:u w:val="single"/>
        </w:rPr>
        <w:t>regulations</w:t>
      </w:r>
      <w:r>
        <w:rPr>
          <w:b w:val="0"/>
          <w:i w:val="0"/>
          <w:smallCaps w:val="0"/>
          <w:strike w:val="0"/>
          <w:sz w:val="16"/>
          <w:u w:val="none"/>
        </w:rPr>
        <w:t xml:space="preserve"> seem to </w:t>
      </w:r>
      <w:r>
        <w:rPr>
          <w:b/>
          <w:i w:val="0"/>
          <w:smallCaps w:val="0"/>
          <w:strike w:val="0"/>
          <w:sz w:val="22"/>
          <w:highlight w:val="cyan"/>
          <w:u w:val="single"/>
        </w:rPr>
        <w:t>presume</w:t>
      </w:r>
      <w:r>
        <w:rPr>
          <w:b w:val="0"/>
          <w:i w:val="0"/>
          <w:smallCaps w:val="0"/>
          <w:strike w:val="0"/>
          <w:sz w:val="16"/>
          <w:u w:val="none"/>
        </w:rPr>
        <w:t xml:space="preserve"> that </w:t>
      </w:r>
      <w:r>
        <w:rPr>
          <w:b/>
          <w:i w:val="0"/>
          <w:smallCaps w:val="0"/>
          <w:strike w:val="0"/>
          <w:sz w:val="22"/>
          <w:highlight w:val="cyan"/>
          <w:u w:val="single"/>
        </w:rPr>
        <w:t>America</w:t>
      </w:r>
      <w:r>
        <w:rPr>
          <w:b/>
          <w:i w:val="0"/>
          <w:smallCaps w:val="0"/>
          <w:strike w:val="0"/>
          <w:sz w:val="22"/>
          <w:u w:val="single"/>
        </w:rPr>
        <w:t xml:space="preserve">n laws </w:t>
      </w:r>
      <w:r>
        <w:rPr>
          <w:b/>
          <w:i w:val="0"/>
          <w:smallCaps w:val="0"/>
          <w:strike w:val="0"/>
          <w:sz w:val="22"/>
          <w:highlight w:val="cyan"/>
          <w:u w:val="single"/>
        </w:rPr>
        <w:t>can restrict</w:t>
      </w:r>
      <w:r>
        <w:rPr>
          <w:b w:val="0"/>
          <w:i w:val="0"/>
          <w:smallCaps w:val="0"/>
          <w:strike w:val="0"/>
          <w:sz w:val="16"/>
          <w:u w:val="none"/>
        </w:rPr>
        <w:t xml:space="preserve"> or prevent </w:t>
      </w:r>
      <w:r>
        <w:rPr>
          <w:b/>
          <w:i w:val="0"/>
          <w:smallCaps w:val="0"/>
          <w:strike w:val="0"/>
          <w:sz w:val="22"/>
          <w:highlight w:val="cyan"/>
          <w:u w:val="single"/>
        </w:rPr>
        <w:t>AI</w:t>
      </w:r>
      <w:r>
        <w:rPr>
          <w:b w:val="0"/>
          <w:i w:val="0"/>
          <w:smallCaps w:val="0"/>
          <w:strike w:val="0"/>
          <w:sz w:val="16"/>
          <w:u w:val="none"/>
        </w:rPr>
        <w:t xml:space="preserve"> development. However, </w:t>
      </w:r>
      <w:r>
        <w:rPr>
          <w:b/>
          <w:i w:val="0"/>
          <w:smallCaps w:val="0"/>
          <w:strike w:val="0"/>
          <w:sz w:val="22"/>
          <w:highlight w:val="cyan"/>
          <w:u w:val="single"/>
        </w:rPr>
        <w:t>this is</w:t>
      </w:r>
      <w:r>
        <w:rPr>
          <w:b/>
          <w:i w:val="0"/>
          <w:smallCaps w:val="0"/>
          <w:strike w:val="0"/>
          <w:sz w:val="22"/>
          <w:u w:val="single"/>
        </w:rPr>
        <w:t xml:space="preserve"> demonstrably </w:t>
      </w:r>
      <w:r>
        <w:rPr>
          <w:b/>
          <w:i w:val="0"/>
          <w:smallCaps w:val="0"/>
          <w:strike w:val="0"/>
          <w:sz w:val="22"/>
          <w:highlight w:val="cyan"/>
          <w:u w:val="single"/>
        </w:rPr>
        <w:t>not the case</w:t>
      </w:r>
      <w:r>
        <w:rPr>
          <w:b/>
          <w:i w:val="0"/>
          <w:smallCaps w:val="0"/>
          <w:strike w:val="0"/>
          <w:sz w:val="22"/>
          <w:u w:val="single"/>
        </w:rPr>
        <w:t xml:space="preserve">. While the U.S. has led the world in the </w:t>
      </w:r>
      <w:r>
        <w:rPr>
          <w:b/>
          <w:i w:val="0"/>
          <w:smallCaps w:val="0"/>
          <w:strike w:val="0"/>
          <w:sz w:val="22"/>
          <w:u w:val="single"/>
        </w:rPr>
        <w:t>development</w:t>
      </w:r>
      <w:r>
        <w:rPr>
          <w:b/>
          <w:i w:val="0"/>
          <w:smallCaps w:val="0"/>
          <w:strike w:val="0"/>
          <w:sz w:val="22"/>
          <w:u w:val="single"/>
        </w:rPr>
        <w:t xml:space="preserve"> of</w:t>
      </w:r>
      <w:r>
        <w:rPr>
          <w:b w:val="0"/>
          <w:i w:val="0"/>
          <w:smallCaps w:val="0"/>
          <w:strike w:val="0"/>
          <w:sz w:val="16"/>
          <w:u w:val="none"/>
        </w:rPr>
        <w:t xml:space="preserve"> key </w:t>
      </w:r>
      <w:r>
        <w:rPr>
          <w:b/>
          <w:i w:val="0"/>
          <w:smallCaps w:val="0"/>
          <w:strike w:val="0"/>
          <w:sz w:val="22"/>
          <w:u w:val="single"/>
        </w:rPr>
        <w:t>computing technologies</w:t>
      </w:r>
      <w:r>
        <w:rPr>
          <w:b w:val="0"/>
          <w:i w:val="0"/>
          <w:smallCaps w:val="0"/>
          <w:strike w:val="0"/>
          <w:sz w:val="16"/>
          <w:u w:val="none"/>
        </w:rPr>
        <w:t xml:space="preserve"> and several of the world’s largest software companies[30]—Microsoft, Google, Oracle, IBM, Apple and Adobe—are American firms, </w:t>
      </w:r>
      <w:r>
        <w:rPr>
          <w:b/>
          <w:i w:val="0"/>
          <w:smallCaps w:val="0"/>
          <w:strike w:val="0"/>
          <w:sz w:val="22"/>
          <w:u w:val="single"/>
        </w:rPr>
        <w:t xml:space="preserve">the </w:t>
      </w:r>
      <w:r>
        <w:rPr>
          <w:b/>
          <w:i w:val="0"/>
          <w:smallCaps w:val="0"/>
          <w:strike w:val="0"/>
          <w:sz w:val="22"/>
          <w:highlight w:val="cyan"/>
          <w:u w:val="single"/>
        </w:rPr>
        <w:t xml:space="preserve">U.S. is </w:t>
      </w:r>
      <w:r>
        <w:rPr>
          <w:b/>
          <w:i w:val="0"/>
          <w:smallCaps w:val="0"/>
          <w:strike w:val="0"/>
          <w:sz w:val="22"/>
          <w:highlight w:val="cyan"/>
          <w:u w:val="single"/>
        </w:rPr>
        <w:t>not the only place</w:t>
      </w:r>
      <w:r>
        <w:rPr>
          <w:b w:val="0"/>
          <w:i w:val="0"/>
          <w:smallCaps w:val="0"/>
          <w:strike w:val="0"/>
          <w:sz w:val="16"/>
          <w:u w:val="none"/>
        </w:rPr>
        <w:t xml:space="preserve"> where </w:t>
      </w:r>
      <w:r>
        <w:rPr>
          <w:b/>
          <w:i w:val="0"/>
          <w:smallCaps w:val="0"/>
          <w:strike w:val="0"/>
          <w:sz w:val="22"/>
          <w:highlight w:val="cyan"/>
          <w:u w:val="single"/>
        </w:rPr>
        <w:t>AI</w:t>
      </w:r>
      <w:r>
        <w:rPr>
          <w:b/>
          <w:i w:val="0"/>
          <w:smallCaps w:val="0"/>
          <w:strike w:val="0"/>
          <w:sz w:val="22"/>
          <w:u w:val="single"/>
        </w:rPr>
        <w:t xml:space="preserve"> is </w:t>
      </w:r>
      <w:r>
        <w:rPr>
          <w:b/>
          <w:i w:val="0"/>
          <w:smallCaps w:val="0"/>
          <w:strike w:val="0"/>
          <w:sz w:val="22"/>
          <w:highlight w:val="cyan"/>
          <w:u w:val="single"/>
        </w:rPr>
        <w:t>being developed</w:t>
      </w:r>
      <w:r>
        <w:rPr>
          <w:b/>
          <w:i w:val="0"/>
          <w:smallCaps w:val="0"/>
          <w:strike w:val="0"/>
          <w:sz w:val="22"/>
          <w:u w:val="single"/>
        </w:rPr>
        <w:t xml:space="preserve">. </w:t>
      </w:r>
      <w:r>
        <w:rPr>
          <w:b/>
          <w:i w:val="0"/>
          <w:smallCaps w:val="0"/>
          <w:strike w:val="0"/>
          <w:sz w:val="22"/>
          <w:u w:val="single"/>
        </w:rPr>
        <w:t>Russia</w:t>
      </w:r>
      <w:r>
        <w:rPr>
          <w:b w:val="0"/>
          <w:i w:val="0"/>
          <w:smallCaps w:val="0"/>
          <w:strike w:val="0"/>
          <w:sz w:val="16"/>
          <w:u w:val="none"/>
        </w:rPr>
        <w:t xml:space="preserve">n president Vladimir Putin has </w:t>
      </w:r>
      <w:r>
        <w:rPr>
          <w:b/>
          <w:i w:val="0"/>
          <w:smallCaps w:val="0"/>
          <w:strike w:val="0"/>
          <w:sz w:val="22"/>
          <w:u w:val="single"/>
        </w:rPr>
        <w:t>heralded AI as</w:t>
      </w:r>
      <w:r>
        <w:rPr>
          <w:b w:val="0"/>
          <w:i w:val="0"/>
          <w:smallCaps w:val="0"/>
          <w:strike w:val="0"/>
          <w:sz w:val="16"/>
          <w:u w:val="none"/>
        </w:rPr>
        <w:t xml:space="preserve"> “</w:t>
      </w:r>
      <w:r>
        <w:rPr>
          <w:b/>
          <w:i w:val="0"/>
          <w:smallCaps w:val="0"/>
          <w:strike w:val="0"/>
          <w:sz w:val="22"/>
          <w:u w:val="single"/>
        </w:rPr>
        <w:t>the future</w:t>
      </w:r>
      <w:r>
        <w:rPr>
          <w:b w:val="0"/>
          <w:i w:val="0"/>
          <w:smallCaps w:val="0"/>
          <w:strike w:val="0"/>
          <w:sz w:val="16"/>
          <w:u w:val="none"/>
        </w:rPr>
        <w:t>, not only for Russia, but for all humankind.”[31] In September 2017, he went as far as to tell Russian students that the nation that “becomes the leader in this sphere will become the ruler of the world.”[32]</w:t>
      </w:r>
    </w:p>
    <w:p>
      <w:pPr>
        <w:spacing w:after="60"/>
      </w:pPr>
      <w:r>
        <w:rPr>
          <w:b/>
          <w:i w:val="0"/>
          <w:smallCaps w:val="0"/>
          <w:strike w:val="0"/>
          <w:sz w:val="22"/>
          <w:u w:val="single"/>
        </w:rPr>
        <w:t>With</w:t>
      </w:r>
      <w:r>
        <w:rPr>
          <w:b w:val="0"/>
          <w:i w:val="0"/>
          <w:smallCaps w:val="0"/>
          <w:strike w:val="0"/>
          <w:sz w:val="16"/>
          <w:u w:val="none"/>
        </w:rPr>
        <w:t xml:space="preserve"> Russia and </w:t>
      </w:r>
      <w:r>
        <w:rPr>
          <w:b/>
          <w:i w:val="0"/>
          <w:smallCaps w:val="0"/>
          <w:strike w:val="0"/>
          <w:sz w:val="22"/>
          <w:highlight w:val="cyan"/>
          <w:u w:val="single"/>
        </w:rPr>
        <w:t>other nations</w:t>
      </w:r>
      <w:r>
        <w:rPr>
          <w:b/>
          <w:i w:val="0"/>
          <w:smallCaps w:val="0"/>
          <w:strike w:val="0"/>
          <w:sz w:val="22"/>
          <w:highlight w:val="cyan"/>
          <w:u w:val="single"/>
        </w:rPr>
        <w:t xml:space="preserve"> embrac</w:t>
      </w:r>
      <w:r>
        <w:rPr>
          <w:b/>
          <w:i w:val="0"/>
          <w:smallCaps w:val="0"/>
          <w:strike w:val="0"/>
          <w:sz w:val="22"/>
          <w:u w:val="single"/>
        </w:rPr>
        <w:t xml:space="preserve">ing </w:t>
      </w:r>
      <w:r>
        <w:rPr>
          <w:b/>
          <w:i w:val="0"/>
          <w:smallCaps w:val="0"/>
          <w:strike w:val="0"/>
          <w:sz w:val="22"/>
          <w:highlight w:val="cyan"/>
          <w:u w:val="single"/>
        </w:rPr>
        <w:t>AI</w:t>
      </w:r>
      <w:r>
        <w:rPr>
          <w:b w:val="0"/>
          <w:i w:val="0"/>
          <w:smallCaps w:val="0"/>
          <w:strike w:val="0"/>
          <w:sz w:val="16"/>
          <w:u w:val="none"/>
        </w:rPr>
        <w:t xml:space="preserve">,[33] </w:t>
      </w:r>
      <w:r>
        <w:rPr>
          <w:b/>
          <w:i w:val="0"/>
          <w:smallCaps w:val="0"/>
          <w:strike w:val="0"/>
          <w:sz w:val="22"/>
          <w:u w:val="single"/>
        </w:rPr>
        <w:t>nations</w:t>
      </w:r>
      <w:r>
        <w:rPr>
          <w:b w:val="0"/>
          <w:i w:val="0"/>
          <w:smallCaps w:val="0"/>
          <w:strike w:val="0"/>
          <w:sz w:val="16"/>
          <w:u w:val="none"/>
        </w:rPr>
        <w:t xml:space="preserve"> that don’t innovate in AI technologies—or worse, those that actually restrict its development—run the risk of falling behind and not being able to compete with the countries that promote AI development.[34] Advanced AIs can create advantages for a nation’s businesses and its defense. Nations without AI or with less mature AI systems </w:t>
      </w:r>
      <w:r>
        <w:rPr>
          <w:b/>
          <w:i w:val="0"/>
          <w:smallCaps w:val="0"/>
          <w:strike w:val="0"/>
          <w:sz w:val="22"/>
          <w:highlight w:val="cyan"/>
          <w:u w:val="single"/>
        </w:rPr>
        <w:t>might</w:t>
      </w:r>
      <w:r>
        <w:rPr>
          <w:b/>
          <w:i w:val="0"/>
          <w:smallCaps w:val="0"/>
          <w:strike w:val="0"/>
          <w:sz w:val="22"/>
          <w:u w:val="single"/>
        </w:rPr>
        <w:t xml:space="preserve"> be placed at a </w:t>
      </w:r>
      <w:r>
        <w:rPr>
          <w:b/>
          <w:i w:val="0"/>
          <w:smallCaps w:val="0"/>
          <w:strike w:val="0"/>
          <w:sz w:val="22"/>
          <w:u w:val="single"/>
        </w:rPr>
        <w:t>severe disadvantage</w:t>
      </w:r>
      <w:r>
        <w:rPr>
          <w:b/>
          <w:i w:val="0"/>
          <w:smallCaps w:val="0"/>
          <w:strike w:val="0"/>
          <w:sz w:val="22"/>
          <w:u w:val="single"/>
        </w:rPr>
        <w:t xml:space="preserve"> and forced to </w:t>
      </w:r>
      <w:r>
        <w:rPr>
          <w:b/>
          <w:i w:val="0"/>
          <w:smallCaps w:val="0"/>
          <w:strike w:val="0"/>
          <w:sz w:val="22"/>
          <w:highlight w:val="cyan"/>
          <w:u w:val="single"/>
        </w:rPr>
        <w:t>buy</w:t>
      </w:r>
      <w:r>
        <w:rPr>
          <w:b/>
          <w:i w:val="0"/>
          <w:smallCaps w:val="0"/>
          <w:strike w:val="0"/>
          <w:sz w:val="22"/>
          <w:u w:val="single"/>
        </w:rPr>
        <w:t xml:space="preserve"> systems with </w:t>
      </w:r>
      <w:r>
        <w:rPr>
          <w:b/>
          <w:i w:val="0"/>
          <w:smallCaps w:val="0"/>
          <w:strike w:val="0"/>
          <w:sz w:val="22"/>
          <w:highlight w:val="cyan"/>
          <w:u w:val="single"/>
        </w:rPr>
        <w:t>whatever capabilities</w:t>
      </w:r>
      <w:r>
        <w:rPr>
          <w:b w:val="0"/>
          <w:i w:val="0"/>
          <w:smallCaps w:val="0"/>
          <w:strike w:val="0"/>
          <w:sz w:val="16"/>
          <w:u w:val="none"/>
        </w:rPr>
        <w:t xml:space="preserve"> the more </w:t>
      </w:r>
      <w:r>
        <w:rPr>
          <w:b/>
          <w:i w:val="0"/>
          <w:smallCaps w:val="0"/>
          <w:strike w:val="0"/>
          <w:sz w:val="22"/>
          <w:u w:val="single"/>
        </w:rPr>
        <w:t>advanced nations are willing to let</w:t>
      </w:r>
      <w:r>
        <w:rPr>
          <w:b w:val="0"/>
          <w:i w:val="0"/>
          <w:smallCaps w:val="0"/>
          <w:strike w:val="0"/>
          <w:sz w:val="16"/>
          <w:u w:val="none"/>
        </w:rPr>
        <w:t xml:space="preserve"> their </w:t>
      </w:r>
      <w:r>
        <w:rPr>
          <w:b/>
          <w:i w:val="0"/>
          <w:smallCaps w:val="0"/>
          <w:strike w:val="0"/>
          <w:sz w:val="22"/>
          <w:u w:val="single"/>
        </w:rPr>
        <w:t>firms sell to other countries</w:t>
      </w:r>
      <w:r>
        <w:rPr>
          <w:b w:val="0"/>
          <w:i w:val="0"/>
          <w:smallCaps w:val="0"/>
          <w:strike w:val="0"/>
          <w:sz w:val="16"/>
          <w:u w:val="none"/>
        </w:rPr>
        <w:t xml:space="preserve">. While the state of nations after the introduction of AI is inherently unclear, </w:t>
      </w:r>
      <w:r>
        <w:rPr>
          <w:b/>
          <w:i w:val="0"/>
          <w:smallCaps w:val="0"/>
          <w:strike w:val="0"/>
          <w:sz w:val="22"/>
          <w:u w:val="single"/>
        </w:rPr>
        <w:t xml:space="preserve">one thing is apparent: </w:t>
      </w:r>
      <w:r>
        <w:rPr>
          <w:b/>
          <w:i w:val="0"/>
          <w:smallCaps w:val="0"/>
          <w:strike w:val="0"/>
          <w:sz w:val="22"/>
          <w:u w:val="single"/>
        </w:rPr>
        <w:t>restricting AI</w:t>
      </w:r>
      <w:r>
        <w:rPr>
          <w:b w:val="0"/>
          <w:i w:val="0"/>
          <w:smallCaps w:val="0"/>
          <w:strike w:val="0"/>
          <w:sz w:val="16"/>
          <w:u w:val="none"/>
        </w:rPr>
        <w:t xml:space="preserve"> development </w:t>
      </w:r>
      <w:r>
        <w:rPr>
          <w:b/>
          <w:i w:val="0"/>
          <w:smallCaps w:val="0"/>
          <w:strike w:val="0"/>
          <w:sz w:val="22"/>
          <w:u w:val="single"/>
        </w:rPr>
        <w:t>in</w:t>
      </w:r>
      <w:r>
        <w:rPr>
          <w:b/>
          <w:i w:val="0"/>
          <w:smallCaps w:val="0"/>
          <w:strike w:val="0"/>
          <w:sz w:val="22"/>
          <w:u w:val="single"/>
        </w:rPr>
        <w:t xml:space="preserve"> the </w:t>
      </w:r>
      <w:r>
        <w:rPr>
          <w:b/>
          <w:i w:val="0"/>
          <w:smallCaps w:val="0"/>
          <w:strike w:val="0"/>
          <w:sz w:val="22"/>
          <w:u w:val="single"/>
        </w:rPr>
        <w:t xml:space="preserve">U.S. </w:t>
      </w:r>
      <w:r>
        <w:rPr>
          <w:b/>
          <w:i w:val="0"/>
          <w:smallCaps w:val="0"/>
          <w:strike w:val="0"/>
          <w:sz w:val="22"/>
          <w:u w:val="single"/>
        </w:rPr>
        <w:t>won’t stop it</w:t>
      </w:r>
      <w:r>
        <w:rPr>
          <w:b w:val="0"/>
          <w:i w:val="0"/>
          <w:smallCaps w:val="0"/>
          <w:strike w:val="0"/>
          <w:sz w:val="16"/>
          <w:u w:val="none"/>
        </w:rPr>
        <w:t xml:space="preserve"> from being developed. In fact, </w:t>
      </w:r>
      <w:r>
        <w:rPr>
          <w:b/>
          <w:i w:val="0"/>
          <w:smallCaps w:val="0"/>
          <w:strike w:val="0"/>
          <w:sz w:val="22"/>
          <w:highlight w:val="cyan"/>
          <w:u w:val="single"/>
        </w:rPr>
        <w:t>this</w:t>
      </w:r>
      <w:r>
        <w:rPr>
          <w:b/>
          <w:i w:val="0"/>
          <w:smallCaps w:val="0"/>
          <w:strike w:val="0"/>
          <w:sz w:val="22"/>
          <w:u w:val="single"/>
        </w:rPr>
        <w:t xml:space="preserve"> may </w:t>
      </w:r>
      <w:r>
        <w:rPr>
          <w:b/>
          <w:i w:val="0"/>
          <w:smallCaps w:val="0"/>
          <w:strike w:val="0"/>
          <w:sz w:val="22"/>
          <w:highlight w:val="cyan"/>
          <w:u w:val="single"/>
        </w:rPr>
        <w:t>make it</w:t>
      </w:r>
      <w:r>
        <w:rPr>
          <w:b/>
          <w:i w:val="0"/>
          <w:smallCaps w:val="0"/>
          <w:strike w:val="0"/>
          <w:sz w:val="22"/>
          <w:u w:val="single"/>
        </w:rPr>
        <w:t xml:space="preserve"> </w:t>
      </w:r>
      <w:r>
        <w:rPr>
          <w:b/>
          <w:i w:val="0"/>
          <w:smallCaps w:val="0"/>
          <w:strike w:val="0"/>
          <w:sz w:val="22"/>
          <w:u w:val="single"/>
        </w:rPr>
        <w:t xml:space="preserve">far </w:t>
      </w:r>
      <w:r>
        <w:rPr>
          <w:b/>
          <w:i w:val="0"/>
          <w:smallCaps w:val="0"/>
          <w:strike w:val="0"/>
          <w:sz w:val="22"/>
          <w:highlight w:val="cyan"/>
          <w:u w:val="single"/>
        </w:rPr>
        <w:t>more likely</w:t>
      </w:r>
      <w:r>
        <w:rPr>
          <w:b w:val="0"/>
          <w:i w:val="0"/>
          <w:smallCaps w:val="0"/>
          <w:strike w:val="0"/>
          <w:sz w:val="16"/>
          <w:u w:val="none"/>
        </w:rPr>
        <w:t xml:space="preserve"> that </w:t>
      </w:r>
      <w:r>
        <w:rPr>
          <w:b/>
          <w:i w:val="0"/>
          <w:smallCaps w:val="0"/>
          <w:strike w:val="0"/>
          <w:sz w:val="22"/>
          <w:u w:val="single"/>
        </w:rPr>
        <w:t xml:space="preserve">the eventual </w:t>
      </w:r>
      <w:r>
        <w:rPr>
          <w:b/>
          <w:i w:val="0"/>
          <w:smallCaps w:val="0"/>
          <w:strike w:val="0"/>
          <w:sz w:val="22"/>
          <w:highlight w:val="cyan"/>
          <w:u w:val="single"/>
        </w:rPr>
        <w:t>winning AI</w:t>
      </w:r>
      <w:r>
        <w:rPr>
          <w:b/>
          <w:i w:val="0"/>
          <w:smallCaps w:val="0"/>
          <w:strike w:val="0"/>
          <w:sz w:val="22"/>
          <w:u w:val="single"/>
        </w:rPr>
        <w:t xml:space="preserve"> s</w:t>
      </w:r>
      <w:r>
        <w:rPr>
          <w:b/>
          <w:i w:val="0"/>
          <w:smallCaps w:val="0"/>
          <w:strike w:val="0"/>
          <w:sz w:val="22"/>
          <w:u w:val="single"/>
        </w:rPr>
        <w:t xml:space="preserve">ystems </w:t>
      </w:r>
      <w:r>
        <w:rPr>
          <w:b/>
          <w:i w:val="0"/>
          <w:smallCaps w:val="0"/>
          <w:strike w:val="0"/>
          <w:sz w:val="22"/>
          <w:highlight w:val="cyan"/>
          <w:u w:val="single"/>
        </w:rPr>
        <w:t>won’t respect</w:t>
      </w:r>
      <w:r>
        <w:rPr>
          <w:b/>
          <w:i w:val="0"/>
          <w:smallCaps w:val="0"/>
          <w:strike w:val="0"/>
          <w:sz w:val="22"/>
          <w:highlight w:val="cyan"/>
          <w:u w:val="single"/>
        </w:rPr>
        <w:t xml:space="preserve"> our</w:t>
      </w:r>
      <w:r>
        <w:rPr>
          <w:b/>
          <w:i w:val="0"/>
          <w:smallCaps w:val="0"/>
          <w:strike w:val="0"/>
          <w:sz w:val="22"/>
          <w:u w:val="single"/>
        </w:rPr>
        <w:t xml:space="preserve"> </w:t>
      </w:r>
      <w:r>
        <w:rPr>
          <w:b/>
          <w:i w:val="0"/>
          <w:smallCaps w:val="0"/>
          <w:strike w:val="0"/>
          <w:sz w:val="22"/>
          <w:u w:val="single"/>
        </w:rPr>
        <w:t xml:space="preserve">societal </w:t>
      </w:r>
      <w:r>
        <w:rPr>
          <w:b/>
          <w:i w:val="0"/>
          <w:smallCaps w:val="0"/>
          <w:strike w:val="0"/>
          <w:sz w:val="22"/>
          <w:highlight w:val="cyan"/>
          <w:u w:val="single"/>
        </w:rPr>
        <w:t>values</w:t>
      </w:r>
      <w:r>
        <w:rPr>
          <w:b/>
          <w:i w:val="0"/>
          <w:smallCaps w:val="0"/>
          <w:strike w:val="0"/>
          <w:sz w:val="22"/>
          <w:highlight w:val="cyan"/>
          <w:u w:val="single"/>
        </w:rPr>
        <w:t>, because</w:t>
      </w:r>
      <w:r>
        <w:rPr>
          <w:b/>
          <w:i w:val="0"/>
          <w:smallCaps w:val="0"/>
          <w:strike w:val="0"/>
          <w:sz w:val="22"/>
          <w:u w:val="single"/>
        </w:rPr>
        <w:t xml:space="preserve"> they have been </w:t>
      </w:r>
      <w:r>
        <w:rPr>
          <w:b/>
          <w:i w:val="0"/>
          <w:smallCaps w:val="0"/>
          <w:strike w:val="0"/>
          <w:sz w:val="22"/>
          <w:highlight w:val="cyan"/>
          <w:u w:val="single"/>
        </w:rPr>
        <w:t>developed by</w:t>
      </w:r>
      <w:r>
        <w:rPr>
          <w:b/>
          <w:i w:val="0"/>
          <w:smallCaps w:val="0"/>
          <w:strike w:val="0"/>
          <w:sz w:val="22"/>
          <w:u w:val="single"/>
        </w:rPr>
        <w:t xml:space="preserve"> another country or </w:t>
      </w:r>
      <w:r>
        <w:rPr>
          <w:b/>
          <w:i w:val="0"/>
          <w:smallCaps w:val="0"/>
          <w:strike w:val="0"/>
          <w:sz w:val="22"/>
          <w:highlight w:val="cyan"/>
          <w:u w:val="single"/>
        </w:rPr>
        <w:t xml:space="preserve">group that </w:t>
      </w:r>
      <w:r>
        <w:rPr>
          <w:b/>
          <w:i w:val="0"/>
          <w:smallCaps w:val="0"/>
          <w:strike w:val="0"/>
          <w:sz w:val="22"/>
          <w:highlight w:val="cyan"/>
          <w:u w:val="single"/>
        </w:rPr>
        <w:t>doesn’t share them</w:t>
      </w:r>
      <w:r>
        <w:rPr>
          <w:b/>
          <w:i w:val="0"/>
          <w:smallCaps w:val="0"/>
          <w:strike w:val="0"/>
          <w:sz w:val="22"/>
          <w:u w:val="single"/>
        </w:rPr>
        <w:t>.</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