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Each internal-link </w:t>
      </w:r>
      <w:r>
        <w:rPr>
          <w:b/>
          <w:i w:val="0"/>
          <w:smallCaps w:val="0"/>
          <w:strike w:val="0"/>
          <w:sz w:val="26"/>
          <w:u w:val="single"/>
        </w:rPr>
        <w:t>exponentially reduces</w:t>
      </w:r>
      <w:r>
        <w:rPr>
          <w:b/>
          <w:i w:val="0"/>
          <w:smallCaps w:val="0"/>
          <w:strike w:val="0"/>
          <w:sz w:val="26"/>
          <w:u w:val="none"/>
        </w:rPr>
        <w:t xml:space="preserve"> the likelihood of the next. </w:t>
      </w:r>
    </w:p>
    <w:p>
      <w:pPr>
        <w:spacing w:after="80"/>
      </w:pPr>
      <w:r>
        <w:rPr>
          <w:b/>
          <w:i w:val="0"/>
          <w:smallCaps w:val="0"/>
          <w:strike w:val="0"/>
          <w:sz w:val="26"/>
          <w:u w:val="none"/>
        </w:rPr>
        <w:t xml:space="preserve">Conetta ’98 </w:t>
      </w:r>
      <w:r>
        <w:rPr>
          <w:b w:val="0"/>
          <w:i w:val="0"/>
          <w:smallCaps w:val="0"/>
          <w:strike w:val="0"/>
          <w:sz w:val="16"/>
          <w:u w:val="none"/>
        </w:rPr>
        <w:t>(Carl; March 1998; Director of the Project on Defense Alternatives, Research Fellow of the Institute for Defense and Disarmament Studies, researcher and awarded author at the Pentagon, US State Department, US House Armed Services Committee, Army War College, National Defense University, and UNIDIR; PDA, “Dueling with Uncertainty: The New Logic of American Military Planning,” http://www.bu.edu/globalbeat/usdefense/conetta0398.html; RP)</w:t>
      </w:r>
    </w:p>
    <w:p>
      <w:pPr>
        <w:spacing w:after="60"/>
      </w:pPr>
      <w:r>
        <w:rPr>
          <w:b w:val="0"/>
          <w:i w:val="0"/>
          <w:smallCaps w:val="0"/>
          <w:strike w:val="0"/>
          <w:sz w:val="16"/>
          <w:u w:val="none"/>
        </w:rPr>
        <w:t xml:space="preserve">Playing with Wild Cards Without doubt, simulations -- including nonstandard ones -- can aid planning. The question is: To what end? And to what effect? Exploring "wild cards" in order to identify warning signs or to define limits is one thing; using them to establish force structure or modernization requirements, quite another. Especially suspect would be using scenarios that are detached from declared US interests to define current requirements; this would put the military "cart" before the political "horse." Another, broader concern is how the effusion of improbable conflict scenarios affects public policy discourse overall. </w:t>
      </w:r>
      <w:r>
        <w:rPr>
          <w:b w:val="0"/>
          <w:i w:val="0"/>
          <w:smallCaps w:val="0"/>
          <w:strike w:val="0"/>
          <w:u w:val="single"/>
        </w:rPr>
        <w:t>Conflict scenarios</w:t>
      </w:r>
      <w:r>
        <w:rPr>
          <w:b w:val="0"/>
          <w:i w:val="0"/>
          <w:smallCaps w:val="0"/>
          <w:strike w:val="0"/>
          <w:sz w:val="16"/>
          <w:u w:val="none"/>
        </w:rPr>
        <w:t xml:space="preserve">, both wild and tame, can </w:t>
      </w:r>
      <w:r>
        <w:rPr>
          <w:b w:val="0"/>
          <w:i w:val="0"/>
          <w:smallCaps w:val="0"/>
          <w:strike w:val="0"/>
          <w:u w:val="single"/>
        </w:rPr>
        <w:t>gain more credibility</w:t>
      </w:r>
      <w:r>
        <w:rPr>
          <w:b w:val="0"/>
          <w:i w:val="0"/>
          <w:smallCaps w:val="0"/>
          <w:strike w:val="0"/>
          <w:sz w:val="16"/>
          <w:u w:val="none"/>
        </w:rPr>
        <w:t xml:space="preserve"> in the telling </w:t>
      </w:r>
      <w:r>
        <w:rPr>
          <w:b w:val="0"/>
          <w:i w:val="0"/>
          <w:smallCaps w:val="0"/>
          <w:strike w:val="0"/>
          <w:u w:val="single"/>
        </w:rPr>
        <w:t>than they deserve. Cognitive researcher</w:t>
      </w:r>
      <w:r>
        <w:rPr>
          <w:b w:val="0"/>
          <w:i w:val="0"/>
          <w:smallCaps w:val="0"/>
          <w:strike w:val="0"/>
          <w:sz w:val="16"/>
          <w:u w:val="none"/>
        </w:rPr>
        <w:t xml:space="preserve"> Massimo Piattelli-Palmarini </w:t>
      </w:r>
      <w:r>
        <w:rPr>
          <w:b w:val="0"/>
          <w:i w:val="0"/>
          <w:smallCaps w:val="0"/>
          <w:strike w:val="0"/>
          <w:u w:val="single"/>
        </w:rPr>
        <w:t xml:space="preserve">calls this the "Othello effect," referring to the trail of </w:t>
      </w:r>
      <w:r>
        <w:rPr>
          <w:b/>
          <w:i w:val="0"/>
          <w:smallCaps w:val="0"/>
          <w:strike w:val="0"/>
          <w:u w:val="single"/>
        </w:rPr>
        <w:t>plausible but false suppositions</w:t>
      </w:r>
      <w:r>
        <w:rPr>
          <w:b w:val="0"/>
          <w:i w:val="0"/>
          <w:smallCaps w:val="0"/>
          <w:strike w:val="0"/>
          <w:sz w:val="16"/>
          <w:u w:val="none"/>
        </w:rPr>
        <w:t xml:space="preserve"> that led Othello to murder his wife, Desdemona. </w:t>
      </w:r>
      <w:r>
        <w:rPr>
          <w:b w:val="0"/>
          <w:i w:val="0"/>
          <w:smallCaps w:val="0"/>
          <w:strike w:val="0"/>
          <w:u w:val="single"/>
        </w:rPr>
        <w:t xml:space="preserve">Even the </w:t>
      </w:r>
      <w:r>
        <w:rPr>
          <w:b/>
          <w:i w:val="0"/>
          <w:smallCaps w:val="0"/>
          <w:strike w:val="0"/>
          <w:u w:val="single"/>
        </w:rPr>
        <w:t>most farfetched</w:t>
      </w:r>
      <w:r>
        <w:rPr>
          <w:b w:val="0"/>
          <w:i w:val="0"/>
          <w:smallCaps w:val="0"/>
          <w:strike w:val="0"/>
          <w:u w:val="single"/>
        </w:rPr>
        <w:t xml:space="preserve"> scenarios comprise a number of</w:t>
      </w:r>
      <w:r>
        <w:rPr>
          <w:b w:val="0"/>
          <w:i w:val="0"/>
          <w:smallCaps w:val="0"/>
          <w:strike w:val="0"/>
          <w:sz w:val="16"/>
          <w:u w:val="none"/>
        </w:rPr>
        <w:t xml:space="preserve"> steps or </w:t>
      </w:r>
      <w:r>
        <w:rPr>
          <w:b w:val="0"/>
          <w:i w:val="0"/>
          <w:smallCaps w:val="0"/>
          <w:strike w:val="0"/>
          <w:u w:val="single"/>
        </w:rPr>
        <w:t>links</w:t>
      </w:r>
      <w:r>
        <w:rPr>
          <w:b w:val="0"/>
          <w:i w:val="0"/>
          <w:smallCaps w:val="0"/>
          <w:strike w:val="0"/>
          <w:sz w:val="16"/>
          <w:u w:val="none"/>
        </w:rPr>
        <w:t xml:space="preserve"> each of </w:t>
      </w:r>
      <w:r>
        <w:rPr>
          <w:b w:val="0"/>
          <w:i w:val="0"/>
          <w:smallCaps w:val="0"/>
          <w:strike w:val="0"/>
          <w:u w:val="single"/>
        </w:rPr>
        <w:t>which may seem</w:t>
      </w:r>
      <w:r>
        <w:rPr>
          <w:b w:val="0"/>
          <w:i w:val="0"/>
          <w:smallCaps w:val="0"/>
          <w:strike w:val="0"/>
          <w:sz w:val="16"/>
          <w:u w:val="none"/>
        </w:rPr>
        <w:t xml:space="preserve"> plausible or even </w:t>
      </w:r>
      <w:r>
        <w:rPr>
          <w:b w:val="0"/>
          <w:i w:val="0"/>
          <w:smallCaps w:val="0"/>
          <w:strike w:val="0"/>
          <w:u w:val="single"/>
        </w:rPr>
        <w:t>probable given the one</w:t>
      </w:r>
      <w:r>
        <w:rPr>
          <w:b w:val="0"/>
          <w:i w:val="0"/>
          <w:smallCaps w:val="0"/>
          <w:strike w:val="0"/>
          <w:sz w:val="16"/>
          <w:u w:val="none"/>
        </w:rPr>
        <w:t xml:space="preserve"> that came </w:t>
      </w:r>
      <w:r>
        <w:rPr>
          <w:b w:val="0"/>
          <w:i w:val="0"/>
          <w:smallCaps w:val="0"/>
          <w:strike w:val="0"/>
          <w:u w:val="single"/>
        </w:rPr>
        <w:t xml:space="preserve">before. Although the likelihood of the scenario </w:t>
      </w:r>
      <w:r>
        <w:rPr>
          <w:b/>
          <w:i w:val="0"/>
          <w:smallCaps w:val="0"/>
          <w:strike w:val="0"/>
          <w:u w:val="single"/>
        </w:rPr>
        <w:t>dwindles with each step</w:t>
      </w:r>
      <w:r>
        <w:rPr>
          <w:b w:val="0"/>
          <w:i w:val="0"/>
          <w:smallCaps w:val="0"/>
          <w:strike w:val="0"/>
          <w:u w:val="single"/>
        </w:rPr>
        <w:t xml:space="preserve">, the </w:t>
      </w:r>
      <w:r>
        <w:rPr>
          <w:b w:val="0"/>
          <w:i w:val="0"/>
          <w:smallCaps w:val="0"/>
          <w:strike w:val="0"/>
          <w:sz w:val="16"/>
          <w:u w:val="none"/>
        </w:rPr>
        <w:t xml:space="preserve">residual </w:t>
      </w:r>
      <w:r>
        <w:rPr>
          <w:b w:val="0"/>
          <w:i w:val="0"/>
          <w:smallCaps w:val="0"/>
          <w:strike w:val="0"/>
          <w:u w:val="single"/>
        </w:rPr>
        <w:t>impression is one of plausibility. Omitted are the many branches at each step that would lead to a neutral</w:t>
      </w:r>
      <w:r>
        <w:rPr>
          <w:b w:val="0"/>
          <w:i w:val="0"/>
          <w:smallCaps w:val="0"/>
          <w:strike w:val="0"/>
          <w:sz w:val="16"/>
          <w:u w:val="none"/>
        </w:rPr>
        <w:t xml:space="preserve"> or even positive </w:t>
      </w:r>
      <w:r>
        <w:rPr>
          <w:b w:val="0"/>
          <w:i w:val="0"/>
          <w:smallCaps w:val="0"/>
          <w:strike w:val="0"/>
          <w:u w:val="single"/>
        </w:rPr>
        <w:t>outcome</w:t>
      </w:r>
      <w:r>
        <w:rPr>
          <w:b w:val="0"/>
          <w:i w:val="0"/>
          <w:smallCaps w:val="0"/>
          <w:strike w:val="0"/>
          <w:sz w:val="16"/>
          <w:u w:val="none"/>
        </w:rPr>
        <w:t xml:space="preserve">. The </w:t>
      </w:r>
      <w:r>
        <w:rPr>
          <w:b w:val="0"/>
          <w:i w:val="0"/>
          <w:smallCaps w:val="0"/>
          <w:strike w:val="0"/>
          <w:u w:val="single"/>
        </w:rPr>
        <w:t xml:space="preserve">resulting </w:t>
      </w:r>
      <w:r>
        <w:rPr>
          <w:b/>
          <w:i w:val="0"/>
          <w:smallCaps w:val="0"/>
          <w:strike w:val="0"/>
          <w:u w:val="single"/>
        </w:rPr>
        <w:t>snapshots</w:t>
      </w:r>
      <w:r>
        <w:rPr>
          <w:b w:val="0"/>
          <w:i w:val="0"/>
          <w:smallCaps w:val="0"/>
          <w:strike w:val="0"/>
          <w:sz w:val="16"/>
          <w:u w:val="none"/>
        </w:rPr>
        <w:t xml:space="preserve">, although numerous, </w:t>
      </w:r>
      <w:r>
        <w:rPr>
          <w:b w:val="0"/>
          <w:i w:val="0"/>
          <w:smallCaps w:val="0"/>
          <w:strike w:val="0"/>
          <w:u w:val="single"/>
        </w:rPr>
        <w:t xml:space="preserve">offer a </w:t>
      </w:r>
      <w:r>
        <w:rPr>
          <w:b/>
          <w:i w:val="0"/>
          <w:smallCaps w:val="0"/>
          <w:strike w:val="0"/>
          <w:u w:val="single"/>
        </w:rPr>
        <w:t>highly-selective view</w:t>
      </w:r>
      <w:r>
        <w:rPr>
          <w:b w:val="0"/>
          <w:i w:val="0"/>
          <w:smallCaps w:val="0"/>
          <w:strike w:val="0"/>
          <w:sz w:val="16"/>
          <w:u w:val="none"/>
        </w:rPr>
        <w:t xml:space="preserve"> of what the future may hold. And </w:t>
      </w:r>
      <w:r>
        <w:rPr>
          <w:b w:val="0"/>
          <w:i w:val="0"/>
          <w:smallCaps w:val="0"/>
          <w:strike w:val="0"/>
          <w:u w:val="single"/>
        </w:rPr>
        <w:t>the fact that only</w:t>
      </w:r>
      <w:r>
        <w:rPr>
          <w:b w:val="0"/>
          <w:i w:val="0"/>
          <w:smallCaps w:val="0"/>
          <w:strike w:val="0"/>
          <w:sz w:val="16"/>
          <w:u w:val="none"/>
        </w:rPr>
        <w:t xml:space="preserve"> the </w:t>
      </w:r>
      <w:r>
        <w:rPr>
          <w:b w:val="0"/>
          <w:i w:val="0"/>
          <w:smallCaps w:val="0"/>
          <w:strike w:val="0"/>
          <w:u w:val="single"/>
        </w:rPr>
        <w:t>negative outcomes are articulated</w:t>
      </w:r>
      <w:r>
        <w:rPr>
          <w:b w:val="0"/>
          <w:i w:val="0"/>
          <w:smallCaps w:val="0"/>
          <w:strike w:val="0"/>
          <w:sz w:val="16"/>
          <w:u w:val="none"/>
        </w:rPr>
        <w:t xml:space="preserve"> and exercised </w:t>
      </w:r>
      <w:r>
        <w:rPr>
          <w:b w:val="0"/>
          <w:i w:val="0"/>
          <w:smallCaps w:val="0"/>
          <w:strike w:val="0"/>
          <w:u w:val="single"/>
        </w:rPr>
        <w:t>can distort the</w:t>
      </w:r>
      <w:r>
        <w:rPr>
          <w:b w:val="0"/>
          <w:i w:val="0"/>
          <w:smallCaps w:val="0"/>
          <w:strike w:val="0"/>
          <w:sz w:val="16"/>
          <w:u w:val="none"/>
        </w:rPr>
        <w:t xml:space="preserve"> general public </w:t>
      </w:r>
      <w:r>
        <w:rPr>
          <w:b w:val="0"/>
          <w:i w:val="0"/>
          <w:smallCaps w:val="0"/>
          <w:strike w:val="0"/>
          <w:u w:val="single"/>
        </w:rPr>
        <w:t>impression of risk</w:t>
      </w:r>
      <w:r>
        <w:rPr>
          <w:b w:val="0"/>
          <w:i w:val="0"/>
          <w:smallCaps w:val="0"/>
          <w:strike w:val="0"/>
          <w:sz w:val="16"/>
          <w:u w:val="none"/>
        </w:rPr>
        <w:t xml:space="preserve">. Living with Uncertainty There is no escape from uncertainty, but there is relief from uncertainty hysteria. It begins with recognizing that instability has boundaries -- just as turbulence in physical systems has discernable onset points and parameters. The turbulence of a river, for instance, corresponds to flow and to the contours of the river's bed and banks. It occurs in patches and not randomly. The weather also is a chaotic system that resists precise long-range forecasting, but allows useful prediction of broader trends and limits. Despite uncertainty, </w:t>
      </w:r>
      <w:r>
        <w:rPr>
          <w:b w:val="0"/>
          <w:i w:val="0"/>
          <w:smallCaps w:val="0"/>
          <w:strike w:val="0"/>
          <w:u w:val="single"/>
        </w:rPr>
        <w:t>statements of probability matter</w:t>
      </w:r>
      <w:r>
        <w:rPr>
          <w:b w:val="0"/>
          <w:i w:val="0"/>
          <w:smallCaps w:val="0"/>
          <w:strike w:val="0"/>
          <w:sz w:val="16"/>
          <w:u w:val="none"/>
        </w:rPr>
        <w:t xml:space="preserve">. They indicate the weight of evidence -- or whether there is any evidence at all. The </w:t>
      </w:r>
      <w:r>
        <w:rPr>
          <w:b w:val="0"/>
          <w:i w:val="0"/>
          <w:smallCaps w:val="0"/>
          <w:strike w:val="0"/>
          <w:u w:val="single"/>
        </w:rPr>
        <w:t>uncertainty hawks</w:t>
      </w:r>
      <w:r>
        <w:rPr>
          <w:b w:val="0"/>
          <w:i w:val="0"/>
          <w:smallCaps w:val="0"/>
          <w:strike w:val="0"/>
          <w:sz w:val="16"/>
          <w:u w:val="none"/>
        </w:rPr>
        <w:t xml:space="preserve"> would </w:t>
      </w:r>
      <w:r>
        <w:rPr>
          <w:b w:val="0"/>
          <w:i w:val="0"/>
          <w:smallCaps w:val="0"/>
          <w:strike w:val="0"/>
          <w:u w:val="single"/>
        </w:rPr>
        <w:t xml:space="preserve">flood our concern with a </w:t>
      </w:r>
      <w:r>
        <w:rPr>
          <w:b/>
          <w:i w:val="0"/>
          <w:smallCaps w:val="0"/>
          <w:strike w:val="0"/>
          <w:u w:val="single"/>
        </w:rPr>
        <w:t>horde of dangers</w:t>
      </w:r>
      <w:r>
        <w:rPr>
          <w:b w:val="0"/>
          <w:i w:val="0"/>
          <w:smallCaps w:val="0"/>
          <w:strike w:val="0"/>
          <w:u w:val="single"/>
        </w:rPr>
        <w:t xml:space="preserve"> that pass their permissive test of "non-zero probability."</w:t>
      </w:r>
      <w:r>
        <w:rPr>
          <w:b w:val="0"/>
          <w:i w:val="0"/>
          <w:smallCaps w:val="0"/>
          <w:strike w:val="0"/>
          <w:sz w:val="16"/>
          <w:u w:val="none"/>
        </w:rPr>
        <w:t xml:space="preserve"> However, </w:t>
      </w:r>
      <w:r>
        <w:rPr>
          <w:b w:val="0"/>
          <w:i w:val="0"/>
          <w:smallCaps w:val="0"/>
          <w:strike w:val="0"/>
          <w:u w:val="single"/>
        </w:rPr>
        <w:t xml:space="preserve">by </w:t>
      </w:r>
      <w:r>
        <w:rPr>
          <w:b/>
          <w:i w:val="0"/>
          <w:smallCaps w:val="0"/>
          <w:strike w:val="0"/>
          <w:u w:val="single"/>
        </w:rPr>
        <w:t>lowering the threshold</w:t>
      </w:r>
      <w:r>
        <w:rPr>
          <w:b w:val="0"/>
          <w:i w:val="0"/>
          <w:smallCaps w:val="0"/>
          <w:strike w:val="0"/>
          <w:sz w:val="16"/>
          <w:u w:val="none"/>
        </w:rPr>
        <w:t xml:space="preserve"> of alarm, </w:t>
      </w:r>
      <w:r>
        <w:rPr>
          <w:b w:val="0"/>
          <w:i w:val="0"/>
          <w:smallCaps w:val="0"/>
          <w:strike w:val="0"/>
          <w:u w:val="single"/>
        </w:rPr>
        <w:t xml:space="preserve">they establish an </w:t>
      </w:r>
      <w:r>
        <w:rPr>
          <w:b/>
          <w:i w:val="0"/>
          <w:smallCaps w:val="0"/>
          <w:strike w:val="0"/>
          <w:u w:val="single"/>
        </w:rPr>
        <w:t>impossible</w:t>
      </w:r>
      <w:r>
        <w:rPr>
          <w:b w:val="0"/>
          <w:i w:val="0"/>
          <w:smallCaps w:val="0"/>
          <w:strike w:val="0"/>
          <w:u w:val="single"/>
        </w:rPr>
        <w:t xml:space="preserve"> standard</w:t>
      </w:r>
      <w:r>
        <w:rPr>
          <w:b w:val="0"/>
          <w:i w:val="0"/>
          <w:smallCaps w:val="0"/>
          <w:strike w:val="0"/>
          <w:sz w:val="16"/>
          <w:u w:val="none"/>
        </w:rPr>
        <w:t xml:space="preserve"> of defense sufficiency: absolute and certain military security. Given finite resources and competing ends, something less will have to do. </w:t>
      </w:r>
      <w:r>
        <w:rPr>
          <w:b w:val="0"/>
          <w:i w:val="0"/>
          <w:smallCaps w:val="0"/>
          <w:strike w:val="0"/>
          <w:u w:val="single"/>
        </w:rPr>
        <w:t>Strategic wisdom begins with</w:t>
      </w:r>
      <w:r>
        <w:rPr>
          <w:b w:val="0"/>
          <w:i w:val="0"/>
          <w:smallCaps w:val="0"/>
          <w:strike w:val="0"/>
          <w:sz w:val="16"/>
          <w:u w:val="none"/>
        </w:rPr>
        <w:t xml:space="preserve"> the </w:t>
      </w:r>
      <w:r>
        <w:rPr>
          <w:b w:val="0"/>
          <w:i w:val="0"/>
          <w:smallCaps w:val="0"/>
          <w:strike w:val="0"/>
          <w:u w:val="single"/>
        </w:rPr>
        <w:t>setting</w:t>
      </w:r>
      <w:r>
        <w:rPr>
          <w:b w:val="0"/>
          <w:i w:val="0"/>
          <w:smallCaps w:val="0"/>
          <w:strike w:val="0"/>
          <w:sz w:val="16"/>
          <w:u w:val="none"/>
        </w:rPr>
        <w:t xml:space="preserve"> of priorities -- and priorities demand </w:t>
      </w:r>
      <w:r>
        <w:rPr>
          <w:b w:val="0"/>
          <w:i w:val="0"/>
          <w:smallCaps w:val="0"/>
          <w:strike w:val="0"/>
          <w:u w:val="single"/>
        </w:rPr>
        <w:t xml:space="preserve">strict attention to what appears likely and </w:t>
      </w:r>
      <w:r>
        <w:rPr>
          <w:b/>
          <w:i w:val="0"/>
          <w:smallCaps w:val="0"/>
          <w:strike w:val="0"/>
          <w:u w:val="single"/>
        </w:rPr>
        <w:t>what does not</w:t>
      </w:r>
      <w:r>
        <w:rPr>
          <w:b w:val="0"/>
          <w:i w:val="0"/>
          <w:smallCaps w:val="0"/>
          <w:strike w:val="0"/>
          <w:sz w:val="16"/>
          <w:u w:val="none"/>
        </w:rPr>
        <w:t>.</w:t>
      </w:r>
    </w:p>
    <w:p>
      <w:pPr>
        <w:spacing w:after="60"/>
      </w:pPr>
      <w:r>
        <w:rPr>
          <w:b/>
          <w:i w:val="0"/>
          <w:smallCaps w:val="0"/>
          <w:strike w:val="0"/>
          <w:sz w:val="26"/>
          <w:u w:val="none"/>
        </w:rPr>
        <w:t xml:space="preserve">Third is </w:t>
      </w:r>
      <w:r>
        <w:rPr>
          <w:b/>
          <w:i w:val="0"/>
          <w:smallCaps w:val="0"/>
          <w:strike w:val="0"/>
          <w:sz w:val="26"/>
          <w:u w:val="single"/>
        </w:rPr>
        <w:t>no great power conflict</w:t>
      </w:r>
      <w:r>
        <w:rPr>
          <w:b/>
          <w:i w:val="0"/>
          <w:smallCaps w:val="0"/>
          <w:strike w:val="0"/>
          <w:sz w:val="26"/>
          <w:u w:val="none"/>
        </w:rPr>
        <w:t xml:space="preserve">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